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- 10/07/2020 - ISSUE"</w:t>
      </w:r>
      <w:r>
        <w:br/>
      </w:r>
      <w:r>
        <w:rPr>
          <w:b w:val="0"/>
          <w:i w:val="0"/>
        </w:rPr>
        <w:br/>
        <w:t>date_original: "10/07/2020 - ISSUE"</w:t>
      </w:r>
      <w:r>
        <w:br/>
      </w:r>
      <w:r>
        <w:rPr>
          <w:b w:val="0"/>
          <w:i w:val="0"/>
        </w:rPr>
        <w:br/>
        <w:t>source_url: "https://www.ourdogs.co.uk/members/breednotes/RetrieverLabradorMain.php"</w:t>
      </w:r>
      <w:r>
        <w:br/>
      </w:r>
      <w:r>
        <w:rPr>
          <w:b w:val="0"/>
          <w:i w:val="0"/>
        </w:rPr>
        <w:br/>
        <w:t>scraped_at: "2026-09-13T15:17:11"</w:t>
      </w:r>
      <w:r>
        <w:br/>
      </w:r>
      <w:r>
        <w:rPr>
          <w:b w:val="0"/>
          <w:i w:val="0"/>
        </w:rPr>
        <w:br/>
        <w:t>word_count: 2185</w:t>
      </w:r>
    </w:p>
    <w:p>
      <w:r>
        <w:t>――――――――――――――――――――――――――――――</w:t>
      </w:r>
    </w:p>
    <w:p>
      <w:r>
        <w:rPr>
          <w:b w:val="0"/>
          <w:i w:val="0"/>
        </w:rPr>
        <w:t>NEWS MEMBERS' AREA SHOP SUBSCRIBE UPCOMING SHOWS MORE</w:t>
      </w:r>
    </w:p>
    <w:p>
      <w:r>
        <w:rPr>
          <w:b w:val="0"/>
          <w:i w:val="0"/>
        </w:rPr>
        <w:t>RETRIEVER LABRADOR</w:t>
      </w:r>
    </w:p>
    <w:p>
      <w:r>
        <w:rPr>
          <w:b w:val="0"/>
          <w:i w:val="0"/>
        </w:rPr>
        <w:t>Issue: 10/07/2020</w:t>
      </w:r>
    </w:p>
    <w:p>
      <w:r>
        <w:rPr>
          <w:b w:val="0"/>
          <w:i w:val="0"/>
        </w:rPr>
        <w:t>My personal contribution to the notes is small this week. Two excellent pieces follow, one by John Jackson and the second, of course is Mr Pepys, the 17th century Labrador's weekly additions to his social diary.</w:t>
      </w:r>
    </w:p>
    <w:p>
      <w:r>
        <w:rPr>
          <w:b w:val="0"/>
          <w:i w:val="0"/>
        </w:rPr>
        <w:t xml:space="preserve">Two things I will note. What a tragedy that the Animal Health Trust has closed down forever. I never thought I would be writing that. </w:t>
      </w:r>
    </w:p>
    <w:p>
      <w:r>
        <w:rPr>
          <w:b w:val="0"/>
          <w:i w:val="0"/>
        </w:rPr>
        <w:t>The other is when you're needing a bit of fun, do watch the effervescent Vince Hogan and Our Dogs Editor Ali Smith on the Our Dogs Facebook page. Witty commentary, with the happiness of Tigger, reminded me of Car Share! Well done both! (It's a madhouse Ann! Ed)</w:t>
      </w:r>
    </w:p>
    <w:p>
      <w:r>
        <w:rPr>
          <w:b w:val="0"/>
          <w:i w:val="0"/>
        </w:rPr>
        <w:t xml:space="preserve">For many years, John Jackson former Chairman of Three Ridings Labrador Club and his wife Eileen, helped organise the Labrador Stand at Crufts Discover Dogs. Now retired from that job John writes: "Eileen and I have been involved in the organisation of the Labrador stand for Discover Dogs at Crufts since the very early, formative years when it was held in Hall 1 of the NEC. </w:t>
      </w:r>
    </w:p>
    <w:p>
      <w:r>
        <w:rPr>
          <w:b w:val="0"/>
          <w:i w:val="0"/>
        </w:rPr>
        <w:t>"One of the things I have been responsible for was designing and producing the display boards for the walls with as much information as possible on them for visitors. I had often wondered if I could produce one board to show all the capabilities and talents of the breed but decided in the end that there were too many to use images, so I decided instead to use the written word. I wrote this poem in my head while out walking with my only Lab. I concocted a verse at a time and then wrote it down when I got home. It took me ages. It was on display at Discover Dogs for the first time this year. Apparently it created a lot of interest and there are now photos of it on quite a lot of mobile phones. I hope everyone likes it.</w:t>
      </w:r>
    </w:p>
    <w:p>
      <w:r>
        <w:rPr>
          <w:b w:val="0"/>
          <w:i w:val="0"/>
        </w:rPr>
        <w:t>Eyes That Can Speak - Homage to The Labrador Retriever by John Jackson.</w:t>
      </w:r>
    </w:p>
    <w:p>
      <w:r>
        <w:rPr>
          <w:b w:val="0"/>
          <w:i w:val="0"/>
        </w:rPr>
        <w:t>"Eyes that can speak without saying a word</w:t>
      </w:r>
    </w:p>
    <w:p>
      <w:r>
        <w:rPr>
          <w:b w:val="0"/>
          <w:i w:val="0"/>
        </w:rPr>
        <w:t>"Ears tuned for sounds which none of us heard</w:t>
      </w:r>
    </w:p>
    <w:p>
      <w:r>
        <w:rPr>
          <w:b w:val="0"/>
          <w:i w:val="0"/>
        </w:rPr>
        <w:t xml:space="preserve">"A nose that can scent what no human can smell </w:t>
      </w:r>
    </w:p>
    <w:p>
      <w:r>
        <w:rPr>
          <w:b w:val="0"/>
          <w:i w:val="0"/>
        </w:rPr>
        <w:t>"Gifts he was born with which serve us so well</w:t>
      </w:r>
    </w:p>
    <w:p>
      <w:r>
        <w:rPr>
          <w:b w:val="0"/>
          <w:i w:val="0"/>
        </w:rPr>
        <w:t>"It's not just retrieving where his talents abound</w:t>
      </w:r>
    </w:p>
    <w:p>
      <w:r>
        <w:rPr>
          <w:b w:val="0"/>
          <w:i w:val="0"/>
        </w:rPr>
        <w:t>"Drugs and explosives with his nose can be found</w:t>
      </w:r>
    </w:p>
    <w:p>
      <w:r>
        <w:rPr>
          <w:b w:val="0"/>
          <w:i w:val="0"/>
        </w:rPr>
        <w:t xml:space="preserve">"Medic alert dog another of his skills </w:t>
      </w:r>
    </w:p>
    <w:p>
      <w:r>
        <w:rPr>
          <w:b w:val="0"/>
          <w:i w:val="0"/>
        </w:rPr>
        <w:t>"That nose can detect severe human ills</w:t>
      </w:r>
    </w:p>
    <w:p>
      <w:r>
        <w:rPr>
          <w:b w:val="0"/>
          <w:i w:val="0"/>
        </w:rPr>
        <w:t>"He helps the disabled, whatever their plight</w:t>
      </w:r>
    </w:p>
    <w:p>
      <w:r>
        <w:rPr>
          <w:b w:val="0"/>
          <w:i w:val="0"/>
        </w:rPr>
        <w:t>"Those with no hearing and those with no sight</w:t>
      </w:r>
    </w:p>
    <w:p>
      <w:r>
        <w:rPr>
          <w:b w:val="0"/>
          <w:i w:val="0"/>
        </w:rPr>
        <w:t xml:space="preserve">"Even those whose emotions are getting on top </w:t>
      </w:r>
    </w:p>
    <w:p>
      <w:r>
        <w:rPr>
          <w:b w:val="0"/>
          <w:i w:val="0"/>
        </w:rPr>
        <w:t xml:space="preserve">"A lick and a paw can help it all stop </w:t>
      </w:r>
    </w:p>
    <w:p>
      <w:r>
        <w:rPr>
          <w:b w:val="0"/>
          <w:i w:val="0"/>
        </w:rPr>
        <w:t>"He asks no reward for all of this work</w:t>
      </w:r>
    </w:p>
    <w:p>
      <w:r>
        <w:rPr>
          <w:b w:val="0"/>
          <w:i w:val="0"/>
        </w:rPr>
        <w:t xml:space="preserve">"Relating with people enough of a perk </w:t>
      </w:r>
    </w:p>
    <w:p>
      <w:r>
        <w:rPr>
          <w:b w:val="0"/>
          <w:i w:val="0"/>
        </w:rPr>
        <w:t>"Working or playing or even at rest</w:t>
      </w:r>
    </w:p>
    <w:p>
      <w:r>
        <w:rPr>
          <w:b w:val="0"/>
          <w:i w:val="0"/>
        </w:rPr>
        <w:t>"Just being with humans is what he likes best</w:t>
      </w:r>
    </w:p>
    <w:p>
      <w:r>
        <w:rPr>
          <w:b w:val="0"/>
          <w:i w:val="0"/>
        </w:rPr>
        <w:t>"Not all are workers, some are just family pets</w:t>
      </w:r>
    </w:p>
    <w:p>
      <w:r>
        <w:rPr>
          <w:b w:val="0"/>
          <w:i w:val="0"/>
        </w:rPr>
        <w:t>"But for friendship and walking he's as good as it gets</w:t>
      </w:r>
    </w:p>
    <w:p>
      <w:r>
        <w:rPr>
          <w:b w:val="0"/>
          <w:i w:val="0"/>
        </w:rPr>
        <w:t xml:space="preserve">"He needs to go daily regardless of weather </w:t>
      </w:r>
    </w:p>
    <w:p>
      <w:r>
        <w:rPr>
          <w:b w:val="0"/>
          <w:i w:val="0"/>
        </w:rPr>
        <w:t>"And the good thing about it, you'll keep fit together</w:t>
      </w:r>
    </w:p>
    <w:p>
      <w:r>
        <w:rPr>
          <w:b w:val="0"/>
          <w:i w:val="0"/>
        </w:rPr>
        <w:t>"He's very competitive, always gives of his best</w:t>
      </w:r>
    </w:p>
    <w:p>
      <w:r>
        <w:rPr>
          <w:b w:val="0"/>
          <w:i w:val="0"/>
        </w:rPr>
        <w:t xml:space="preserve">"So he's in with a chance whatever the test </w:t>
      </w:r>
    </w:p>
    <w:p>
      <w:r>
        <w:rPr>
          <w:b w:val="0"/>
          <w:i w:val="0"/>
        </w:rPr>
        <w:t>"Dog Show or Field Trial, Obedience, Agility</w:t>
      </w:r>
    </w:p>
    <w:p>
      <w:r>
        <w:rPr>
          <w:b w:val="0"/>
          <w:i w:val="0"/>
        </w:rPr>
        <w:t>"Any test of his looks, his skills or mobility</w:t>
      </w:r>
    </w:p>
    <w:p>
      <w:r>
        <w:rPr>
          <w:b w:val="0"/>
          <w:i w:val="0"/>
        </w:rPr>
        <w:t>"He can be life changing if you're new to the breed</w:t>
      </w:r>
    </w:p>
    <w:p>
      <w:r>
        <w:rPr>
          <w:b w:val="0"/>
          <w:i w:val="0"/>
        </w:rPr>
        <w:t>"So make sure your research includes every need</w:t>
      </w:r>
    </w:p>
    <w:p>
      <w:r>
        <w:rPr>
          <w:b w:val="0"/>
          <w:i w:val="0"/>
        </w:rPr>
        <w:t xml:space="preserve">"It's a two way engagement with little asked on his part </w:t>
      </w:r>
    </w:p>
    <w:p>
      <w:r>
        <w:rPr>
          <w:b w:val="0"/>
          <w:i w:val="0"/>
        </w:rPr>
        <w:t>"But what he'll give back will live in your heart</w:t>
      </w:r>
    </w:p>
    <w:p>
      <w:r>
        <w:rPr>
          <w:b w:val="0"/>
          <w:i w:val="0"/>
        </w:rPr>
        <w:t>"His temperament won't alter, it's always the same</w:t>
      </w:r>
    </w:p>
    <w:p>
      <w:r>
        <w:rPr>
          <w:b w:val="0"/>
          <w:i w:val="0"/>
        </w:rPr>
        <w:t xml:space="preserve">"Whether guiding the blind or picking up game  </w:t>
      </w:r>
    </w:p>
    <w:p>
      <w:r>
        <w:rPr>
          <w:b w:val="0"/>
          <w:i w:val="0"/>
        </w:rPr>
        <w:t>"He's honest, intelligent and eager to please</w:t>
      </w:r>
    </w:p>
    <w:p>
      <w:r>
        <w:rPr>
          <w:b w:val="0"/>
          <w:i w:val="0"/>
        </w:rPr>
        <w:t>"There's not many like him with qualities like these</w:t>
      </w:r>
    </w:p>
    <w:p>
      <w:r>
        <w:rPr>
          <w:b w:val="0"/>
          <w:i w:val="0"/>
        </w:rPr>
        <w:t>"I can't put in words everything that he gives</w:t>
      </w:r>
    </w:p>
    <w:p>
      <w:r>
        <w:rPr>
          <w:b w:val="0"/>
          <w:i w:val="0"/>
        </w:rPr>
        <w:t>"But he'll always be loyal as long as he lives</w:t>
      </w:r>
    </w:p>
    <w:p>
      <w:r>
        <w:rPr>
          <w:b w:val="0"/>
          <w:i w:val="0"/>
        </w:rPr>
        <w:t xml:space="preserve">"Never judgemental and always forgiving </w:t>
      </w:r>
    </w:p>
    <w:p>
      <w:r>
        <w:rPr>
          <w:b w:val="0"/>
          <w:i w:val="0"/>
        </w:rPr>
        <w:t>"Of things you get wrong with the life he is living</w:t>
      </w:r>
    </w:p>
    <w:p>
      <w:r>
        <w:rPr>
          <w:b w:val="0"/>
          <w:i w:val="0"/>
        </w:rPr>
        <w:t>"Sometime in the future when he's no longer there</w:t>
      </w:r>
    </w:p>
    <w:p>
      <w:r>
        <w:rPr>
          <w:b w:val="0"/>
          <w:i w:val="0"/>
        </w:rPr>
        <w:t xml:space="preserve">"And you're feeling a pressure which makes you despair  </w:t>
      </w:r>
    </w:p>
    <w:p>
      <w:r>
        <w:rPr>
          <w:b w:val="0"/>
          <w:i w:val="0"/>
        </w:rPr>
        <w:t>:Search in your memory and when it has stirred</w:t>
      </w:r>
    </w:p>
    <w:p>
      <w:r>
        <w:rPr>
          <w:b w:val="0"/>
          <w:i w:val="0"/>
        </w:rPr>
        <w:t>"See eyes that are speaking without saying a word."</w:t>
      </w:r>
    </w:p>
    <w:p>
      <w:r>
        <w:rPr>
          <w:b w:val="0"/>
          <w:i w:val="0"/>
        </w:rPr>
        <w:t xml:space="preserve">John continues, "Meeting visitors to the Discover Dogs stand over the years, I've learned so much about people and dogs and not just Labradors. It's given me so much pleasure to be able to help people who are thinking of buying a Labrador; those who have one but have a problem or others who have lost one and just want to talk about it. Some stories I've heard were heart-warming whilst others were heart-breaking. </w:t>
      </w:r>
    </w:p>
    <w:p>
      <w:r>
        <w:rPr>
          <w:b w:val="0"/>
          <w:i w:val="0"/>
        </w:rPr>
        <w:t xml:space="preserve">"This year was my last. Eileen's health caused her to stand down a few years ago but we would both like to thank all the people who have helped us over the years. There are far too many to name and some of them are no longer with us. They have all been brilliant, both show and working people and also pet owners. They have all contributed so much and ensured that we always kept a high standard, so much so that we have received Crufts Best Booth awards on three occasions. The latest one was this year. </w:t>
      </w:r>
    </w:p>
    <w:p>
      <w:r>
        <w:rPr>
          <w:b w:val="0"/>
          <w:i w:val="0"/>
        </w:rPr>
        <w:t xml:space="preserve">"Jackie Hodge is now organising the team and I know that she along with Alison Scutcher, who organises the London event, will ensure it carries on in the best possible way. I am pleased to see that more people are getting involved now which is great because it's hard work. Also more Lab people seem to be visiting the stand. This is important because it means so much to those involved.  Whilst I know it's not always easy, I would say to all those Lab people who have never visited the stand either at Crufts or in London please make an effort to visit the Lab stand at one of the Discover Dogs events and see for yourself what people are doing on behalf of your breed. </w:t>
      </w:r>
    </w:p>
    <w:p>
      <w:r>
        <w:rPr>
          <w:b w:val="0"/>
          <w:i w:val="0"/>
        </w:rPr>
        <w:t xml:space="preserve">"Every year on the Sunday night when it's all over, the stuff has all been packed into my car and I'm driving home up the M1, I always come away with a reinforced view of what a wonderful breed of dog we have in the Labrador Retriever. I'm sure some people don't realise just how wonderful." </w:t>
      </w:r>
    </w:p>
    <w:p>
      <w:r>
        <w:rPr>
          <w:b w:val="0"/>
          <w:i w:val="0"/>
        </w:rPr>
        <w:t>Mr Pepys has been busy with his quill once more :-</w:t>
      </w:r>
    </w:p>
    <w:p>
      <w:r>
        <w:rPr>
          <w:b w:val="0"/>
          <w:i w:val="0"/>
        </w:rPr>
        <w:t xml:space="preserve">The Occasional Diary of Mr Pepys. p.xi </w:t>
      </w:r>
    </w:p>
    <w:p>
      <w:r>
        <w:rPr>
          <w:b w:val="0"/>
          <w:i w:val="0"/>
        </w:rPr>
        <w:t>Sunday, June 14th 1665. Later, on the Day of the 'Virtuous Exposition. (After a light Luncheon of ham and beef tongue and brains paste with port, taken in the carriage.)</w:t>
      </w:r>
    </w:p>
    <w:p>
      <w:r>
        <w:rPr>
          <w:b w:val="0"/>
          <w:i w:val="0"/>
        </w:rPr>
        <w:t xml:space="preserve">The old church clock chimes four as we approach the "Rampant Rooster" as our quest for competitive canine portraiture continues. Yet, truly the time is not yet half past two. Our venerable clock suffers sorely from the metal pox. Indeed, these are variable times, for poor old Trindle, he of the scorched hands from the loading and pinchÃƒÂ©d nose from the feather plucking, has succumbed to the gout. And, the climbing of the fifty-three steps of the bell-tower is proving trying. We have sought to persuade young Scrimshanks to buckle-to and shimmy ladder-wise, but he pleads a fear of any height above that of a trimming table. </w:t>
      </w:r>
    </w:p>
    <w:p>
      <w:r>
        <w:rPr>
          <w:b w:val="0"/>
          <w:i w:val="0"/>
        </w:rPr>
        <w:t>There is to be a meeting in the mayor's parlour, for time is money (as the Keeper of the Purse-strings does invariably recite) but such is the vastness of the oaken table of conference, justified spacing for the avoidance of heavy bronchial breathing (pestilential at the best of times) cannot be encompassed. There is to be a 'shouting-out' up the stairwell instead. At the end of the day, we do sorely need timing by precise chiming Ã‚Â¹Ã¢ÂÂµ. For, as it is oft said: Ours is a modern town and we do fear for the health of our families.</w:t>
      </w:r>
    </w:p>
    <w:p>
      <w:r>
        <w:rPr>
          <w:b w:val="0"/>
          <w:i w:val="0"/>
        </w:rPr>
        <w:t>[Note Ã‚Â¹Ã¢ÂÂµ: Modernity in a town may oft be derived from the beauty of its churches and the public appurtenances attached thereto. So, it was when the church clock began to feel its age after 270 years (or thereabouts) our civil worthies decided to 'go digital' using modern 'real tennis' scoring boards. (NB. This method was refined c.1514.by Henry VIII - who, incidentally did also invent the fore-hand smash.) Such methods have since been widely employed in cricket-score-board technology and are still practised on pitching squares from Hambledon to Heckmondwike. (So it is said.) Alas, such digital signing of our timepiece has proved variable due to constant aggravation by the elements. The numero-flaps do rust on their spindles, resulting not only in failure of 24-hour determination, but sadly, they invited a nasty fall for the operator. (Progress note: a timely grant from the Privy Purse for a conversion to water-based technology involving the screwing of Archimedes is being negotiated as we speak.]</w:t>
      </w:r>
    </w:p>
    <w:p>
      <w:r>
        <w:rPr>
          <w:b w:val="0"/>
          <w:i w:val="0"/>
        </w:rPr>
        <w:t xml:space="preserve">'Do hasten, Pepys, dear boy,' Mistress commands. 'And. Sit!' We take our places before an elegant edifice. High above, Jacobean bricks soar in a feast of fiddly fenestration, curly-carved lintels and twisty chimneys. "The Rampant Rooster" proclaims the escutcheon over the portal. A Rooster he is Ã¢â‚¬â€œ Coxcomb, spurs an' all; welcoming with open wings those who pass by, a feature often granted to favoured customers by the elegant mine Host, none other than 'Fiery' Fred Truelove (but, sadly nay, not on this day of spaced-out mingling.) </w:t>
      </w:r>
    </w:p>
    <w:p>
      <w:r>
        <w:rPr>
          <w:b w:val="0"/>
          <w:i w:val="0"/>
        </w:rPr>
        <w:t>Mistress tugs my lead. 'Dear Pepys. Choppetty chop now. For, the pole-spaced queue doth wander ahead. And I desire a decent displaying of the Daguerreotypes.' But I, Pepys, yellow and heavily coated in the heat, needs must stop. AND- STOP - NOW! My Mistress regains her balance with difficulty. But I have an irritant itch that won't be ignored. I scratch and scratch! And scratch and scratch again! My expression assumes that of exquisite pleasure (and the stupidest of grins.) I desire to roll in a liquifactious pool of fresh-delivered horse p*** for the easing of my irritation. I lunge my Mistress vigorously until we straddle the carriageway. A murmuring queue builds behind, worming slowly down the High Street; a disquieting procession of carriages, broughams and lists (!) and penny-carts. All traffic is halted. Mistress begins to boil. 'Dearest!' she cries to her consort handing over the leash. 'He's all yours! DO make him behave dear.'</w:t>
      </w:r>
    </w:p>
    <w:p>
      <w:r>
        <w:rPr>
          <w:b w:val="0"/>
          <w:i w:val="0"/>
        </w:rPr>
        <w:t xml:space="preserve">A goodly display of the 'Virtuous Exposition' lies before us. Firstly, crudely crayoned on ply-wood, a charming Charlie Sprocket (a spaniel of indeterminate, though double-barrelled parentage) composed dually with his litter sibling Charcole. Outlined, appropriately in charcoal they form a dusty, sooty pair. Secondly, I spy my dear friends from the tangling pasture, Gracie and her fun pup Rusty, both being of King Charles' favourite Blenheim breed and sweetly depicted in tasteful pastels by Harry Rowntree of York. </w:t>
      </w:r>
    </w:p>
    <w:p>
      <w:r>
        <w:rPr>
          <w:b w:val="0"/>
          <w:i w:val="0"/>
        </w:rPr>
        <w:t xml:space="preserve">We of the Canine Clubbing fancy are fraternalistic folk. Hence we exhort exhibits from without our dear land, welcoming warmly those with foreign tongues (sometimes just so closely, if we know them very well, perchance!) For here is a Welch contribution from our dear friend Chalkie White, Headmaster of Slates Ãƒâ€°cole in the Vale of Snowdon. A Corgi is depicted in fine chalk on black slate; expression vulpine, tail-coat of cardigan and royally bred (eventually! Obvs.) Completing the 'out of towns,' two terriers, terracotta tinted, towsing a tangled, terribly torn and tattered tow-rag. (Care. Allit. is creeping in again. Ed.) All about, the landscape is rough and harsh with humps of heather and stacks of stones. Disappointingly for the viewing, necessary breed points are indistinctly portrayed such is the whirling and twirling amid the spinning spindrift. Are they but a couple of canny Cairns from the Borders, or, two bolshie Borders with a couple of Cairns? </w:t>
      </w:r>
    </w:p>
    <w:p>
      <w:r>
        <w:rPr>
          <w:b w:val="0"/>
          <w:i w:val="0"/>
        </w:rPr>
        <w:t>I, Pepys, the yellow one (dark yellow, nay, burnt umber by now, as I did manage a satisfactory roll in the grounds outside Costa's coffee house.) I do need badly to scratch once more. Scrat, scrat! Grunt, grunt! Master mutters in my lug (neat, well-placed. FYI); For I do know he fears the onset of impending epidermicals or even a portion of mange-tout. He admonishes me (unfairly.) 'Perchance 'tis fleas, Pepys my son. 'It's into the horse trough with you, with a switch of comfrey, when we do get home.'</w:t>
      </w:r>
    </w:p>
    <w:p>
      <w:r>
        <w:rPr>
          <w:b w:val="0"/>
          <w:i w:val="0"/>
        </w:rPr>
        <w:t xml:space="preserve">Thanks to Tony Jury as ever. Wonderful stuff. </w:t>
      </w:r>
    </w:p>
    <w:p>
      <w:r>
        <w:rPr>
          <w:b w:val="0"/>
          <w:i w:val="0"/>
        </w:rPr>
        <w:t>Ann Britton</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