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- 27/01/2012"</w:t>
      </w:r>
      <w:r>
        <w:br/>
      </w:r>
      <w:r>
        <w:rPr>
          <w:b w:val="0"/>
          <w:i w:val="0"/>
        </w:rPr>
        <w:br/>
        <w:t>date_original: "27/01/2012"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"2026-09-13T22:46:59"</w:t>
      </w:r>
      <w:r>
        <w:br/>
      </w:r>
      <w:r>
        <w:rPr>
          <w:b w:val="0"/>
          <w:i w:val="0"/>
        </w:rPr>
        <w:br/>
        <w:t>word_count: 772</w:t>
      </w:r>
    </w:p>
    <w:p>
      <w:r>
        <w:t>――――――――――――――――――――――――――――――</w:t>
      </w:r>
    </w:p>
    <w:p>
      <w:r>
        <w:rPr>
          <w:b w:val="0"/>
          <w:i w:val="0"/>
        </w:rPr>
        <w:t>NEWS MEMBERS' AREA SHOP SUBSCRIBE UPCOMING SHOWS MORE</w:t>
      </w:r>
    </w:p>
    <w:p>
      <w:r>
        <w:rPr>
          <w:b w:val="0"/>
          <w:i w:val="0"/>
        </w:rPr>
        <w:t>RETRIEVER LABRADOR</w:t>
      </w:r>
    </w:p>
    <w:p>
      <w:r>
        <w:rPr>
          <w:b w:val="0"/>
          <w:i w:val="0"/>
        </w:rPr>
        <w:t>Issue: 27/01/2012</w:t>
      </w:r>
    </w:p>
    <w:p>
      <w:r>
        <w:rPr>
          <w:b w:val="0"/>
          <w:i w:val="0"/>
        </w:rPr>
        <w:t>There is a change of dog judge at the Labrador Club of Wales Championship show on February 4th 2012; Anne Powell will now judge the dogs (the bitches will be judged by Erica Jayes as per schedule). The appointed dog judge from Hungary has sadly been taken severely ill; we wish him a speedy recovery back to full health.</w:t>
      </w:r>
    </w:p>
    <w:p>
      <w:r>
        <w:rPr>
          <w:b w:val="0"/>
          <w:i w:val="0"/>
        </w:rPr>
        <w:t>Christine Bailiss rang with news that Michael and Judi Neachell have donated a statue of Sh Ch Receiver of Cranspire to raise money for Labrador Rescue South East and Central. The statue will attend every championship show on the circuit during 2012, departing either from Christines home near Leicester or from the Neachells home near Burton upon Trent. The idea is to guess how many miles the statue covers during the year. You can have as many guesses as you like at just Â£1 a go. All you have to do is write your name, address and your estimation of the miles travelled on a sheet of paper and give to either Chris Bailiss or Michael or Judi Neachell, alternatively you can send it by post to Mrs C Bailiss, 83 Desford Road, Newbold Verdon, Leicester LE9 9LG.</w:t>
      </w:r>
    </w:p>
    <w:p>
      <w:r>
        <w:rPr>
          <w:b w:val="0"/>
          <w:i w:val="0"/>
        </w:rPr>
        <w:t>The mileage estimates will all be opened after LKA, the last championship show of the year, and the nearest guess of the mileage will be informed of their win.</w:t>
      </w:r>
    </w:p>
    <w:p>
      <w:r>
        <w:rPr>
          <w:b w:val="0"/>
          <w:i w:val="0"/>
        </w:rPr>
        <w:t>Hopefully a super amount will be raised for rescue and someone will end up with a beautiful statue as well.</w:t>
      </w:r>
    </w:p>
    <w:p>
      <w:r>
        <w:rPr>
          <w:b w:val="0"/>
          <w:i w:val="0"/>
        </w:rPr>
        <w:t>West of England Labrador Club held their Open show recently, but as there was no advert in Our Dogs and schedules were not sent to exhibitors who had entered the championship show last autumn, many exhibitors, myself included, missed the chance of entering the Open show, not even knowing it was being held. Because of this, I gather the entry was only 75 dogs (less absentees), for judge, Andy Metcalfe, who had travelled a long distance from home to judge the event and would probably have had a much larger entry had people known the show was even being held.</w:t>
      </w:r>
    </w:p>
    <w:p>
      <w:r>
        <w:rPr>
          <w:b w:val="0"/>
          <w:i w:val="0"/>
        </w:rPr>
        <w:t>As I stated last week, very few readers are taking both dog papers these days, locally I know most take Our Dogs, hence club adverts for shows need to be in both papers to get proper coverage and support for events.</w:t>
      </w:r>
    </w:p>
    <w:p>
      <w:r>
        <w:rPr>
          <w:b w:val="0"/>
          <w:i w:val="0"/>
        </w:rPr>
        <w:t>Best Dog was Linda Harvey Majors yellow, Linjor BonJovi. Reserve Best Dog and Res BIS was Mandy Stewarts Streamanda Top Knotch. Best Bitch was Jenny Kings Linthwaite Andromeda and Best Puppy was Penny Carpanini's Carpenny Spymaster.</w:t>
      </w:r>
    </w:p>
    <w:p>
      <w:r>
        <w:rPr>
          <w:b w:val="0"/>
          <w:i w:val="0"/>
        </w:rPr>
        <w:t>Good news yet again for Labradors at Open show level. Dave Wilmshurst had a super Reserve Best in Show win at the recent Dover and Deal Canine Society with his yellow bitch, Mandamay Bayonce (Richbourne Starplayer JW x Mandamay Corncrisp) The Judges were Mrs Barkley (Cherryheath) and BIS Mr Jeff Duffield. Well done.</w:t>
      </w:r>
    </w:p>
    <w:p>
      <w:r>
        <w:rPr>
          <w:b w:val="0"/>
          <w:i w:val="0"/>
        </w:rPr>
        <w:t>Manchester Canine Society held their championship show at Stafford County Showground. Gundogs were on the final day of the show, Sunday, an easy day on the motorways traffic-wise, although the link to the showground from the M6 at Junction 14 was temporarily closed between 8 and 9am and caused the judging to be delayed by half an hour.</w:t>
      </w:r>
    </w:p>
    <w:p>
      <w:r>
        <w:rPr>
          <w:b w:val="0"/>
          <w:i w:val="0"/>
        </w:rPr>
        <w:t>There was a plentiful entry of 257 dogs and bitches for judge Mr Per Iversen  from Norway.</w:t>
      </w:r>
    </w:p>
    <w:p>
      <w:r>
        <w:rPr>
          <w:b w:val="0"/>
          <w:i w:val="0"/>
        </w:rPr>
        <w:t>His winners were Dog CC, Best of Breed and Gundog Group 1 under Mike Gadsby the yellow, Sh Ch Am Can Salty Dog Of Tampa Bay owned by Mrs LH Hess and shown by Anthony Allen.</w:t>
      </w:r>
    </w:p>
    <w:p>
      <w:r>
        <w:rPr>
          <w:b w:val="0"/>
          <w:i w:val="0"/>
        </w:rPr>
        <w:t>Dog RCC was Lou and Janet Neals yellow, Sh Ch Amberstope Rebel Yell Sh.CM</w:t>
      </w:r>
    </w:p>
    <w:p>
      <w:r>
        <w:rPr>
          <w:b w:val="0"/>
          <w:i w:val="0"/>
        </w:rPr>
        <w:t>Bitch CC was won by Les Brabbans black, Sh Ch Foulby Queenstown At Cambremer, whilst the Bitch RCC went to Marlene and David Heppers black Mardas Magical Mystery Tour JW.</w:t>
      </w:r>
    </w:p>
    <w:p>
      <w:r>
        <w:rPr>
          <w:b w:val="0"/>
          <w:i w:val="0"/>
        </w:rPr>
        <w:t>Best Puppy and also overall winner of the Pup of the Year Stakes under David Guy, was Maxine Crocker Williams yellow dog, Secret Moment At Alkhamhurst. Hooray to have a 2012 POTY stakes finalist already and Well done to you all.</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