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――――――――――――――――――――――――――――――</w:t>
      </w:r>
    </w:p>
    <w:p>
      <w:r>
        <w:rPr>
          <w:b w:val="0"/>
          <w:i w:val="0"/>
        </w:rPr>
        <w:t>title: "Labrador Breed Notes - 13/09/2024 - ISSUE"</w:t>
      </w:r>
      <w:r>
        <w:br/>
      </w:r>
      <w:r>
        <w:rPr>
          <w:b w:val="0"/>
          <w:i w:val="0"/>
        </w:rPr>
        <w:br/>
        <w:t>date_original: "13/09/2024 - ISSUE"</w:t>
      </w:r>
      <w:r>
        <w:br/>
      </w:r>
      <w:r>
        <w:rPr>
          <w:b w:val="0"/>
          <w:i w:val="0"/>
        </w:rPr>
        <w:br/>
        <w:t>source_url: "https://www.ourdogs.co.uk/members/breednotes/RetrieverLabradorMain.php"</w:t>
      </w:r>
      <w:r>
        <w:br/>
      </w:r>
      <w:r>
        <w:rPr>
          <w:b w:val="0"/>
          <w:i w:val="0"/>
        </w:rPr>
        <w:br/>
        <w:t>scraped_at: "2026-09-13T15:07:24"</w:t>
      </w:r>
      <w:r>
        <w:br/>
      </w:r>
      <w:r>
        <w:rPr>
          <w:b w:val="0"/>
          <w:i w:val="0"/>
        </w:rPr>
        <w:br/>
        <w:t>word_count: 267</w:t>
      </w:r>
    </w:p>
    <w:p>
      <w:r>
        <w:t>――――――――――――――――――――――――――――――</w:t>
      </w:r>
    </w:p>
    <w:p>
      <w:r>
        <w:rPr>
          <w:b w:val="0"/>
          <w:i w:val="0"/>
        </w:rPr>
        <w:t>NEWS MEMBERS' AREA SHOP SUBSCRIBE UPCOMING SHOWS MORE</w:t>
      </w:r>
    </w:p>
    <w:p>
      <w:r>
        <w:rPr>
          <w:b w:val="0"/>
          <w:i w:val="0"/>
        </w:rPr>
        <w:t>RETRIEVER LABRADOR</w:t>
      </w:r>
    </w:p>
    <w:p>
      <w:r>
        <w:rPr>
          <w:b w:val="0"/>
          <w:i w:val="0"/>
        </w:rPr>
        <w:t>Issue: 13/09/2024</w:t>
      </w:r>
    </w:p>
    <w:p>
      <w:r>
        <w:rPr>
          <w:b w:val="0"/>
          <w:i w:val="0"/>
        </w:rPr>
        <w:t xml:space="preserve">A quick round up of Southern shows from the last few weeks. First up is Horley Show on 25/8 under judge Julien Barney with an entry of 5. Best of Breed was Lewisâ€™s Ch Olphae Charman**, Rbob and Best Puppy was Tangye &amp; Lewisâ€™s Olphae Faithful. </w:t>
      </w:r>
    </w:p>
    <w:p>
      <w:r>
        <w:rPr>
          <w:b w:val="0"/>
          <w:i w:val="0"/>
        </w:rPr>
        <w:t xml:space="preserve">Next was South Eastern Hound Club on 1/9 with classes sponsored by The Otterhound Club. The judge Mark Ord had an entry of 7. His Best of Breed was Lewisâ€™s Ch Olphae Charman** who went on to be shortlisted in the group. He also won a 3rd in the Champion Stakes Class. Rbob was Lewis &amp; Wheatleyâ€™s Olphae Ember who went on to get VHC in the Rbob Competition. Best Puppy was Tangye &amp; Lewisâ€™s Olphae Faithful. </w:t>
      </w:r>
    </w:p>
    <w:p>
      <w:r>
        <w:rPr>
          <w:b w:val="0"/>
          <w:i w:val="0"/>
        </w:rPr>
        <w:t xml:space="preserve">A mention also to Lewisâ€™s Ottaryx Mumford who at over 11 years old put in a sterling performance and got a 2nd in open and thoroughly enjoyed his day out, itâ€™s always a joy to see the oldies in the ring. A thank you to all the handlers who helped at the above shows. </w:t>
      </w:r>
    </w:p>
    <w:p>
      <w:r>
        <w:rPr>
          <w:b w:val="0"/>
          <w:i w:val="0"/>
        </w:rPr>
        <w:t xml:space="preserve">Finally on to a very wet and muddy Richmond Champ Show where Tangye &amp; Lewisâ€™s Olphae Faithful put her best foot forward and won Reserve Best Bitch and Best Puppy from AVNSC under judge Gavin Robertson. Congratulations to all winners. </w:t>
      </w:r>
    </w:p>
    <w:p>
      <w:r>
        <w:rPr>
          <w:b w:val="0"/>
          <w:i w:val="0"/>
        </w:rPr>
        <w:t xml:space="preserve">This Sunday coming we have Darlington Show. Our judge there is Jeff Horswell and he has an entry of 8 otterhounds. Have a good week. </w:t>
      </w:r>
    </w:p>
    <w:p>
      <w:r>
        <w:rPr>
          <w:b w:val="0"/>
          <w:i w:val="0"/>
        </w:rPr>
        <w:t xml:space="preserve">Sam Lewis </w:t>
      </w:r>
    </w:p>
    <w:p>
      <w:r>
        <w:rPr>
          <w:b w:val="0"/>
          <w:i w:val="0"/>
        </w:rPr>
        <w:t xml:space="preserve">breednotes@gmail.com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