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- 25/03/2016 - ISSUE"</w:t>
      </w:r>
      <w:r>
        <w:br/>
      </w:r>
      <w:r>
        <w:rPr>
          <w:b w:val="0"/>
          <w:i w:val="0"/>
        </w:rPr>
        <w:br/>
        <w:t>date_original: "25/03/2016 - ISSUE"</w:t>
      </w:r>
      <w:r>
        <w:br/>
      </w:r>
      <w:r>
        <w:rPr>
          <w:b w:val="0"/>
          <w:i w:val="0"/>
        </w:rPr>
        <w:br/>
        <w:t>source_url: "https://www.ourdogs.co.uk/members/breednotes/RetrieverLabradorMain.php"</w:t>
      </w:r>
      <w:r>
        <w:br/>
      </w:r>
      <w:r>
        <w:rPr>
          <w:b w:val="0"/>
          <w:i w:val="0"/>
        </w:rPr>
        <w:br/>
        <w:t>scraped_at: "2026-09-13T15:29:11"</w:t>
      </w:r>
      <w:r>
        <w:br/>
      </w:r>
      <w:r>
        <w:rPr>
          <w:b w:val="0"/>
          <w:i w:val="0"/>
        </w:rPr>
        <w:br/>
        <w:t>word_count: 915</w:t>
      </w:r>
    </w:p>
    <w:p>
      <w:r>
        <w:t>――――――――――――――――――――――――――――――</w:t>
      </w:r>
    </w:p>
    <w:p>
      <w:r>
        <w:rPr>
          <w:b w:val="0"/>
          <w:i w:val="0"/>
        </w:rPr>
        <w:t>NEWS MEMBERS' AREA SHOP SUBSCRIBE UPCOMING SHOWS MORE</w:t>
      </w:r>
    </w:p>
    <w:p>
      <w:r>
        <w:rPr>
          <w:b w:val="0"/>
          <w:i w:val="0"/>
        </w:rPr>
        <w:t>RETRIEVER LABRADOR</w:t>
      </w:r>
    </w:p>
    <w:p>
      <w:r>
        <w:rPr>
          <w:b w:val="0"/>
          <w:i w:val="0"/>
        </w:rPr>
        <w:t>Issue: 25/03/2016</w:t>
      </w:r>
    </w:p>
    <w:p>
      <w:r>
        <w:rPr>
          <w:b w:val="0"/>
          <w:i w:val="0"/>
        </w:rPr>
        <w:t>Following the sudden death of Barry Rooth, Midland Counties Labrador Retriever Club have had to select a replacement bitch judge for the 16th April Championship show at Stafford. This will now be Mr Ian Ganney (Darrabol). Postal entries have already closed but you can enter online via Fosse Data until Sunday 27th March. The Dog judge is Mrs Lorraine Tooth, as per the schedule.</w:t>
      </w:r>
    </w:p>
    <w:p>
      <w:r>
        <w:rPr>
          <w:b w:val="0"/>
          <w:i w:val="0"/>
        </w:rPr>
        <w:t>Three Ridings Labrador Retriever Club held their championship show on Saturday 19th March, near Leeds. The judges were Mac Percival (Dogs) and Alan Porter  (Bitches). From an entry of 244 dogs and bitches the winners were Dog CC, his second and Best in Show, UK Pup of the Year winner, Sharon Lamberts yellow, Mattand Exodus JW. David Coodes yellow Ch Warringah's Perth won the RCC and went Reserve Best in Show. The Bitch CC and Best Opposite Sex went to Judith Charltons yellow, Foxrush Spun Gold (Sh Ch Rocheby State Occasion x Foxrush Rebecca JW) whilst the Bitch RCC went to S Slettendals Fieldvalleys Carmen Sofie (SW/ H Ch Tjotties Lover under Cover x Norw Sh Ch Fieldvalleys Zandra), handled I believe by Becci Hodge but coming originally from Norway. Best Puppy in Show was Shaun Williamsons yellow dog, Sharouns Talk of the Town.</w:t>
      </w:r>
    </w:p>
    <w:p>
      <w:r>
        <w:rPr>
          <w:b w:val="0"/>
          <w:i w:val="0"/>
        </w:rPr>
        <w:t>On March 9th The British Heart Foundation held National No Smoking Day .</w:t>
      </w:r>
    </w:p>
    <w:p>
      <w:r>
        <w:rPr>
          <w:b w:val="0"/>
          <w:i w:val="0"/>
        </w:rPr>
        <w:t>A veterinary contributor on one of the Pet supermarket sites wrote about the harmful health effects of exposing a pet to second-hand cigarette smoke. "If you are smoking around your pet, you are harming its health. Diseases such as bronchitis and cancer are evident in smokers' pets. It is seriously advised never to smoke in parts of the house that your animal has access to and, preferably, not to smoke in the house at all. Pets can't speak up for themselves when they are uncomfortable or unwell, so owners  must make their living environment as safe and healthy as possible for their animal. Also,  if owners smoke in the garden, they must always wash their hands before they handle their pet to avoid harmful particles being transferred. Tobacco products must never be left within reach of pets."</w:t>
      </w:r>
    </w:p>
    <w:p>
      <w:r>
        <w:rPr>
          <w:b w:val="0"/>
          <w:i w:val="0"/>
        </w:rPr>
        <w:t xml:space="preserve">There is much talk about the worrying spread of new to the UK  tick-borne disease Babesiosis at the moment. BBC News reported "In Essex, two dogs have died and three others needed blood transfusions after contracting the disease. It is the first time that experts have established an outbreak of babesiosis in the country. Experts say that it will be impossible to stop the spread of the disease, which is caused by a single-celled parasite. </w:t>
      </w:r>
    </w:p>
    <w:p>
      <w:r>
        <w:rPr>
          <w:b w:val="0"/>
          <w:i w:val="0"/>
        </w:rPr>
        <w:t xml:space="preserve">The ticks carrying the Babesia canis parasite have been found in fields in Harlow, Essex. The local council has put up a sign with a map defining the area and advising dog walkers not to enter. </w:t>
      </w:r>
    </w:p>
    <w:p>
      <w:r>
        <w:rPr>
          <w:b w:val="0"/>
          <w:i w:val="0"/>
        </w:rPr>
        <w:t>Two government agencies are now investigating the outbreak: the Animal and Plant Health Agency and Public Health.</w:t>
      </w:r>
    </w:p>
    <w:p>
      <w:r>
        <w:rPr>
          <w:b w:val="0"/>
          <w:i w:val="0"/>
        </w:rPr>
        <w:t>Clive Swainsbury is a vet at the Forest Veterinary Centre in Harlow. He has been treating some of infected dogs, including the one that died.</w:t>
      </w:r>
    </w:p>
    <w:p>
      <w:r>
        <w:rPr>
          <w:b w:val="0"/>
          <w:i w:val="0"/>
        </w:rPr>
        <w:t>"The parasite enters the bloodstream, enters the cells, and in the process of trying to kill the parasite the dog will actually destroy its own blood cells. So they become very anaemic."</w:t>
      </w:r>
    </w:p>
    <w:p>
      <w:r>
        <w:rPr>
          <w:b w:val="0"/>
          <w:i w:val="0"/>
        </w:rPr>
        <w:t>The expectation is that it will spread throughout the country.</w:t>
      </w:r>
    </w:p>
    <w:p>
      <w:r>
        <w:rPr>
          <w:b w:val="0"/>
          <w:i w:val="0"/>
        </w:rPr>
        <w:t xml:space="preserve">"At present we have a very well defined area. The problem in the future is that every female tick will lay a couple of thousand eggs and all those offspring from that disease will also carry the disease. </w:t>
      </w:r>
    </w:p>
    <w:p>
      <w:r>
        <w:rPr>
          <w:b w:val="0"/>
          <w:i w:val="0"/>
        </w:rPr>
        <w:t>"As mammals move around they will start spreading the disease. Although you can advise dog walkers not to go there, it's possible that foxes and other animals will transport these ticks."</w:t>
      </w:r>
    </w:p>
    <w:p>
      <w:r>
        <w:rPr>
          <w:b w:val="0"/>
          <w:i w:val="0"/>
        </w:rPr>
        <w:t>The symptoms of babesiosis within dogs include weakness, lethargy, pale gums, red urine and fever. A serious problem is that Babesia can be mistaken for other less dangerous diseases.</w:t>
      </w:r>
    </w:p>
    <w:p>
      <w:r>
        <w:rPr>
          <w:b w:val="0"/>
          <w:i w:val="0"/>
        </w:rPr>
        <w:t xml:space="preserve">"It's easy to miss it. And because it's a new disease to this country, we as a profession aren't used to looking for this disease on a regular basis." </w:t>
      </w:r>
    </w:p>
    <w:p>
      <w:r>
        <w:rPr>
          <w:b w:val="0"/>
          <w:i w:val="0"/>
        </w:rPr>
        <w:t xml:space="preserve">There are several species of Babesia and some of them affect humans. In parts of the world including the United States, human babesiosis is transmitted by the same tick that carries Lyme Disease, caused by Borreliabacteria. The tick found in the UK carrying the Babesia canis strain is called Dermacentor reticulatus. </w:t>
      </w:r>
    </w:p>
    <w:p>
      <w:r>
        <w:rPr>
          <w:b w:val="0"/>
          <w:i w:val="0"/>
        </w:rPr>
        <w:t>"The only solution is to kill the ticks quickly," says Mr Swainsbury. "Some of the tick products available will kill the tick quick enough to prevent the tick spreading the disease to the dog, because the tick needs to be feeding for 24 hours at least before it transmits the disease, but not all tick products do that and you need to seek advice from your vet."</w:t>
      </w:r>
    </w:p>
    <w:p>
      <w:r>
        <w:rPr>
          <w:b w:val="0"/>
          <w:i w:val="0"/>
        </w:rPr>
        <w:t>You can access the full extended article on the BBC News site .</w:t>
      </w:r>
    </w:p>
    <w:p>
      <w:r>
        <w:rPr>
          <w:b w:val="0"/>
          <w:i w:val="0"/>
        </w:rPr>
        <w:t xml:space="preserve">Ann Britton </w:t>
      </w:r>
    </w:p>
    <w:p>
      <w:r>
        <w:rPr>
          <w:b w:val="0"/>
          <w:i w:val="0"/>
        </w:rPr>
        <w:t xml:space="preserve">01989720665 </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