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- 05 Dec 2003"</w:t>
      </w:r>
      <w:r>
        <w:br/>
      </w:r>
      <w:r>
        <w:rPr>
          <w:b w:val="0"/>
          <w:i w:val="0"/>
        </w:rPr>
        <w:br/>
        <w:t>date_original: "05 Dec 2003"</w:t>
      </w:r>
      <w:r>
        <w:br/>
      </w:r>
      <w:r>
        <w:rPr>
          <w:b w:val="0"/>
          <w:i w:val="0"/>
        </w:rPr>
        <w:br/>
        <w:t>source_url: "https://www.ourdogs.co.uk/members/breednotes/2003/RetrieverLabrador/RetrieverLabrador-dec05.htm"</w:t>
      </w:r>
      <w:r>
        <w:br/>
      </w:r>
      <w:r>
        <w:rPr>
          <w:b w:val="0"/>
          <w:i w:val="0"/>
        </w:rPr>
        <w:br/>
        <w:t>archive_type: "static_html"</w:t>
      </w:r>
      <w:r>
        <w:br/>
      </w:r>
      <w:r>
        <w:rPr>
          <w:b w:val="0"/>
          <w:i w:val="0"/>
        </w:rPr>
        <w:br/>
        <w:t>scraped_at: "2026-09-13T22:15:46"</w:t>
      </w:r>
      <w:r>
        <w:br/>
      </w:r>
      <w:r>
        <w:rPr>
          <w:b w:val="0"/>
          <w:i w:val="0"/>
        </w:rPr>
        <w:br/>
        <w:t>word_count: 1016</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Here is the Judges list for 2004 Championship shows. It would appear that some of the dates are very close, such as two days between Crufts and East Anglian LRC; and the Lab Club of Scotland being the very day before Kent, Surrey and Sussex LRC, at the other end of the country. Cotswold and Wyevern LRC is also the day before SWKA, but at least these two are within 50 miles of each other and there is plenty of lovely countryside in which to stay overnight. I can see some of you will again be doing lots of driving next year.</w:t>
      </w:r>
    </w:p>
    <w:p>
      <w:r>
        <w:rPr>
          <w:b w:val="0"/>
          <w:i w:val="0"/>
        </w:rPr>
        <w:t>There are several judges, who will be judging for the first time in the UK, namely Mrs M Senior, Mrs J Hodge, Mrs M Paremain, Mrs S Wiles, Mr A Brace, Mrs R Tassie (Australia), Mrs T Parrott, Mrs M Gawthorpe,Mrs C Kingston (Australia) and Mrs J Rawlinson. We wish them all an enjoyable day when their appontment comes.</w:t>
      </w:r>
    </w:p>
    <w:p>
      <w:r>
        <w:rPr>
          <w:b w:val="0"/>
          <w:i w:val="0"/>
        </w:rPr>
        <w:t>Manchester 16th Jan - Mr Colin MacKay, Lab Club of Wales 7th Feb - Mr P Palmer D, Mrs J Palmer B. Crufts 4th March–Mr R Wiles D, Mrs M Litherland B. EA LRC 6th March - Mrs A Williams D, Mrs M Satterthwaite B. Three Ridings LRC 20th March – Mrs M Senior D, Mr M Armstrong B. Lab Club of Scotland 3rd April - Mr FR Ellison D, Mrs F Braddon B. Kent Surrey and Sussex LRC 4th April - Mrs J Elliott D Mrs G Andersson B.Midland Counties LRC 17th April - Mr R Stafford D, Mrs R Phillips B. WELKS 23rd April - Miss M Cox D, Mr J Nolan B Lab Club of N Ireland 1st May - Mrs J Hodge. Birmingham Dog Show Society 6th May - Mrs MS Cuthbert D , Mrs R Hewitt B. Scottish Kennel Club 15th May - Miss MB Booth. Bath Canine Society 28th May - Mrs D Beckett D, Mrs DH Coulson B. Southern Counties 4th June - Mrs M Paremain. Labrador Retriever Club 12th June - Mr D Coulson D, Mrs CE Cartledge B. Three Counties 14th June - Mr K Wallington. Border Union 19th June - Mr M J Boothroyd.</w:t>
      </w:r>
    </w:p>
    <w:p>
      <w:r>
        <w:rPr>
          <w:b w:val="0"/>
          <w:i w:val="0"/>
        </w:rPr>
        <w:t>Blackpool 25th June - Mrs M Rooth D, Mr TR Grant B. Windsor 2nd July -Mr J Nolan D, Mrs LF Heron B. Cotswold and Wyevern LRC 7th July - Mrs S Wiles D, Mr A G Taylor B. SWKA 8th July - Mrs J Minns D, Mr A Brace B. Paignton 14th July - Mr R J Morris. East of England 20th July - Mrs R Tassie D, Mr F Kane B. National Gundog 7th Aug - Mrs P Carpanini D, Mr A Ellis B. URC 11th Aug - Mr J Timms D, Mrs GA Hayward B. Bournemouth 14th Aug - Mr A Ellis D, Mr SP Williamson B. WKC 20th Aug - Mrs T Parrott. Scottish Kennel Club 28th Aug - Mrs M Gawthorpe. City of Birmingham 3rd Sept - Mrs AM Britton. Richmond 10th Sept - Mrs S Hartley. Darlington 17th Sept - Mrs C Kingston. Belfast 24th Sept - Mr D Coode. Gundog Society of Wales 26th Sept - Mrs J Brabban. Yellow Lab Club 29th Sept - Mrs H Steven D, Mrs C Reynolds B. Northumberland and Durham LRC 2nd Oct - Mr D Hopkinson D, Mr JB Rooth B. North West LRC 10th Oct - Mrs J Harris D, Mrs J Rawlinson B. Driffield 14thOct - Mr P Taylor. Midland Counties CS 28th Oct - Mrs V Foss. West of England LRC 30th Oct - Mrs C Jury D, Mrs CP Craig B. Gundog Breeds of Scotland 13th Nov - Mrs LC Blunt. LKA 10th Dec - Mrs L Kent.</w:t>
      </w:r>
    </w:p>
    <w:p>
      <w:r>
        <w:rPr>
          <w:b w:val="0"/>
          <w:i w:val="0"/>
        </w:rPr>
        <w:t>'Schedules for the Labrador Club of Wales' Championship Show are now available and can be obtained from Margaret Barker, 'Haulwen', Church Lane, Nantgarw, Cardiff Cf157TQ Tel 01443842585. They will also be available at L.K.A. There are specials for all 1st prize winners including dog food from Gilbertson &amp; Page, crystal glasses, as well as our usual prize money and rosettes for all from 1st - 5th. New arrangements, unbenched show and 2 rings.'</w:t>
      </w:r>
    </w:p>
    <w:p>
      <w:r>
        <w:rPr>
          <w:b w:val="0"/>
          <w:i w:val="0"/>
        </w:rPr>
        <w:t>Ann Britton</w:t>
      </w:r>
      <w:r>
        <w:br/>
      </w:r>
      <w:r>
        <w:rPr>
          <w:b w:val="0"/>
          <w:i w:val="0"/>
        </w:rPr>
        <w:br/>
        <w:t>01989 720665 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