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 Dec 2006"</w:t>
      </w:r>
      <w:r>
        <w:br/>
      </w:r>
      <w:r>
        <w:rPr>
          <w:b w:val="0"/>
          <w:i w:val="0"/>
        </w:rPr>
        <w:br/>
        <w:t>date_original: "1 Dec 2006"</w:t>
      </w:r>
      <w:r>
        <w:br/>
      </w:r>
      <w:r>
        <w:rPr>
          <w:b w:val="0"/>
          <w:i w:val="0"/>
        </w:rPr>
        <w:br/>
        <w:t>source_url: "https://www.ourdogs.co.uk/members/breednotes/2006/RetrieverLabrador/RetrieverLabrador-dec1.htm"</w:t>
      </w:r>
      <w:r>
        <w:br/>
      </w:r>
      <w:r>
        <w:rPr>
          <w:b w:val="0"/>
          <w:i w:val="0"/>
        </w:rPr>
        <w:br/>
        <w:t>archive_type: "static_html"</w:t>
      </w:r>
      <w:r>
        <w:br/>
      </w:r>
      <w:r>
        <w:rPr>
          <w:b w:val="0"/>
          <w:i w:val="0"/>
        </w:rPr>
        <w:br/>
        <w:t>scraped_at: "2026-09-13T22:09:02"</w:t>
      </w:r>
      <w:r>
        <w:br/>
      </w:r>
      <w:r>
        <w:rPr>
          <w:b w:val="0"/>
          <w:i w:val="0"/>
        </w:rPr>
        <w:br/>
        <w:t>word_count: 1574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 was sorry to hear the news that Harry Dunn had recently passed away, aged over 90. He was Vice President of National Gundog Association and also the Chairman of Dukeries Gundog Club since its very start, in 1975. He bred and showed Labradors under the Raytonbank affix and had awarded CCs in Labs for many years. We send our sincere condolences to his family.</w:t>
      </w:r>
    </w:p>
    <w:p>
      <w:r>
        <w:rPr>
          <w:b w:val="0"/>
          <w:i w:val="0"/>
        </w:rPr>
        <w:t>The Labrador Retriever Club held their Open Show at Daventry on 19th November. The judge was Celia Turner, who had a wonderful entry of 217 dogs and bitches to go over. A total of 149 dogs were present, which is really good for this time of the year, and from these, Best in Show was won by Sue Marskell’s black bitch, Sh.Ch.Berolee Moons Magic Star. Best Opposite Sex was the Rawlinson family’s yellow dog, Sh.Ch.Wilsbury Wild Fire At Halshimoor, and Best Puppy in show was Chris Baillis’s Tissalian Good Gracious. Best Minor Puppy was Heatherbourne Silver Lace.</w:t>
      </w:r>
    </w:p>
    <w:p>
      <w:r>
        <w:rPr>
          <w:b w:val="0"/>
          <w:i w:val="0"/>
        </w:rPr>
        <w:t>Sad news from Pat and Colin Harrison, (Stebel); they have had to say a final goodbye to their lovely black bitch Stebel Mustique Princess, (Tique) at the age of 15 years and three months. Tique was sired by Sh. Ch. Balrion King's Ransom out the black, Sh. Ch. Stebel Hollyberry. She won a Reserve CC - as did the other two that were shown from that same litter; Stebel St. Lucy and Stebel Caribbean Calypso at Balrion. (Stebel Caribbean Calypso was the sire of Ch Bowstones Carruthers x Bowstones Britannia).</w:t>
      </w:r>
    </w:p>
    <w:p>
      <w:r>
        <w:rPr>
          <w:b w:val="0"/>
          <w:i w:val="0"/>
        </w:rPr>
        <w:t>Pat wonders if Tique was one of the last remaining children of Sh Ch Balrion Kings Ransom? One thing she points out was that Tique never lost her wonderful otter tail throughout her life, even when out of coat; a classic Balrion feature.</w:t>
      </w:r>
    </w:p>
    <w:p>
      <w:r>
        <w:rPr>
          <w:b w:val="0"/>
          <w:i w:val="0"/>
        </w:rPr>
        <w:t>Kim Ellis, of the Tenfield Golden Retrievers writes “The Golden Retriever Club are holding a Show Gundog Working Certificate day, open to all Retrievers who have won a first prize at a Championship Show, by kind permission of Mr C Cutforth and the Shaw Shoot at Alton Barnes, near Marlborough, Wiltshire, approximately 20 miles from Junctions 14 and 15 of the M4, and from the A303. We are indebted to the keeper Mr J Shutter and to Wendy Andrews (Catcombe Goldens) for organising the shoot day and access to water. The date is Monday 15th January 2006, meeting at 9am for a 9.30am start. Entries Close: SATURDAY 8th JANUARY, 2006.</w:t>
      </w:r>
    </w:p>
    <w:p>
      <w:r>
        <w:rPr>
          <w:b w:val="0"/>
          <w:i w:val="0"/>
        </w:rPr>
        <w:t>For full details contact Kim Ellis, Braeside, Bulford Hill, Durrington, Salisbury, Wiltshire, SP4 8DW, sending a S.A.E. or email: tenfield.retrievers@ntlworld.com, Tel: 01980 653109. We had more than one Labrador successfully attain their SGWC in January of this year!”</w:t>
      </w:r>
    </w:p>
    <w:p>
      <w:r>
        <w:rPr>
          <w:b w:val="0"/>
          <w:i w:val="0"/>
        </w:rPr>
        <w:t>A correction to last weeks notes, Ch Psalmson of Leyward owned by the late Irene Woodward was made up in 1979.</w:t>
      </w:r>
    </w:p>
    <w:p>
      <w:r>
        <w:rPr>
          <w:b w:val="0"/>
          <w:i w:val="0"/>
        </w:rPr>
        <w:t>With apologies to our younger readers, I think many of the “older establishment” will greatly enjoy the following, which was sent in by Pat Davies (Holmajor), titled “George Carlin's Views on Aging”,</w:t>
      </w:r>
    </w:p>
    <w:p>
      <w:r>
        <w:rPr>
          <w:b w:val="0"/>
          <w:i w:val="0"/>
        </w:rPr>
        <w:t>“Do you realize that the only time in our lives when we like to get old, is when we're kids? If you're less than 10 years old, you're so excited about aging that you think in fractions.</w:t>
      </w:r>
      <w:r>
        <w:br/>
      </w:r>
      <w:r>
        <w:rPr>
          <w:b w:val="0"/>
          <w:i w:val="0"/>
        </w:rPr>
        <w:br/>
        <w:t>"How old are you?"</w:t>
      </w:r>
      <w:r>
        <w:br/>
      </w:r>
      <w:r>
        <w:rPr>
          <w:b w:val="0"/>
          <w:i w:val="0"/>
        </w:rPr>
        <w:br/>
        <w:t>"I'm four and a half!"</w:t>
      </w:r>
      <w:r>
        <w:br/>
      </w:r>
      <w:r>
        <w:rPr>
          <w:b w:val="0"/>
          <w:i w:val="0"/>
        </w:rPr>
        <w:br/>
        <w:t>You're never thirty-six and a half. You're four and a half, going on five! That's the key.</w:t>
      </w:r>
      <w:r>
        <w:br/>
      </w:r>
      <w:r>
        <w:rPr>
          <w:b w:val="0"/>
          <w:i w:val="0"/>
        </w:rPr>
        <w:br/>
        <w:t>You get into your teens, now they can't hold you back. You jump to the next number, or even a few ahead.</w:t>
      </w:r>
    </w:p>
    <w:p>
      <w:r>
        <w:rPr>
          <w:b w:val="0"/>
          <w:i w:val="0"/>
        </w:rPr>
        <w:t>"How old are you?"</w:t>
      </w:r>
      <w:r>
        <w:br/>
      </w:r>
      <w:r>
        <w:rPr>
          <w:b w:val="0"/>
          <w:i w:val="0"/>
        </w:rPr>
        <w:br/>
        <w:t>"I'm gonna be 16!"</w:t>
      </w:r>
      <w:r>
        <w:br/>
      </w:r>
      <w:r>
        <w:rPr>
          <w:b w:val="0"/>
          <w:i w:val="0"/>
        </w:rPr>
        <w:br/>
        <w:t>You could be 13, but hey, you're gonna be 16!</w:t>
      </w:r>
      <w:r>
        <w:br/>
      </w:r>
      <w:r>
        <w:rPr>
          <w:b w:val="0"/>
          <w:i w:val="0"/>
        </w:rPr>
        <w:br/>
        <w:t>And then the greatest day of your life . . .. You become 21.</w:t>
      </w:r>
      <w:r>
        <w:br/>
      </w:r>
      <w:r>
        <w:rPr>
          <w:b w:val="0"/>
          <w:i w:val="0"/>
        </w:rPr>
        <w:br/>
        <w:t>Even the words sound like a ceremony. . YOU BECOME 21. YESSSS!!!</w:t>
      </w:r>
      <w:r>
        <w:br/>
      </w:r>
      <w:r>
        <w:rPr>
          <w:b w:val="0"/>
          <w:i w:val="0"/>
        </w:rPr>
        <w:br/>
        <w:t>But then you turn 30. Oooohh, what happened there? Makes you sound like bad milk! He TURNED; we had to throw him out. There's no fun now, you're just a sour-dumpling.</w:t>
      </w:r>
      <w:r>
        <w:br/>
      </w:r>
      <w:r>
        <w:rPr>
          <w:b w:val="0"/>
          <w:i w:val="0"/>
        </w:rPr>
        <w:br/>
        <w:t>What’s wrong? What's changed?</w:t>
      </w:r>
      <w:r>
        <w:br/>
      </w:r>
      <w:r>
        <w:rPr>
          <w:b w:val="0"/>
          <w:i w:val="0"/>
        </w:rPr>
        <w:br/>
        <w:t>You BECOME 21, you TURN 30, then you're PUSHING 40.</w:t>
      </w:r>
      <w:r>
        <w:br/>
      </w:r>
      <w:r>
        <w:rPr>
          <w:b w:val="0"/>
          <w:i w:val="0"/>
        </w:rPr>
        <w:br/>
        <w:t>Whoa! Put on the brakes, it's all slipping away.</w:t>
      </w:r>
      <w:r>
        <w:br/>
      </w:r>
      <w:r>
        <w:rPr>
          <w:b w:val="0"/>
          <w:i w:val="0"/>
        </w:rPr>
        <w:br/>
        <w:t>Before you know it, you REACH 50 and your dreams are gone.</w:t>
      </w:r>
      <w:r>
        <w:br/>
      </w:r>
      <w:r>
        <w:rPr>
          <w:b w:val="0"/>
          <w:i w:val="0"/>
        </w:rPr>
        <w:br/>
        <w:t>But wait!!!</w:t>
      </w:r>
      <w:r>
        <w:br/>
      </w:r>
      <w:r>
        <w:rPr>
          <w:b w:val="0"/>
          <w:i w:val="0"/>
        </w:rPr>
        <w:br/>
        <w:t>You MAKE it to 60. You didn't think you would!</w:t>
      </w:r>
      <w:r>
        <w:br/>
      </w:r>
      <w:r>
        <w:rPr>
          <w:b w:val="0"/>
          <w:i w:val="0"/>
        </w:rPr>
        <w:br/>
        <w:t>So you BECOME 21, TURN 30, PUSH 40, REACH 50 and MAKE it to 60.</w:t>
      </w:r>
      <w:r>
        <w:br/>
      </w:r>
      <w:r>
        <w:rPr>
          <w:b w:val="0"/>
          <w:i w:val="0"/>
        </w:rPr>
        <w:br/>
        <w:t>You've built up so much speed that you HIT 70!</w:t>
      </w:r>
      <w:r>
        <w:br/>
      </w:r>
      <w:r>
        <w:rPr>
          <w:b w:val="0"/>
          <w:i w:val="0"/>
        </w:rPr>
        <w:br/>
        <w:t>After that it's a day-by-day thing;</w:t>
      </w:r>
      <w:r>
        <w:br/>
      </w:r>
      <w:r>
        <w:rPr>
          <w:b w:val="0"/>
          <w:i w:val="0"/>
        </w:rPr>
        <w:br/>
        <w:t>You HIT Wednesday!</w:t>
      </w:r>
      <w:r>
        <w:br/>
      </w:r>
      <w:r>
        <w:rPr>
          <w:b w:val="0"/>
          <w:i w:val="0"/>
        </w:rPr>
        <w:br/>
        <w:t>You get into your 80s and every day is a complete cycle; you HIT lunch; you TURN 4:30; you REACH bedtime.</w:t>
      </w:r>
      <w:r>
        <w:br/>
      </w:r>
      <w:r>
        <w:rPr>
          <w:b w:val="0"/>
          <w:i w:val="0"/>
        </w:rPr>
        <w:br/>
        <w:t>And it doesn't end there.</w:t>
      </w:r>
      <w:r>
        <w:br/>
      </w:r>
      <w:r>
        <w:rPr>
          <w:b w:val="0"/>
          <w:i w:val="0"/>
        </w:rPr>
        <w:br/>
        <w:t>Into the 90s, you start going backwards; "I Was JUST 92."</w:t>
      </w:r>
      <w:r>
        <w:br/>
      </w:r>
      <w:r>
        <w:rPr>
          <w:b w:val="0"/>
          <w:i w:val="0"/>
        </w:rPr>
        <w:br/>
        <w:t>Then a strange thing happens. If you make it over 100, you become a little kid again.</w:t>
      </w:r>
      <w:r>
        <w:br/>
      </w:r>
      <w:r>
        <w:rPr>
          <w:b w:val="0"/>
          <w:i w:val="0"/>
        </w:rPr>
        <w:br/>
        <w:t>"I'm 100 and a half!"</w:t>
      </w:r>
    </w:p>
    <w:p>
      <w:r>
        <w:rPr>
          <w:b w:val="0"/>
          <w:i w:val="0"/>
        </w:rPr>
        <w:t>May you all make it to a healthy 100 and a half!!</w:t>
      </w:r>
    </w:p>
    <w:p>
      <w:r>
        <w:rPr>
          <w:b w:val="0"/>
          <w:i w:val="0"/>
        </w:rPr>
        <w:t>HOW TO STAY YOUNG</w:t>
      </w:r>
    </w:p>
    <w:p>
      <w:pPr>
        <w:pStyle w:val="ListNumber"/>
      </w:pPr>
      <w:r>
        <w:rPr>
          <w:b w:val="0"/>
          <w:i w:val="0"/>
        </w:rPr>
        <w:br/>
      </w:r>
      <w:r>
        <w:rPr>
          <w:b w:val="0"/>
          <w:i w:val="0"/>
        </w:rPr>
        <w:t>Throw out non-essential numbers. This includes age, weight and height. Let the doctors worry about them. That is why you pay "them."</w:t>
      </w:r>
      <w:r>
        <w:rPr>
          <w:b w:val="0"/>
          <w:i w:val="0"/>
        </w:rPr>
        <w:br/>
      </w:r>
    </w:p>
    <w:p>
      <w:pPr>
        <w:pStyle w:val="ListNumber"/>
      </w:pPr>
      <w:r>
        <w:rPr>
          <w:b w:val="0"/>
          <w:i w:val="0"/>
        </w:rPr>
        <w:br/>
      </w:r>
      <w:r>
        <w:rPr>
          <w:b w:val="0"/>
          <w:i w:val="0"/>
        </w:rPr>
        <w:t>Keep only cheerful friends. The grouches pull you down.</w:t>
      </w:r>
      <w:r>
        <w:rPr>
          <w:b w:val="0"/>
          <w:i w:val="0"/>
        </w:rPr>
        <w:br/>
      </w:r>
    </w:p>
    <w:p>
      <w:pPr>
        <w:pStyle w:val="ListNumber"/>
      </w:pPr>
      <w:r>
        <w:rPr>
          <w:b w:val="0"/>
          <w:i w:val="0"/>
        </w:rPr>
        <w:br/>
      </w:r>
      <w:r>
        <w:rPr>
          <w:b w:val="0"/>
          <w:i w:val="0"/>
        </w:rPr>
        <w:t>Keep learning. Learn more about the computer, crafts, gardening, whatever. Never let the brain idle. "An idle mind is the devil's workshop." and the devil’s name is Alzheimer’s.</w:t>
      </w:r>
      <w:r>
        <w:rPr>
          <w:b w:val="0"/>
          <w:i w:val="0"/>
        </w:rPr>
        <w:br/>
      </w:r>
    </w:p>
    <w:p>
      <w:pPr>
        <w:pStyle w:val="ListNumber"/>
      </w:pPr>
      <w:r>
        <w:rPr>
          <w:b w:val="0"/>
          <w:i w:val="0"/>
        </w:rPr>
        <w:br/>
      </w:r>
      <w:r>
        <w:rPr>
          <w:b w:val="0"/>
          <w:i w:val="0"/>
        </w:rPr>
        <w:t>Enjoy the simple things.</w:t>
      </w:r>
      <w:r>
        <w:rPr>
          <w:b w:val="0"/>
          <w:i w:val="0"/>
        </w:rPr>
        <w:br/>
      </w:r>
    </w:p>
    <w:p>
      <w:pPr>
        <w:pStyle w:val="ListNumber"/>
      </w:pPr>
      <w:r>
        <w:rPr>
          <w:b w:val="0"/>
          <w:i w:val="0"/>
        </w:rPr>
        <w:br/>
      </w:r>
      <w:r>
        <w:rPr>
          <w:b w:val="0"/>
          <w:i w:val="0"/>
        </w:rPr>
        <w:t>Laugh often, long and loud. Laugh until you gasp for breath.</w:t>
      </w:r>
      <w:r>
        <w:rPr>
          <w:b w:val="0"/>
          <w:i w:val="0"/>
        </w:rPr>
        <w:br/>
      </w:r>
    </w:p>
    <w:p>
      <w:pPr>
        <w:pStyle w:val="ListNumber"/>
      </w:pPr>
      <w:r>
        <w:rPr>
          <w:b w:val="0"/>
          <w:i w:val="0"/>
        </w:rPr>
        <w:br/>
      </w:r>
      <w:r>
        <w:rPr>
          <w:b w:val="0"/>
          <w:i w:val="0"/>
        </w:rPr>
        <w:t>The tears happen. Endure, grieve, and move on. The only person, who is with us our entire life, is ourselves. Be ALIVE while you are alive.</w:t>
      </w:r>
      <w:r>
        <w:rPr>
          <w:b w:val="0"/>
          <w:i w:val="0"/>
        </w:rPr>
        <w:br/>
      </w:r>
    </w:p>
    <w:p>
      <w:pPr>
        <w:pStyle w:val="ListNumber"/>
      </w:pPr>
      <w:r>
        <w:rPr>
          <w:b w:val="0"/>
          <w:i w:val="0"/>
        </w:rPr>
        <w:br/>
      </w:r>
      <w:r>
        <w:rPr>
          <w:b w:val="0"/>
          <w:i w:val="0"/>
        </w:rPr>
        <w:t>Surround yourself with what you love, whether it's family, pets, keepsakes, music, plants, hobbies, whatever. Your home is your refuge.</w:t>
      </w:r>
      <w:r>
        <w:rPr>
          <w:b w:val="0"/>
          <w:i w:val="0"/>
        </w:rPr>
        <w:br/>
      </w:r>
    </w:p>
    <w:p>
      <w:pPr>
        <w:pStyle w:val="ListNumber"/>
      </w:pPr>
      <w:r>
        <w:rPr>
          <w:b w:val="0"/>
          <w:i w:val="0"/>
        </w:rPr>
        <w:br/>
      </w:r>
      <w:r>
        <w:rPr>
          <w:b w:val="0"/>
          <w:i w:val="0"/>
        </w:rPr>
        <w:t>Cherish your health: If it is good, preserve it. If it is unstable, improve it. If it is beyond what you can improve, get help.</w:t>
      </w:r>
      <w:r>
        <w:rPr>
          <w:b w:val="0"/>
          <w:i w:val="0"/>
        </w:rPr>
        <w:br/>
      </w:r>
    </w:p>
    <w:p>
      <w:r>
        <w:rPr>
          <w:b w:val="0"/>
          <w:i w:val="0"/>
        </w:rPr>
        <w:t>9 Don't take guilt trips. Take a trip to the shops, even to the next county; to a foreign country but NOT to where the guilt is.</w:t>
      </w:r>
    </w:p>
    <w:p>
      <w:r>
        <w:rPr>
          <w:b w:val="0"/>
          <w:i w:val="0"/>
        </w:rPr>
        <w:t>10.Tell the people you love that you love them, at every opportunity.</w:t>
      </w:r>
      <w:r>
        <w:br/>
      </w:r>
      <w:r>
        <w:rPr>
          <w:b w:val="0"/>
          <w:i w:val="0"/>
        </w:rPr>
        <w:br/>
        <w:t>AND ALWAYS REMEMBER:</w:t>
      </w:r>
    </w:p>
    <w:p>
      <w:r>
        <w:rPr>
          <w:b w:val="0"/>
          <w:i w:val="0"/>
        </w:rPr>
        <w:t>Life is not measured by the number of breaths we take, but by the moments that take our breath away.</w:t>
      </w:r>
    </w:p>
    <w:p>
      <w:r>
        <w:rPr>
          <w:b w:val="0"/>
          <w:i w:val="0"/>
        </w:rPr>
        <w:t>And if you don't send this to at least 4 people (as email messages are prone to say, with threats of dire perils if you break the chain, AB) - who cares?</w:t>
      </w:r>
    </w:p>
    <w:p>
      <w:r>
        <w:rPr>
          <w:b w:val="0"/>
          <w:i w:val="0"/>
        </w:rPr>
        <w:t>Isn’t that great? My sentiments entirely. Life really does go so fast. We don’t realize when we are young that we should use every single talent we possess whilst we are able, for there will surely come a day when we may not be able to do so. Enjoy each and every day with your friends and your dogs whilst you can; be kind and considerate; do to others as you would have done to you, and above all keep a sense of humour, and do carry on laughing and smiling.</w:t>
      </w:r>
    </w:p>
    <w:p>
      <w:r>
        <w:rPr>
          <w:b w:val="0"/>
          <w:i w:val="0"/>
        </w:rPr>
        <w:t>One laugh exercises 17 facial muscles. Doesn’t exercise mean using up calories?? Well, with Christmas coming, that must be good!</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