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- 22/05/2020 - ISSUE"</w:t>
      </w:r>
      <w:r>
        <w:br/>
      </w:r>
      <w:r>
        <w:rPr>
          <w:b w:val="0"/>
          <w:i w:val="0"/>
        </w:rPr>
        <w:br/>
        <w:t>date_original: "22/05/2020 - ISSUE"</w:t>
      </w:r>
      <w:r>
        <w:br/>
      </w:r>
      <w:r>
        <w:rPr>
          <w:b w:val="0"/>
          <w:i w:val="0"/>
        </w:rPr>
        <w:br/>
        <w:t>source_url: "https://www.ourdogs.co.uk/members/breednotes/RetrieverLabradorMain.php"</w:t>
      </w:r>
      <w:r>
        <w:br/>
      </w:r>
      <w:r>
        <w:rPr>
          <w:b w:val="0"/>
          <w:i w:val="0"/>
        </w:rPr>
        <w:br/>
        <w:t>scraped_at: "2026-09-13T15:17:34"</w:t>
      </w:r>
      <w:r>
        <w:br/>
      </w:r>
      <w:r>
        <w:rPr>
          <w:b w:val="0"/>
          <w:i w:val="0"/>
        </w:rPr>
        <w:br/>
        <w:t>word_count: 1725</w:t>
      </w:r>
    </w:p>
    <w:p>
      <w:r>
        <w:t>――――――――――――――――――――――――――――――</w:t>
      </w:r>
    </w:p>
    <w:p>
      <w:r>
        <w:rPr>
          <w:b w:val="0"/>
          <w:i w:val="0"/>
        </w:rPr>
        <w:t>NEWS MEMBERS' AREA SHOP SUBSCRIBE UPCOMING SHOWS MORE</w:t>
      </w:r>
    </w:p>
    <w:p>
      <w:r>
        <w:rPr>
          <w:b w:val="0"/>
          <w:i w:val="0"/>
        </w:rPr>
        <w:t>RETRIEVER LABRADOR</w:t>
      </w:r>
    </w:p>
    <w:p>
      <w:r>
        <w:rPr>
          <w:b w:val="0"/>
          <w:i w:val="0"/>
        </w:rPr>
        <w:t>Issue: 22/05/2020</w:t>
      </w:r>
    </w:p>
    <w:p>
      <w:r>
        <w:rPr>
          <w:b w:val="0"/>
          <w:i w:val="0"/>
        </w:rPr>
        <w:t xml:space="preserve">Still in lockdown with just my dogs for company. I am at least enjoying fresh air outside, getting lots of jobs done that I have been looking at for ages. Dogs are quite content lounging in the sunny garden and not missing being woken up early and driven round the country at the crack of dawn to dog shows. </w:t>
      </w:r>
    </w:p>
    <w:p>
      <w:r>
        <w:rPr>
          <w:b w:val="0"/>
          <w:i w:val="0"/>
        </w:rPr>
        <w:t xml:space="preserve">The sheds and kennels are all painted, the high stone wall is mended, (so now I am a stone- mason too), rampant ivy has been removed from trees, shrubs and walls, winter flowering shrubs are pruned. You name it, its been done. </w:t>
      </w:r>
    </w:p>
    <w:p>
      <w:r>
        <w:rPr>
          <w:b w:val="0"/>
          <w:i w:val="0"/>
        </w:rPr>
        <w:t xml:space="preserve">I haven't a clue what day of the week it is, not helped by finally deciding not to watch any more television as it appears to me to be so doom laden, one-sided, deliberately obtuse with political journalists asking the same backwards looking questions, over and over, despite the answer being clearly given to that very same question at the beginning of the press conference. </w:t>
      </w:r>
    </w:p>
    <w:p>
      <w:r>
        <w:rPr>
          <w:b w:val="0"/>
          <w:i w:val="0"/>
        </w:rPr>
        <w:t xml:space="preserve">The journalists seem determined to inflict never ending criticism intent upon depressing the whole UK population. Morale building is certainly not on their agenda. Just as with planning dog shows, it is very easy to criticise the organisers after a wet show, when the committees efforts have been found wanting despite having done their absolute best. So it appears now with Covid19. In difficult circumstances there are always those who loudly claim, they could easily have done better </w:t>
      </w:r>
    </w:p>
    <w:p>
      <w:r>
        <w:rPr>
          <w:b w:val="0"/>
          <w:i w:val="0"/>
        </w:rPr>
        <w:t>Labradors never cease to get into bother through their playful antics. A lovely young couple have recently moved into a cottage over the lane and have a much loved fox red Labrador dog of six months. I was out cutting the hedge as they walked by with him. I asked, (at the required two metre distance) how they were getting on with him.</w:t>
      </w:r>
    </w:p>
    <w:p>
      <w:r>
        <w:rPr>
          <w:b w:val="0"/>
          <w:i w:val="0"/>
        </w:rPr>
        <w:t>"Ah well" said the young lady, "We've been so worried. He's been at the vets. He ate my beautiful diamond and emerald engagement ring a few days ago!" The vet Xrayed him and saw it in the bottom of his stomach. He had an endoscopy but we had to wait for it to come through"</w:t>
      </w:r>
    </w:p>
    <w:p>
      <w:r>
        <w:rPr>
          <w:b w:val="0"/>
          <w:i w:val="0"/>
        </w:rPr>
        <w:t xml:space="preserve">I asked, "Has it re-emerged?" </w:t>
      </w:r>
    </w:p>
    <w:p>
      <w:r>
        <w:rPr>
          <w:b w:val="0"/>
          <w:i w:val="0"/>
        </w:rPr>
        <w:t>"Oh yes, two days ago. One of the diamonds is missing but we are so glad to get it back and that he is OK!"</w:t>
      </w:r>
    </w:p>
    <w:p>
      <w:r>
        <w:rPr>
          <w:b w:val="0"/>
          <w:i w:val="0"/>
        </w:rPr>
        <w:t xml:space="preserve">I see shows are all cancelled at least until the end of September. I guess it will be for a much longer time though. As many know, I have a 5 month Jack Russell puppy, Mabel. She thinks she is a full sized Labrador really. Very independent young madam. No training classes for her. The Labs would be well on their way to good ring-craft performance by her age, (well some of them, Sue Whitehead if you're reading this!). She certainly has Terrier attitude, so if ever shows start again and she does get shown that should stand her in good stead. </w:t>
      </w:r>
    </w:p>
    <w:p>
      <w:r>
        <w:rPr>
          <w:b w:val="0"/>
          <w:i w:val="0"/>
        </w:rPr>
        <w:t>Another splendidly amusing snippet follows from Elaine Grummitt's story box, this time about Desert Orchid - the world famous grey racehorse.</w:t>
      </w:r>
    </w:p>
    <w:p>
      <w:r>
        <w:rPr>
          <w:b w:val="0"/>
          <w:i w:val="0"/>
        </w:rPr>
        <w:t xml:space="preserve">"I used to organise all of Desert Orchid's public appearances. </w:t>
      </w:r>
    </w:p>
    <w:p>
      <w:r>
        <w:rPr>
          <w:b w:val="0"/>
          <w:i w:val="0"/>
        </w:rPr>
        <w:t xml:space="preserve">On one occasion, he was appearing at the Royal Windsor Horse Show, and for the duration of the show, he was being lodged in the Windsor stables. </w:t>
      </w:r>
    </w:p>
    <w:p>
      <w:r>
        <w:rPr>
          <w:b w:val="0"/>
          <w:i w:val="0"/>
        </w:rPr>
        <w:t xml:space="preserve">We arrived, and I had to go into the security office with the passports of his very exacting owner, Jimmy Burridge, the horsebox driver, the groom and myself. </w:t>
      </w:r>
    </w:p>
    <w:p>
      <w:r>
        <w:rPr>
          <w:b w:val="0"/>
          <w:i w:val="0"/>
        </w:rPr>
        <w:t xml:space="preserve">In the meantime, Dessie was driven round to the stable-yard and unloaded from the lorry. There was a groom waiting to greet them, who very helpfully carried out Jimmy's instructions for tepid water, (Dessie doesn't drink cold water when he's been travelling), more straw please, (Dessie needs a very deep bed), fill up the haynet, etc.etc. </w:t>
      </w:r>
    </w:p>
    <w:p>
      <w:r>
        <w:rPr>
          <w:b w:val="0"/>
          <w:i w:val="0"/>
        </w:rPr>
        <w:t>I was still in the security office, and Jimmy was wondering about the protocol on tipping Royal staff. As he was pondering the problem, the Queen appeared. She duly admired Dessie, felt his legs and declared them as clean as a 4 year olds and asked Jimmy if he had everything he needed.</w:t>
      </w:r>
    </w:p>
    <w:p>
      <w:r>
        <w:rPr>
          <w:b w:val="0"/>
          <w:i w:val="0"/>
        </w:rPr>
        <w:t>Jimmy told her that the young man had been very helpful, and was it in order to tip him.</w:t>
      </w:r>
    </w:p>
    <w:p>
      <w:r>
        <w:rPr>
          <w:b w:val="0"/>
          <w:i w:val="0"/>
        </w:rPr>
        <w:t xml:space="preserve">"Oh no", said the Queen, "that really isn't necessary". </w:t>
      </w:r>
    </w:p>
    <w:p>
      <w:r>
        <w:rPr>
          <w:b w:val="0"/>
          <w:i w:val="0"/>
        </w:rPr>
        <w:t>"Well he's been jolly helpful" says Jimmy, "I must thank him, do you know his name?".</w:t>
      </w:r>
    </w:p>
    <w:p>
      <w:r>
        <w:rPr>
          <w:b w:val="0"/>
          <w:i w:val="0"/>
        </w:rPr>
        <w:t>"Of course" said the Queen....... "we call him Prince Edward".</w:t>
      </w:r>
    </w:p>
    <w:p>
      <w:r>
        <w:rPr>
          <w:b w:val="0"/>
          <w:i w:val="0"/>
        </w:rPr>
        <w:t>Labrador, Mr Pepys, has been putting quill to parchment for your amusement once again. I am pleased everyone is greatly enjoying his diary. Our thanks to his scribe Tony Jury</w:t>
      </w:r>
    </w:p>
    <w:p>
      <w:r>
        <w:rPr>
          <w:b w:val="0"/>
          <w:i w:val="0"/>
        </w:rPr>
        <w:t>The Occasional Diary of Mr Pepys    p. iv</w:t>
      </w:r>
    </w:p>
    <w:p>
      <w:r>
        <w:rPr>
          <w:b w:val="0"/>
          <w:i w:val="0"/>
        </w:rPr>
        <w:t xml:space="preserve">Wed, 6th May, 1665 (or thereabouts.)            Today, it is raining like the falls of Snowdon and I, Pepys, the yellow one (not yet recognised, officially!) am persuaded to sit in the covered dray with the aged beaters; some so frail of limb that they are retired from the field; for they might stumble and crush the game. Naturally, all being bred of the same family stock, sword-length spacing does not apply. They are there for the plucking, to earn their tuppence in the stinking hanging shed whence the birds are prepared. To attend on a foul day like this, they truly are plucky pluckers. Jestingly, for I use the term 'game' loosely, I mean those few bedraggled sparrows that have survived the season by cunningly taking to the burrows in September last. But today, these pathetics are not our quest, for the 12th day of May is almost upon us, with all her pearly blossoms. My Master and his fellow jack-a-lads are in pursuit of vermin. Today is the day of the Rook Shoot. Tally Ho! and Yoiks! </w:t>
      </w:r>
    </w:p>
    <w:p>
      <w:r>
        <w:rPr>
          <w:b w:val="0"/>
          <w:i w:val="0"/>
        </w:rPr>
        <w:t xml:space="preserve">But we gents must observe 'market spacing law', each shooting perch must be, by order, two sword-blades spaced (or, this being rough country hereabouts, a pole apart.) Badger leads the line over fresh-ploughed loam towards a goodly stand of young-leaved beeches. He raises his best musket and lets off a warning volley. Bump! Bump! His home-ground 'improved cylinder' Ã‚Â² expels the shot like a horde of angry hornets. Clumsy Trindle, the loader snatches the weapon from his hands and retires yelping at the heat of the barrel Ã¢â‚¬â€œ will he never learn? (Always hold the wooden end! FYI.) My Master shoulders his weapon with too much haste and is thrown on his back in the soaking bracken. Encouraged by the racket and a stream of oaths, a score of birds take flight. In a wildly clapping cloud they fly hither and thither Ã¢â‚¬â€œ mostly thither. </w:t>
      </w:r>
    </w:p>
    <w:p>
      <w:r>
        <w:rPr>
          <w:b w:val="0"/>
          <w:i w:val="0"/>
        </w:rPr>
        <w:t>Bumpety, bumpetyÃ¢â‚¬Â¦ BUMP! Our lads let fly in a frenzied flash of plumbÃƒÂ¨d steel. Young Montecute shoulders his engraved cannon, freshly imported from Seville. No Purdy prancer he! Montecute favours the sideways shot (Note Bene: sporting over-and-unders have not yet been invented, Obvs. for it is 1665, or thereabouts.) He follows on with his one good eye. A froth of down comes floating, er, down. A coal-black corvid carpet covers the covert floor.</w:t>
      </w:r>
    </w:p>
    <w:p>
      <w:r>
        <w:rPr>
          <w:b w:val="0"/>
          <w:i w:val="0"/>
        </w:rPr>
        <w:t>{Note Ã‚Â² - Improved cylinder describes a gun barrel that has been 'improved' by grinding out the choke thus allowing the shot to spread. Often used for cleaning chimneys.}</w:t>
      </w:r>
    </w:p>
    <w:p>
      <w:r>
        <w:rPr>
          <w:b w:val="0"/>
          <w:i w:val="0"/>
        </w:rPr>
        <w:t xml:space="preserve">Ignoring the muffled titters emanating from the dray, my Master massages his shoulder but, thankfully, for the rain has turned to sleet, he remains silent. There is a pastoral hush before the spell is broken. </w:t>
      </w:r>
    </w:p>
    <w:p>
      <w:r>
        <w:rPr>
          <w:b w:val="0"/>
          <w:i w:val="0"/>
        </w:rPr>
        <w:t xml:space="preserve">'Hi! Lost!' shouts Badger. 'Gerrun!' growls Trindle. 'Tally Ho!' brays the frisky Montacute. Three of our Special Black Retrievers spring to action and are off, seeking game. They enter the coarse grass that festers the coppice, neat ears cocked for runners, nostrils flared for scenting grass (!) keen eyes (correctly positioned in the skull and with hues of the warmest hazel. Obvs.) concentrated on their quarry. The brave black bitches circle the carbonised carrion with calculated caution. (Avoid adventitious alliteration- Ed.) They halt. Not a rook is picked. Nary has a whine been uttered nor a front-foot lifted. Badger smirks: "well-bred retrievers do not convey corvidae! Hey! Nonny! No!" </w:t>
      </w:r>
    </w:p>
    <w:p>
      <w:r>
        <w:rPr>
          <w:b w:val="0"/>
          <w:i w:val="0"/>
        </w:rPr>
        <w:t>Grumbling, the beaters are summoned from the dray. I, Pepys, being a yellow fellow, ignore my Master's call (a skill I have perfected when the weather is foul, FYI.) I watch as the carrion are crammed into canvas carry-ons. I stretch my well-laid shoulders and take a long look at the elegant foragers. A slinky coal-black demoiselle takes my eye. I thump my thick well-clothed tail. 'Fol-de-Rol!' Her archÃƒÂ¨d neck, depth of chest and rounded rump mark her down as 'naturally well-bred'- 'aristocratic' even. I raise a questing eyebrow, prepare to dismount and risk a soaking for the introduction. But, folly! She is off with scarcely a glance in my direction. At a distance, I see her enter a tidy leaf-sprung dog-cart with a pony in the shafts. And she is gone. 'Que sera, sera and Hey Nonny No!' I breathe. Tomorrow is another day.</w:t>
      </w:r>
    </w:p>
    <w:p>
      <w:r>
        <w:rPr>
          <w:b w:val="0"/>
          <w:i w:val="0"/>
        </w:rPr>
        <w:t>My Master returns to the dray. It is dry in the dray. With his good arm, he lifts a silver flask to his lips. A deep draught of Louis XIV's finest is downed before he passes the dregs to the mewing throng behind. My Master sighs a satisfactory sigh: 'What Ho! Pepys,' he breathes. 'Four and twenty blackbirds, half a hare and two hen pheasants (well-scraped) will make a feast fit for any Servant of the King.' Well done Pepys. Do please keep the diary coming.</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