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- 16/08/2024 - ISSUE"</w:t>
      </w:r>
      <w:r>
        <w:br/>
      </w:r>
      <w:r>
        <w:rPr>
          <w:b w:val="0"/>
          <w:i w:val="0"/>
        </w:rPr>
        <w:br/>
        <w:t>date_original: "16/08/2024 - ISSUE"</w:t>
      </w:r>
      <w:r>
        <w:br/>
      </w:r>
      <w:r>
        <w:rPr>
          <w:b w:val="0"/>
          <w:i w:val="0"/>
        </w:rPr>
        <w:br/>
        <w:t>source_url: "https://www.ourdogs.co.uk/members/breednotes/RetrieverLabradorMain.php"</w:t>
      </w:r>
      <w:r>
        <w:br/>
      </w:r>
      <w:r>
        <w:rPr>
          <w:b w:val="0"/>
          <w:i w:val="0"/>
        </w:rPr>
        <w:br/>
        <w:t>scraped_at: "2026-09-13T15:07:38"</w:t>
      </w:r>
      <w:r>
        <w:br/>
      </w:r>
      <w:r>
        <w:rPr>
          <w:b w:val="0"/>
          <w:i w:val="0"/>
        </w:rPr>
        <w:br/>
        <w:t>word_count: 824</w:t>
      </w:r>
    </w:p>
    <w:p>
      <w:r>
        <w:t>――――――――――――――――――――――――――――――</w:t>
      </w:r>
    </w:p>
    <w:p>
      <w:r>
        <w:rPr>
          <w:b w:val="0"/>
          <w:i w:val="0"/>
        </w:rPr>
        <w:t>NEWS MEMBERS' AREA SHOP SUBSCRIBE UPCOMING SHOWS MORE</w:t>
      </w:r>
    </w:p>
    <w:p>
      <w:r>
        <w:rPr>
          <w:b w:val="0"/>
          <w:i w:val="0"/>
        </w:rPr>
        <w:t>RETRIEVER LABRADOR</w:t>
      </w:r>
    </w:p>
    <w:p>
      <w:r>
        <w:rPr>
          <w:b w:val="0"/>
          <w:i w:val="0"/>
        </w:rPr>
        <w:t>Issue: 16/08/2024</w:t>
      </w:r>
    </w:p>
    <w:p>
      <w:r>
        <w:rPr>
          <w:b w:val="0"/>
          <w:i w:val="0"/>
        </w:rPr>
        <w:t>After Paignton and National Gundog, three days later United Retriever Club Ch Show was held midweek at Malvern. The weather was dry but  chilly and overcast early on, until the sun emerged around lunchtime. Judging was outside in the grass rings. There was benching set up in the adjacent halls for those who wished to avail themselves, although with the dry weather most appeared to have cages already set up under the trees beside  the outside rings. The judges were Laura Rearden (Dogs) and Shaun Williamson (bitches)</w:t>
      </w:r>
    </w:p>
    <w:p>
      <w:r>
        <w:rPr>
          <w:b w:val="0"/>
          <w:i w:val="0"/>
        </w:rPr>
        <w:t>The winners were:  Dog CC  Mrs D Meredithâ€™s black Ch Tweedledum Off the Record, Dog RCC Ed Casey and Erica Jayes yellow junior Berlan Get Up and Go at Sandylands, Bitch CC and Best of Breed Marion Hopkinson and Mrs RA Kleinhans yellow Rocheby Hazelberry made up on the day. Many congratulations.  Bitch RCC was won by Mr D Claytonâ€™s puppy Rochevale Harmony who was also Best Labrador Puppy and Reserve Best Puppy in Show under David Bell and also the winner of Best Special Beginner in Show. What a day! Many Congratulations.  Best  Veteran Mrs J Gannaway Jones Scarisbrick Skyfall into Mossland</w:t>
      </w:r>
    </w:p>
    <w:p>
      <w:r>
        <w:rPr>
          <w:b w:val="0"/>
          <w:i w:val="0"/>
        </w:rPr>
        <w:t>Three days later at the weekend it was Bournemouth show, which is not the easiest show to get to these days for many of us and for this reason probably contributed to the low entry of just 77 dogs and bitches for first time Lab CC judge Russell Mosedale who in all fairness, is an experienced, knowledgeable and  very helpful dog person, running shows and being brought up with the winning Gundogs of his late mother as well as his own.</w:t>
      </w:r>
    </w:p>
    <w:p>
      <w:r>
        <w:rPr>
          <w:b w:val="0"/>
          <w:i w:val="0"/>
        </w:rPr>
        <w:t xml:space="preserve">Why the low entry? Facilities on arrival in previous  years were barely user friendly and could have been much better. I gather access from the car park and on site is now improved,  but the horrendously awkward journey on a holiday weekend for those from any distance appears to  put all but the bravest would-be exhibitors off. </w:t>
      </w:r>
    </w:p>
    <w:p>
      <w:r>
        <w:rPr>
          <w:b w:val="0"/>
          <w:i w:val="0"/>
        </w:rPr>
        <w:t>We always used to go Bournemouth show every single year at Brockenhurst Park and knew pretty, cross-country routes through the New Forest to avoid nearby Lyndhust holiday traffic which always blocked the roads. However the venue location was changed and I recall the ghastly journey to the current show site from here a few years ago. After  two years of that stop-start traffic to the new venue  and the difficulty exhibitors on their own had getting from the bumpy car park and in the actual show ground, I threw in the towel. One exhibitor this year commented there were 33 roundabouts on the journey to the show and the same going home.  Itâ€™s sad for the show committee who put in a great deal of effort organising this years event. I do hope support will increase in future. Great news that Labrador Ch Cremino Calabrese was third in the Gundog Group.</w:t>
      </w:r>
    </w:p>
    <w:p>
      <w:r>
        <w:rPr>
          <w:b w:val="0"/>
          <w:i w:val="0"/>
        </w:rPr>
        <w:t>The judge Russell Mosedaleâ€™s winners were  Dog CC Best of Breed and Group 3 under Carole Coode was Gary &amp; Jean Johnsons Sh Ch Cremino Calabrese with the same breeder/owners winning the  Res Dog CC with Cremino Celebrity JW. Bitch CC  was an exciting first CC for her owner,  Miss Emily Evanâ€™s Emalina Star Struck Farnfield, Res Bitch CC Miss &amp; Mrs R J &amp; J E Mills Jaybec Winter Wispa JW, Best Puppy Mrs F. E. M. &amp; Mr D. L. Brandon Trendlewood It Takes Two, Best Veteran  Mrs Becky &amp; Mr Thomas Bills Vetybonbetty Chocolate Box and Best Special Beginner  Miss Debbie Goodwins Mcfarwins Flashing Lights.</w:t>
      </w:r>
    </w:p>
    <w:p>
      <w:r>
        <w:rPr>
          <w:b w:val="0"/>
          <w:i w:val="0"/>
        </w:rPr>
        <w:t>There will be Eye testing on Thursday 5th September 2024 at  Street, Berkshire with Mr Ian Mason. All breeds welcome. Please call Anne Lavelle for appointments on 07798811825</w:t>
      </w:r>
    </w:p>
    <w:p>
      <w:r>
        <w:rPr>
          <w:b w:val="0"/>
          <w:i w:val="0"/>
        </w:rPr>
        <w:t xml:space="preserve">Huge congratulations to Caroline Smith breeder of puppy Flyenpyg Jurgen Chopps. He has won his final JW point at just 7 months of age. Must be  exciting times ahead! </w:t>
      </w:r>
    </w:p>
    <w:p>
      <w:r>
        <w:rPr>
          <w:b w:val="0"/>
          <w:i w:val="0"/>
        </w:rPr>
        <w:t>The Labrador Club of Wales  unbenched single breed open show will be held at Penyrheol Community Centre, Heol, Aneurin, Caerphilly CF 83 2PG on Saturday, October 19th 2024. The judge will be Caroline Edwards Kimberjack. Prize money in all classes. Postal entries close Saturday 28th September to be sent to the Secretary Mrs Margaret Barker Haulwen, Church Lane, Nantgarw, Cardiff CF15 7 TQ. Online entries can be made up to midnight on Sunday, October 6 th 2024 at www.onlineshowentry.com</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