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- 29/01/2021 - ISSUE"</w:t>
      </w:r>
      <w:r>
        <w:br/>
      </w:r>
      <w:r>
        <w:rPr>
          <w:b w:val="0"/>
          <w:i w:val="0"/>
        </w:rPr>
        <w:br/>
        <w:t>date_original: "29/01/2021 - ISSUE"</w:t>
      </w:r>
      <w:r>
        <w:br/>
      </w:r>
      <w:r>
        <w:rPr>
          <w:b w:val="0"/>
          <w:i w:val="0"/>
        </w:rPr>
        <w:br/>
        <w:t>source_url: "https://www.ourdogs.co.uk/members/breednotes/RetrieverLabradorMain.php"</w:t>
      </w:r>
      <w:r>
        <w:br/>
      </w:r>
      <w:r>
        <w:rPr>
          <w:b w:val="0"/>
          <w:i w:val="0"/>
        </w:rPr>
        <w:br/>
        <w:t>scraped_at: "2026-09-13T15:15:46"</w:t>
      </w:r>
      <w:r>
        <w:br/>
      </w:r>
      <w:r>
        <w:rPr>
          <w:b w:val="0"/>
          <w:i w:val="0"/>
        </w:rPr>
        <w:br/>
        <w:t>word_count: 784</w:t>
      </w:r>
    </w:p>
    <w:p>
      <w:r>
        <w:t>――――――――――――――――――――――――――――――</w:t>
      </w:r>
    </w:p>
    <w:p>
      <w:r>
        <w:rPr>
          <w:b w:val="0"/>
          <w:i w:val="0"/>
        </w:rPr>
        <w:t>NEWS MEMBERS' AREA SHOP SUBSCRIBE UPCOMING SHOWS MORE</w:t>
      </w:r>
    </w:p>
    <w:p>
      <w:r>
        <w:rPr>
          <w:b w:val="0"/>
          <w:i w:val="0"/>
        </w:rPr>
        <w:t>RETRIEVER LABRADOR</w:t>
      </w:r>
    </w:p>
    <w:p>
      <w:r>
        <w:rPr>
          <w:b w:val="0"/>
          <w:i w:val="0"/>
        </w:rPr>
        <w:t>Issue: 29/01/2021</w:t>
      </w:r>
    </w:p>
    <w:p>
      <w:r>
        <w:rPr>
          <w:b w:val="0"/>
          <w:i w:val="0"/>
        </w:rPr>
        <w:t xml:space="preserve">Well Georgia, Richard StaffordÃ¢â‚¬â„¢s daughter came top of the class in the latest heat of the BBC television dog grooming competition, Pooch Perfect. She clearly has a great talent and had now won through to the semifinals. </w:t>
      </w:r>
    </w:p>
    <w:p>
      <w:r>
        <w:rPr>
          <w:b w:val="0"/>
          <w:i w:val="0"/>
        </w:rPr>
        <w:t>Georgia was brought up in a dog loving household.  Louise, her Mum shows the most wonderfully turned out Bichons, a breed in which she has shown top winners and also judged at CC level, including Crufts. Dad Richard is well known in Gundog  circles, is a Gundog Group judge, current Secretary of Gundog Society of Wales and is a committee member of the Welsh Kennel Club. He shows the Farnfield Labradors with which he has been very successful over many years.</w:t>
      </w:r>
    </w:p>
    <w:p>
      <w:r>
        <w:rPr>
          <w:b w:val="0"/>
          <w:i w:val="0"/>
        </w:rPr>
        <w:t xml:space="preserve">The first grooming challenge of two televised heats for the day, featured Georgia along with three other contestants each with their own canine charge. They all had a Cocker Spaniel to bath, trim and groom. The much loved pet Cockers looked as though they had not been in a professional groomers hands before and whilst looking very friendly and amusingly hairy, the shape of the head and body characteristics of the breed were completely lost under loads of wild woolly coat. </w:t>
      </w:r>
    </w:p>
    <w:p>
      <w:r>
        <w:rPr>
          <w:b w:val="0"/>
          <w:i w:val="0"/>
        </w:rPr>
        <w:t xml:space="preserve">After three hours of bathing, snipping and trimming the end result of the work on all four animals was eye opening. However GeorgiaÃ¢â‚¬â„¢s dog looked by far the best, superb. Not that IÃ¢â‚¬â„¢m biased mind! Talk about a transformation! The nine year old cocker that Georgia had trimmed and presented looked youthful and utterly ready for the show ring. </w:t>
      </w:r>
    </w:p>
    <w:p>
      <w:r>
        <w:rPr>
          <w:b w:val="0"/>
          <w:i w:val="0"/>
        </w:rPr>
        <w:t xml:space="preserve">The second half of the competition was to carve imaginative artistic shapes into the dogs coat. A bit of a weird idea to me but hey, IÃ¢â‚¬â„¢m only just learning how to hand strip a terrier and finding that challenging enough, so sculpting a dogs coat with scissors is not exactly in my remit at the moment. In this instance, on Pooch Perfect, the contestants were required to construct spirals around the dogs body, the two inch wide spirals with a tiny gap between each one sculpted into the coat, being evenly spaced on the diagonal, from the dogs withers to tail, ie from the front of the dog to the back and running in a circle around the dogs frame. All very clever as a hairdressing job and clearly something Georgia knew a lot about. Once again the end result of this heat on the dogs coats was amazing. Georgia won that heat too. </w:t>
      </w:r>
    </w:p>
    <w:p>
      <w:r>
        <w:rPr>
          <w:b w:val="0"/>
          <w:i w:val="0"/>
        </w:rPr>
        <w:t>I think there is one more heat featuring a new group of four groomers this Thursday, then Georgia will be back the following week, in the semi finals. We will be all be watching and fingers crossed she wins again.</w:t>
      </w:r>
    </w:p>
    <w:p>
      <w:r>
        <w:rPr>
          <w:b w:val="0"/>
          <w:i w:val="0"/>
        </w:rPr>
        <w:t>Those of you clever enough to enter online fun dog shows have chance to enter another, but hurry  entries close on 31st January at midnight. Ã¢â‚¬Å"The Pug Dog ClubÃ¢â‚¬â„¢s Online Fun Photo Show 2021 is open to All Breeds. Although some classes are specifically for Pugs, there is also a wide range of classes for any breed to enter. In addition to the beautiful rosettes and prize certificates on offer, the Pug Dog Club Committee has added cash prizes for the main winners. Please read posts before entering, and ensure your photos are in the correct album and have been paid for!  Entry fees are Ã‚Â£1 per photo, Ã‚Â£5 for unlimited photos. Entries, which are being coordinated by Elle Care, will close on 31 January at midnight. All details can be found at https://www.facebook.com/groups/pdconlinedogshow Nigel Marsh, Show Secretary, The Pug Dog ClubÃ¢â‚¬Â</w:t>
      </w:r>
    </w:p>
    <w:p>
      <w:r>
        <w:rPr>
          <w:b w:val="0"/>
          <w:i w:val="0"/>
        </w:rPr>
        <w:t>My car is booked in for its MOT test this month. Time was, before Covid, we all travelled many thousands of miles every year to dog shows every week, up and down the country. I think I have only done about two thousand miles this last year with the country being in and out of Covid lockdown, even so I hope it passes its MOT!</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