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- 31/05/2013"</w:t>
      </w:r>
      <w:r>
        <w:br/>
      </w:r>
      <w:r>
        <w:rPr>
          <w:b w:val="0"/>
          <w:i w:val="0"/>
        </w:rPr>
        <w:br/>
        <w:t>date_original: "31/05/2013"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"2026-09-13T22:43:50"</w:t>
      </w:r>
      <w:r>
        <w:br/>
      </w:r>
      <w:r>
        <w:rPr>
          <w:b w:val="0"/>
          <w:i w:val="0"/>
        </w:rPr>
        <w:br/>
        <w:t>word_count: 1084</w:t>
      </w:r>
    </w:p>
    <w:p>
      <w:r>
        <w:t>――――――――――――――――――――――――――――――</w:t>
      </w:r>
    </w:p>
    <w:p>
      <w:r>
        <w:rPr>
          <w:b w:val="0"/>
          <w:i w:val="0"/>
        </w:rPr>
        <w:t>NEWS MEMBERS' AREA SHOP SUBSCRIBE UPCOMING SHOWS MORE</w:t>
      </w:r>
    </w:p>
    <w:p>
      <w:r>
        <w:rPr>
          <w:b w:val="0"/>
          <w:i w:val="0"/>
        </w:rPr>
        <w:t>RETRIEVER LABRADOR</w:t>
      </w:r>
    </w:p>
    <w:p>
      <w:r>
        <w:rPr>
          <w:b w:val="0"/>
          <w:i w:val="0"/>
        </w:rPr>
        <w:t>Issue: 31/05/2013</w:t>
      </w:r>
    </w:p>
    <w:p>
      <w:r>
        <w:rPr>
          <w:b w:val="0"/>
          <w:i w:val="0"/>
        </w:rPr>
        <w:t>Another Bank Holiday looms and with news short, only four days since I sent in the last breed notes, the next set have to be in early, yet again.</w:t>
      </w:r>
    </w:p>
    <w:p>
      <w:r>
        <w:rPr>
          <w:b w:val="0"/>
          <w:i w:val="0"/>
        </w:rPr>
        <w:t>I thought this an opportune time to ponder.</w:t>
      </w:r>
    </w:p>
    <w:p>
      <w:r>
        <w:rPr>
          <w:b w:val="0"/>
          <w:i w:val="0"/>
        </w:rPr>
        <w:t>I often think that in the great rush of life, organising shows, breeding and showing dogs, careering around the country at breakneck speed from show to show trying not to be late, there is a danger that we miss the beauty of what is actually all around us every single day; "What is this life, if full of care We have no time to stand and stare?".</w:t>
      </w:r>
    </w:p>
    <w:p>
      <w:r>
        <w:rPr>
          <w:b w:val="0"/>
          <w:i w:val="0"/>
        </w:rPr>
        <w:t>I watch the younger, newer exhibitors enthusiastically starting out in their chosen dog showing hobby and would love to say "slow down, don't be in such a hurry; enjoy every minute; enjoy your friendships, life passes by so very quickly".</w:t>
      </w:r>
    </w:p>
    <w:p>
      <w:r>
        <w:rPr>
          <w:b w:val="0"/>
          <w:i w:val="0"/>
        </w:rPr>
        <w:t>Marlene Hepper (Mardas), kindly forwarded the following, thought provoking text , which really says everything; and I will confirm that, just like ones parents always said, life really does speed by faster and faster every single day.</w:t>
      </w:r>
    </w:p>
    <w:p>
      <w:r>
        <w:rPr>
          <w:b w:val="0"/>
          <w:i w:val="0"/>
        </w:rPr>
        <w:t>Young and old, do please read to the end, it is lovely, and as suggested, do try to enjoy every single day:-</w:t>
      </w:r>
    </w:p>
    <w:p>
      <w:r>
        <w:rPr>
          <w:b w:val="0"/>
          <w:i w:val="0"/>
        </w:rPr>
        <w:t>"AND THEN IT IS WINTER" author unknown</w:t>
      </w:r>
    </w:p>
    <w:p>
      <w:r>
        <w:rPr>
          <w:b w:val="0"/>
          <w:i w:val="0"/>
        </w:rPr>
        <w:t>You know. . . time has a way of moving quickly and catching you unaware of the passing years.</w:t>
      </w:r>
    </w:p>
    <w:p>
      <w:r>
        <w:rPr>
          <w:b w:val="0"/>
          <w:i w:val="0"/>
        </w:rPr>
        <w:t>It seems just yesterday that I was young, just married and embarking on my new life with my mate. Yet in a way, it seems like eons ago, and I wonder where all the years went. I know that I lived them all. I have glimpses of how it was back then and of all my hopes and dreams.</w:t>
      </w:r>
    </w:p>
    <w:p>
      <w:r>
        <w:rPr>
          <w:b w:val="0"/>
          <w:i w:val="0"/>
        </w:rPr>
        <w:t>But, here it is... the winter of my life and it catches me by surprise...How did I get here so fast? Where did the years go and where did my youth go? I remember well seeing older people through the years and thinking that those older people were years away from me and that winter was so far off that I could not fathom it or imagine fully what it would be like.</w:t>
      </w:r>
    </w:p>
    <w:p>
      <w:r>
        <w:rPr>
          <w:b w:val="0"/>
          <w:i w:val="0"/>
        </w:rPr>
        <w:t>But, here it is...my friends are retired and getting grey...they move slower and I see an older person now. Some are in better and some worse shape than me...but, I see the great change...Not like the ones that I remember who were young and vibrant...but, like me, their age is beginning to show and we are now those older folks that we used to see and never thought we'd be. Each day now, I find that just getting a shower is a real target for the day! And taking a nap is not a treat anymore... it's mandatory! Cause if I don't on my own free will... I just fall asleep where I sit!</w:t>
      </w:r>
    </w:p>
    <w:p>
      <w:r>
        <w:rPr>
          <w:b w:val="0"/>
          <w:i w:val="0"/>
        </w:rPr>
        <w:t>And so...now I enter into this new season of my life unprepared for all the aches and pains and the loss of strength and ability to go and do things that I wish I had done but never did!! But, at least I know, that though the winter has come, and I'm not sure how long it will last...this I know, that when it's over on this earth...it's over. A new adventure will begin!</w:t>
      </w:r>
    </w:p>
    <w:p>
      <w:r>
        <w:rPr>
          <w:b w:val="0"/>
          <w:i w:val="0"/>
        </w:rPr>
        <w:t>Yes, I have regrets. There are things I wish I hadn't done...things I should have done, but indeed, there are many things I'm happy to have done. It's all in a lifetime.</w:t>
      </w:r>
    </w:p>
    <w:p>
      <w:r>
        <w:rPr>
          <w:b w:val="0"/>
          <w:i w:val="0"/>
        </w:rPr>
        <w:t>So, if you're not in your winter yet...let me remind you, that it will be here faster than you think. So, whatever you would like to accomplish in your life please do it quickly! Don't put things off too long!! Life goes by quickly. So, do what you can today, as you can never be sure whether this is your winter or not! You have no promise that you will see all the seasons of your life...so, live for today and say all the things that you want your loved ones to remember...and hope that they appreciate and love you for all the things that you have done for them in all the years past!!</w:t>
      </w:r>
    </w:p>
    <w:p>
      <w:r>
        <w:rPr>
          <w:b w:val="0"/>
          <w:i w:val="0"/>
        </w:rPr>
        <w:t>"Life" is a gift to you. The way you live your life is your gift to those who come after. Make it a fantastic one.</w:t>
      </w:r>
    </w:p>
    <w:p>
      <w:r>
        <w:rPr>
          <w:b w:val="0"/>
          <w:i w:val="0"/>
        </w:rPr>
        <w:t>Live it well! enjoy today!</w:t>
      </w:r>
    </w:p>
    <w:p>
      <w:r>
        <w:rPr>
          <w:b w:val="0"/>
          <w:i w:val="0"/>
        </w:rPr>
        <w:t>Do something fun!</w:t>
      </w:r>
    </w:p>
    <w:p>
      <w:r>
        <w:rPr>
          <w:b w:val="0"/>
          <w:i w:val="0"/>
        </w:rPr>
        <w:t>Be happy !</w:t>
      </w:r>
    </w:p>
    <w:p>
      <w:r>
        <w:rPr>
          <w:b w:val="0"/>
          <w:i w:val="0"/>
        </w:rPr>
        <w:t>Have a great day</w:t>
      </w:r>
    </w:p>
    <w:p>
      <w:r>
        <w:rPr>
          <w:b w:val="0"/>
          <w:i w:val="0"/>
        </w:rPr>
        <w:t>Remember "It is health that is real wealth and not pieces of gold and silver.</w:t>
      </w:r>
    </w:p>
    <w:p>
      <w:r>
        <w:rPr>
          <w:b w:val="0"/>
          <w:i w:val="0"/>
        </w:rPr>
        <w:t>Live happy in 2013!</w:t>
      </w:r>
    </w:p>
    <w:p>
      <w:r>
        <w:rPr>
          <w:b w:val="0"/>
          <w:i w:val="0"/>
        </w:rPr>
        <w:t>Lastly, consider the following:today is the oldest you've ever been,</w:t>
      </w:r>
    </w:p>
    <w:p>
      <w:r>
        <w:rPr>
          <w:b w:val="0"/>
          <w:i w:val="0"/>
        </w:rPr>
        <w:t>yet the youngest you'll ever be so - enjoy this day while it lasts.</w:t>
      </w:r>
    </w:p>
    <w:p>
      <w:r>
        <w:rPr>
          <w:b w:val="0"/>
          <w:i w:val="0"/>
        </w:rPr>
        <w:t>Your kids are becoming you......but your grandchildren are perfect!</w:t>
      </w:r>
    </w:p>
    <w:p>
      <w:r>
        <w:rPr>
          <w:b w:val="0"/>
          <w:i w:val="0"/>
        </w:rPr>
        <w:t>lGoing out is good.. Coming home is better!</w:t>
      </w:r>
    </w:p>
    <w:p>
      <w:r>
        <w:rPr>
          <w:b w:val="0"/>
          <w:i w:val="0"/>
        </w:rPr>
        <w:t>lYou forget names.... But it's OK because other people forgot they even knew you!!!</w:t>
      </w:r>
    </w:p>
    <w:p>
      <w:r>
        <w:rPr>
          <w:b w:val="0"/>
          <w:i w:val="0"/>
        </w:rPr>
        <w:t>lYou realize you're never going to be really good at anything.... especially golf.</w:t>
      </w:r>
    </w:p>
    <w:p>
      <w:r>
        <w:rPr>
          <w:b w:val="0"/>
          <w:i w:val="0"/>
        </w:rPr>
        <w:t>lThe things you used to care to do, you no longer care to do, but you really do care that</w:t>
      </w:r>
    </w:p>
    <w:p>
      <w:r>
        <w:rPr>
          <w:b w:val="0"/>
          <w:i w:val="0"/>
        </w:rPr>
        <w:t>lyou don't care to do them anymore.</w:t>
      </w:r>
    </w:p>
    <w:p>
      <w:r>
        <w:rPr>
          <w:b w:val="0"/>
          <w:i w:val="0"/>
        </w:rPr>
        <w:t>lYou sleep better on a lounge chair with the TV blaring than in bed. It's called "pre-sleep".</w:t>
      </w:r>
    </w:p>
    <w:p>
      <w:r>
        <w:rPr>
          <w:b w:val="0"/>
          <w:i w:val="0"/>
        </w:rPr>
        <w:t>lYou miss the days when everything worked with just an "ON" and "OFF" switch..</w:t>
      </w:r>
    </w:p>
    <w:p>
      <w:r>
        <w:rPr>
          <w:b w:val="0"/>
          <w:i w:val="0"/>
        </w:rPr>
        <w:t>lYou tend to use more 4 letter words ... "what?"..."when?"... ???</w:t>
      </w:r>
    </w:p>
    <w:p>
      <w:r>
        <w:rPr>
          <w:b w:val="0"/>
          <w:i w:val="0"/>
        </w:rPr>
        <w:t>lNow that you can afford expensive jewelry, it's not safe to wear it anywhere.</w:t>
      </w:r>
    </w:p>
    <w:p>
      <w:r>
        <w:rPr>
          <w:b w:val="0"/>
          <w:i w:val="0"/>
        </w:rPr>
        <w:t>lYou notice everything they sell in stores is "sleeveless"?!!!</w:t>
      </w:r>
    </w:p>
    <w:p>
      <w:r>
        <w:rPr>
          <w:b w:val="0"/>
          <w:i w:val="0"/>
        </w:rPr>
        <w:t>lWhat used to be freckles are now liver spots.</w:t>
      </w:r>
    </w:p>
    <w:p>
      <w:r>
        <w:rPr>
          <w:b w:val="0"/>
          <w:i w:val="0"/>
        </w:rPr>
        <w:t>lEverybody whispers.</w:t>
      </w:r>
    </w:p>
    <w:p>
      <w:r>
        <w:rPr>
          <w:b w:val="0"/>
          <w:i w:val="0"/>
        </w:rPr>
        <w:t>You have 3 sizes of clothes in your closet.... 2 of which you will never wear.</w:t>
      </w:r>
    </w:p>
    <w:p>
      <w:r>
        <w:rPr>
          <w:b w:val="0"/>
          <w:i w:val="0"/>
        </w:rPr>
        <w:t>But Old is good in some things: Old Songs, Old movies, and best of all, OLD FRIENDS!!</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