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- 19/05/2023 - ISSUE"</w:t>
      </w:r>
      <w:r>
        <w:br/>
      </w:r>
      <w:r>
        <w:rPr>
          <w:b w:val="0"/>
          <w:i w:val="0"/>
        </w:rPr>
        <w:br/>
        <w:t>date_original: "19/05/2023 - ISSUE"</w:t>
      </w:r>
      <w:r>
        <w:br/>
      </w:r>
      <w:r>
        <w:rPr>
          <w:b w:val="0"/>
          <w:i w:val="0"/>
        </w:rPr>
        <w:br/>
        <w:t>source_url: "https://www.ourdogs.co.uk/members/breednotes/RetrieverLabradorMain.php"</w:t>
      </w:r>
      <w:r>
        <w:br/>
      </w:r>
      <w:r>
        <w:rPr>
          <w:b w:val="0"/>
          <w:i w:val="0"/>
        </w:rPr>
        <w:br/>
        <w:t>scraped_at: "2026-09-13T15:10:07"</w:t>
      </w:r>
      <w:r>
        <w:br/>
      </w:r>
      <w:r>
        <w:rPr>
          <w:b w:val="0"/>
          <w:i w:val="0"/>
        </w:rPr>
        <w:br/>
        <w:t>word_count: 1123</w:t>
      </w:r>
    </w:p>
    <w:p>
      <w:r>
        <w:t>――――――――――――――――――――――――――――――</w:t>
      </w:r>
    </w:p>
    <w:p>
      <w:r>
        <w:rPr>
          <w:b w:val="0"/>
          <w:i w:val="0"/>
        </w:rPr>
        <w:t>NEWS MEMBERS' AREA SHOP SUBSCRIBE UPCOMING SHOWS MORE</w:t>
      </w:r>
    </w:p>
    <w:p>
      <w:r>
        <w:rPr>
          <w:b w:val="0"/>
          <w:i w:val="0"/>
        </w:rPr>
        <w:t>RETRIEVER LABRADOR</w:t>
      </w:r>
    </w:p>
    <w:p>
      <w:r>
        <w:rPr>
          <w:b w:val="0"/>
          <w:i w:val="0"/>
        </w:rPr>
        <w:t>Issue: 19/05/2023</w:t>
      </w:r>
    </w:p>
    <w:p>
      <w:r>
        <w:rPr>
          <w:b w:val="0"/>
          <w:i w:val="0"/>
        </w:rPr>
        <w:t xml:space="preserve">At a time when we are desperately looking for newcomers to join our showing hobby I wonder if I can ask people to go out of their way to be kind to newer exhibitors at shows. To hear of  newcomers feeling bullied at shows by established exhibitors in the ring is not on. They might be new to Labradors but not necessarily new to showing other breeds or horses. </w:t>
      </w:r>
    </w:p>
    <w:p>
      <w:r>
        <w:rPr>
          <w:b w:val="0"/>
          <w:i w:val="0"/>
        </w:rPr>
        <w:t>You may feel they deserve squashing in the ring or stuck up a corner as you feel you have been in the breed for a few years, and they are perhaps making a hash of things, plus they</w:t>
      </w:r>
    </w:p>
    <w:p>
      <w:r>
        <w:rPr>
          <w:b w:val="0"/>
          <w:i w:val="0"/>
        </w:rPr>
        <w:t xml:space="preserve">might interfere with your chance of winning the class, but do please give the newcomer politeness and space. You were a starter once. </w:t>
      </w:r>
    </w:p>
    <w:p>
      <w:r>
        <w:rPr>
          <w:b w:val="0"/>
          <w:i w:val="0"/>
        </w:rPr>
        <w:t>If you think there isnÃ¢â‚¬â„¢t enough space for you and your exceptional  dog, why not just move to the unlimited room at the back of the line where you can enjoy as much space as you need. If your dog is good enough, the judge will hopefully find it. This is meant to be an enjoyable hobby and no one should feel empowered to voice unpleasant opinions.</w:t>
      </w:r>
    </w:p>
    <w:p>
      <w:r>
        <w:rPr>
          <w:b w:val="0"/>
          <w:i w:val="0"/>
        </w:rPr>
        <w:t>I went to the splendid Birmingham ussell terrier on Coronation Day and returned the following day to show my Labrador. What a lovely friendly atmosphere both days. I watched some of the Coronation on a big screen set up in  Bingley Hall for the purpose, with adjacent chairs for those interested in watching to sit on. Unfortunately there was no sound commentary as an exhibitor feared it would upset her do. Clearly the dog doesnÃ¢â‚¬â„¢t see tv in his home surroundings!</w:t>
      </w:r>
    </w:p>
    <w:p>
      <w:r>
        <w:rPr>
          <w:b w:val="0"/>
          <w:i w:val="0"/>
        </w:rPr>
        <w:t xml:space="preserve">On Coronation day the weather at Stafford was the same as in London i.e. grey, damp and raining, but it didnÃ¢â‚¬â„¢t spoil the fun and luckily Jack Russells were indoors in  Bingley Hall. Pleased to say Mabel won Limit Bitch. The following day I returned for Gundog day and it was lovely being outside in the benching pavilion with in and out rings in the  sunshine. </w:t>
      </w:r>
    </w:p>
    <w:p>
      <w:r>
        <w:rPr>
          <w:b w:val="0"/>
          <w:i w:val="0"/>
        </w:rPr>
        <w:t>I counted the speed cameras on my way there on the M5 and M6 to Stafford. There are 51! Yes fifty one. No wonder they are making a profit.</w:t>
      </w:r>
    </w:p>
    <w:p>
      <w:r>
        <w:rPr>
          <w:b w:val="0"/>
          <w:i w:val="0"/>
        </w:rPr>
        <w:t xml:space="preserve">For whatever reason, breed entry numbers appear far stronger at breed club shows where breed specialist judges have been appointed to search for perfection including the  extra special Labrador requirements of head, double coat and otter tail. </w:t>
      </w:r>
    </w:p>
    <w:p>
      <w:r>
        <w:rPr>
          <w:b w:val="0"/>
          <w:i w:val="0"/>
        </w:rPr>
        <w:t xml:space="preserve">The National had two well known all-rounders judging the breed this year, as opposed to two breed judges last year, myself and Chris Mills. </w:t>
      </w:r>
    </w:p>
    <w:p>
      <w:r>
        <w:rPr>
          <w:b w:val="0"/>
          <w:i w:val="0"/>
        </w:rPr>
        <w:t xml:space="preserve">Jonathan Daltrey had drawn an entry of 50 dogs and Howard Ogden 108 bitches. </w:t>
      </w:r>
    </w:p>
    <w:p>
      <w:r>
        <w:rPr>
          <w:b w:val="0"/>
          <w:i w:val="0"/>
        </w:rPr>
        <w:t>In an effort to boost financial coffers st this time of shows making unsustainable losses, there was encouragement of a Ã‚Â£100 entry fee for those who entered four or more dogs. No one anticipated anyone entering their whole kennel, four times the suggested number, which happened and the society lost money on each dog entered that way because they had to be provided with a bench. Either the wording will need to be tightened up</w:t>
      </w:r>
    </w:p>
    <w:p>
      <w:r>
        <w:rPr>
          <w:b w:val="0"/>
          <w:i w:val="0"/>
        </w:rPr>
        <w:t>or the 4 dogs for Ã‚Â£100 dropped.</w:t>
      </w:r>
    </w:p>
    <w:p>
      <w:r>
        <w:rPr>
          <w:b w:val="0"/>
          <w:i w:val="0"/>
        </w:rPr>
        <w:t>The winners on the day were:-  Dog CC : a memorable first such award for dog and owner, Miss Janine Hughes black Cinders Salty Sea, Res Dog CC : Mr D Coode WarringahÃ¢â‚¬â„¢s The Bluff. Bitch CC Best of Breed and Group 3-  Ed Casey &amp; Erica Jayes yellow Sh Ch Lapema Masquerade at Sandylands, Res Bitch CC :  Miss Devina Longs black Carpenny Pheys at Baldevs, Best Puppy and Gundog Puppy Group winner- Mr Shaun Williamsons Sharouns Nancy Drew, Best Veteran : Mrs Eveline Platts New Horizons Special Edition, Best Special Beginner : Mrs J Gower Aughtonchase Honey Pie</w:t>
      </w:r>
    </w:p>
    <w:p>
      <w:r>
        <w:rPr>
          <w:b w:val="0"/>
          <w:i w:val="0"/>
        </w:rPr>
        <w:t>In future there is change afoot in how champions are made up and 5 Reserve CCs will count towards the title after the dog has already won 2CCs under two different judges with 1 CC won over the age of 12 months. The scheme starts on 1st July 2023. Unfortunately , RCCs won before this date will not count.</w:t>
      </w:r>
    </w:p>
    <w:p>
      <w:r>
        <w:rPr>
          <w:b w:val="0"/>
          <w:i w:val="0"/>
        </w:rPr>
        <w:t>Welrc Open Show Report 13th May from Anne Hoban:  After a chilly start, it was welcome sunny weather for the West of England Labrador Retriever ClubÃ¢â‚¬â„¢s second Open show of the year held at Woolavington Village Hall, nr Bridgewater on Saturday 13th May.</w:t>
      </w:r>
    </w:p>
    <w:p>
      <w:r>
        <w:rPr>
          <w:b w:val="0"/>
          <w:i w:val="0"/>
        </w:rPr>
        <w:t xml:space="preserve">Lucy Rawlinson (Halshimoor) had a very pleasing entry of 74 dogs with 97 class entries. Everyone seemed to enjoy the atmosphere as well as sampling our famed &amp; better than ever, home made refreshments! </w:t>
      </w:r>
    </w:p>
    <w:p>
      <w:r>
        <w:rPr>
          <w:b w:val="0"/>
          <w:i w:val="0"/>
        </w:rPr>
        <w:t>Best Dog from Open &amp; Best in Show was David CoodeÃ¢â‚¬â„¢s WarringahÃ¢â‚¬â„¢s The Bluff JW, (Ch Wynfaul The Wizard x WarringahÃ¢â‚¬â„¢s Bunga), Reserve Best Dog &amp; 2nd in Open was Sh Ch Lembas Maui owned by Chris &amp; Claire Mills, (Ch/Ir Sh Ch Meadowleigh Brown Sugar SGWC x Lembas Moana)</w:t>
      </w:r>
    </w:p>
    <w:p>
      <w:r>
        <w:rPr>
          <w:b w:val="0"/>
          <w:i w:val="0"/>
        </w:rPr>
        <w:t>Best Bitch, BOS &amp; Reserve Best In Show, also from Open, went to Fiona BraddonÃ¢â‚¬â„¢s  Trendlewood Simply The Best JW (Sh Ch Richbourne Londoner x Trendlewood Silent Night). The Reserve Best Bitch choice from 2nd in Open, was Liz PeggsÃ¢â‚¬â„¢s Jancet Aurora (Sh Ch Linjor Casablanca x Jancet Little Miss Sunshine)  Best Puppy In Show was awarded to Charlotte FarrarÃ¢â‚¬â„¢s chocolate, Henissy Here We Go Again  (Sh Ch Lembas Maui x Donamick Crests of Waves For Henissy), Best Veteran in Show was given to Claire &amp; Chris MillsÃ¢â‚¬â„¢s 10 year old yellow dog, Lembas Sweeny Tod JW (Sandylands Gentle Touch at Lembas x Carpenny Wonder With Lembas). Best Chocolate in Show was our own Meadowleigh Turn Back Time.. her third in succession at Breed shows. Special Congratulations go to the top awards and also well done to everyone in the cards.</w:t>
      </w:r>
    </w:p>
    <w:p>
      <w:r>
        <w:rPr>
          <w:b w:val="0"/>
          <w:i w:val="0"/>
        </w:rPr>
        <w:t>Thank you to our Judge and to all exhibitors and spectators for supporting our West Country Club and also for your generous donations towards the raffle.</w:t>
      </w:r>
    </w:p>
    <w:p>
      <w:r>
        <w:rPr>
          <w:b w:val="0"/>
          <w:i w:val="0"/>
        </w:rPr>
        <w:t>We shall look forward to seeing you again at our Championship Show in early November.</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