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- 30/08/2024 - ISSUE"</w:t>
      </w:r>
      <w:r>
        <w:br/>
      </w:r>
      <w:r>
        <w:rPr>
          <w:b w:val="0"/>
          <w:i w:val="0"/>
        </w:rPr>
        <w:br/>
        <w:t>date_original: "30/08/2024 - ISSUE"</w:t>
      </w:r>
      <w:r>
        <w:br/>
      </w:r>
      <w:r>
        <w:rPr>
          <w:b w:val="0"/>
          <w:i w:val="0"/>
        </w:rPr>
        <w:br/>
        <w:t>source_url: "https://www.ourdogs.co.uk/members/breednotes/RetrieverLabradorMain.php"</w:t>
      </w:r>
      <w:r>
        <w:br/>
      </w:r>
      <w:r>
        <w:rPr>
          <w:b w:val="0"/>
          <w:i w:val="0"/>
        </w:rPr>
        <w:br/>
        <w:t>scraped_at: "2026-09-13T15:07:31"</w:t>
      </w:r>
      <w:r>
        <w:br/>
      </w:r>
      <w:r>
        <w:rPr>
          <w:b w:val="0"/>
          <w:i w:val="0"/>
        </w:rPr>
        <w:br/>
        <w:t>word_count: 577</w:t>
      </w:r>
    </w:p>
    <w:p>
      <w:r>
        <w:t>――――――――――――――――――――――――――――――</w:t>
      </w:r>
    </w:p>
    <w:p>
      <w:r>
        <w:rPr>
          <w:b w:val="0"/>
          <w:i w:val="0"/>
        </w:rPr>
        <w:t>NEWS MEMBERS' AREA SHOP SUBSCRIBE UPCOMING SHOWS MORE</w:t>
      </w:r>
    </w:p>
    <w:p>
      <w:r>
        <w:rPr>
          <w:b w:val="0"/>
          <w:i w:val="0"/>
        </w:rPr>
        <w:t>RETRIEVER LABRADOR</w:t>
      </w:r>
    </w:p>
    <w:p>
      <w:r>
        <w:rPr>
          <w:b w:val="0"/>
          <w:i w:val="0"/>
        </w:rPr>
        <w:t>Issue: 30/08/2024</w:t>
      </w:r>
    </w:p>
    <w:p>
      <w:r>
        <w:rPr>
          <w:b w:val="0"/>
          <w:i w:val="0"/>
        </w:rPr>
        <w:t>Just as Driffield Ch show was about to open, it was with sadness that I read the Higham Press online statement just before 8am on Friday 23rd August that â€œDRIFFIELD SHOW HAS BEEN CANCELLED DUE TO STRONG WINDS, ALL 4 DAYS. There has been servere damage on the show field, so for exhibitors safety with regret the show hasg been cancelled.â€</w:t>
      </w:r>
    </w:p>
    <w:p>
      <w:r>
        <w:rPr>
          <w:b w:val="0"/>
          <w:i w:val="0"/>
        </w:rPr>
        <w:t>Such excessively strong winds and rain have no respect for event tents, trade stands and pavilions or for that matter cars and caravans. On site videos showed the huge Driffield pavilion roof being buffeted as the heavy roofing sheet had come adrift and was flapping about like tissue paper high up in the air. The pavilion side structure was also down.</w:t>
      </w:r>
    </w:p>
    <w:p>
      <w:r>
        <w:rPr>
          <w:b w:val="0"/>
          <w:i w:val="0"/>
        </w:rPr>
        <w:t xml:space="preserve">Hopefully the whips, the cross wires required to brace the sides and roof structure, will hold to limit the structural damage in other areas but in such conditions, it would be deemed far too dangerous to allow the public use of the show site hence health and safety advice has to take over. </w:t>
      </w:r>
    </w:p>
    <w:p>
      <w:r>
        <w:rPr>
          <w:b w:val="0"/>
          <w:i w:val="0"/>
        </w:rPr>
        <w:t xml:space="preserve">As well as losing the event, possibly a great financial loss to the show society as entry fees may well have to be repaid unless there is a â€œno refundâ€ clause stated on the entry conditions. </w:t>
      </w:r>
    </w:p>
    <w:p>
      <w:r>
        <w:rPr>
          <w:b w:val="0"/>
          <w:i w:val="0"/>
        </w:rPr>
        <w:t xml:space="preserve">Sometimes exhibitors are generous and ask for their entry fee to be retained. </w:t>
      </w:r>
    </w:p>
    <w:p>
      <w:r>
        <w:rPr>
          <w:b w:val="0"/>
          <w:i w:val="0"/>
        </w:rPr>
        <w:t>It took me back to City of Birmingham in the 1980s at Perry Park in my first days as Show Architect. The shock of being greeted on site in the very early morning of day 1 by the sight of trade stands flattened by fierce winds and rain which had rushed through the showground overnight.</w:t>
      </w:r>
    </w:p>
    <w:p>
      <w:r>
        <w:rPr>
          <w:b w:val="0"/>
          <w:i w:val="0"/>
        </w:rPr>
        <w:t xml:space="preserve">Fortunately the show was able to go ahead as it was pre-pavilion time and tents were much smaller in those days. At least those stayed up that time although others didnâ€™t. </w:t>
      </w:r>
    </w:p>
    <w:p>
      <w:r>
        <w:rPr>
          <w:b w:val="0"/>
          <w:i w:val="0"/>
        </w:rPr>
        <w:t xml:space="preserve">Years later as a WELKS committee member I watched as the adjacent Malvern Spring Flower show pavilion was partially lifted high and blown down just as judging was commencing at the dog show. We watched in fear and trembling but luckily the dog show area remained unaffected and the show went ahead but a very close call. </w:t>
      </w:r>
    </w:p>
    <w:p>
      <w:r>
        <w:rPr>
          <w:b w:val="0"/>
          <w:i w:val="0"/>
        </w:rPr>
        <w:t>Such a lot of work goes into planning and presenting championship shows for exhibitors to enjoy and one freak wind and extra heavy rain storm can cancel the whole thing. My commiserations to the committee and to Gundog exhibitors from all over the U.K. and to Labrador judge Nancy Farquarson with a nice entry of 135 and all the other judges, exhibitors and stewards who were already there or travelling to the show at Wetherby Racecourse. To the many folk enroute having stayed in hotels overnight or those already arrived and being turned round at the gate itâ€™s very disappointing but far better to be safe than sorry!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