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- 15/10/2021 - ISSUE"</w:t>
      </w:r>
      <w:r>
        <w:br/>
      </w:r>
      <w:r>
        <w:rPr>
          <w:b w:val="0"/>
          <w:i w:val="0"/>
        </w:rPr>
        <w:br/>
        <w:t>date_original: "15/10/2021 - ISSUE"</w:t>
      </w:r>
      <w:r>
        <w:br/>
      </w:r>
      <w:r>
        <w:rPr>
          <w:b w:val="0"/>
          <w:i w:val="0"/>
        </w:rPr>
        <w:br/>
        <w:t>source_url: "https://www.ourdogs.co.uk/members/breednotes/RetrieverLabradorMain.php"</w:t>
      </w:r>
      <w:r>
        <w:br/>
      </w:r>
      <w:r>
        <w:rPr>
          <w:b w:val="0"/>
          <w:i w:val="0"/>
        </w:rPr>
        <w:br/>
        <w:t>scraped_at: "2026-09-13T15:13:49"</w:t>
      </w:r>
      <w:r>
        <w:br/>
      </w:r>
      <w:r>
        <w:rPr>
          <w:b w:val="0"/>
          <w:i w:val="0"/>
        </w:rPr>
        <w:br/>
        <w:t>word_count: 1878</w:t>
      </w:r>
    </w:p>
    <w:p>
      <w:r>
        <w:t>――――――――――――――――――――――――――――――</w:t>
      </w:r>
    </w:p>
    <w:p>
      <w:r>
        <w:rPr>
          <w:b w:val="0"/>
          <w:i w:val="0"/>
        </w:rPr>
        <w:t>NEWS MEMBERS' AREA SHOP SUBSCRIBE UPCOMING SHOWS MORE</w:t>
      </w:r>
    </w:p>
    <w:p>
      <w:r>
        <w:rPr>
          <w:b w:val="0"/>
          <w:i w:val="0"/>
        </w:rPr>
        <w:t>RETRIEVER LABRADOR</w:t>
      </w:r>
    </w:p>
    <w:p>
      <w:r>
        <w:rPr>
          <w:b w:val="0"/>
          <w:i w:val="0"/>
        </w:rPr>
        <w:t>Issue: 15/10/2021</w:t>
      </w:r>
    </w:p>
    <w:p>
      <w:r>
        <w:rPr>
          <w:b w:val="0"/>
          <w:i w:val="0"/>
        </w:rPr>
        <w:t>I really do have to commend the staff at Our Dogs for preparing a most interesting news and information filled paper, every single week throughout the long lockdown period. In actual fact I think the paper as it is now, is better than ever before lockdown, there is so much of interest to read to suit all tastes.</w:t>
      </w:r>
    </w:p>
    <w:p>
      <w:r>
        <w:rPr>
          <w:b w:val="0"/>
          <w:i w:val="0"/>
        </w:rPr>
        <w:t>Mind you, for me it has to be the actual Our Dogs newspaper, I canÃ¢â‚¬â„¢t bear looking at it online without squinting to read squashed text making me cross eyed and ending up bad tempered, with a headache. No itÃ¢â‚¬â„¢s the actual hand-held newspaper I like.</w:t>
      </w:r>
    </w:p>
    <w:p>
      <w:r>
        <w:rPr>
          <w:b w:val="0"/>
          <w:i w:val="0"/>
        </w:rPr>
        <w:t xml:space="preserve">Last weeks paper 1st October edition had a thought provoking article on page 9, by Tim Hutchings under the heading Think Tank. A must to read. </w:t>
      </w:r>
    </w:p>
    <w:p>
      <w:r>
        <w:rPr>
          <w:b w:val="0"/>
          <w:i w:val="0"/>
        </w:rPr>
        <w:t xml:space="preserve">It is about what we as exhibitors should be able to expect from those people aspiring to judge our dogs, or those who already do. </w:t>
      </w:r>
    </w:p>
    <w:p>
      <w:r>
        <w:rPr>
          <w:b w:val="0"/>
          <w:i w:val="0"/>
        </w:rPr>
        <w:t xml:space="preserve">There is a most apt quote from the late Joan Tudor,  which well and truly hits the nail on the head, Ã¢â‚¬Å"to be able to judge good dogs, you must first have owned good dogsÃ¢â‚¬Â, a sentiment I would whole heartedly agree with. </w:t>
      </w:r>
    </w:p>
    <w:p>
      <w:r>
        <w:rPr>
          <w:b w:val="0"/>
          <w:i w:val="0"/>
        </w:rPr>
        <w:t>One of the closing paragraphs reads Ã¢â‚¬Å"The simple fact is that some people do lots more than others. It is depressing that after five years the person who has been to a couple of shows a year, never wins and goes home the minute their class has completed is treated the same under most judging criteria as someone who throws themselves into the hobby, all guns blazing and enjoys good success, thereby demonstrating a clear aptitude for our wonderful worldÃ¢â‚¬Â. So very true.</w:t>
      </w:r>
    </w:p>
    <w:p>
      <w:r>
        <w:rPr>
          <w:b w:val="0"/>
          <w:i w:val="0"/>
        </w:rPr>
        <w:t xml:space="preserve">Please do read the article and let me have your comments. </w:t>
      </w:r>
    </w:p>
    <w:p>
      <w:r>
        <w:rPr>
          <w:b w:val="0"/>
          <w:i w:val="0"/>
        </w:rPr>
        <w:t xml:space="preserve">A reminder from the West of England LRC that the postal entries for their 50th Anniversary Championship show weekend, to be held at the Hutton Moor Leisure Centre, Weston Super Mare, close on Saturday 9th October (postmark) and online on Sunday 17th October (midnight). </w:t>
      </w:r>
    </w:p>
    <w:p>
      <w:r>
        <w:rPr>
          <w:b w:val="0"/>
          <w:i w:val="0"/>
        </w:rPr>
        <w:t>Unfortunately, the cafe facilities are no longer available but we would like all our exhibitors to know that a selection of hot meals including fish and chips and hot and cold drinks, will be available from a Mr Chippy van on both days.</w:t>
      </w:r>
    </w:p>
    <w:p>
      <w:r>
        <w:rPr>
          <w:b w:val="0"/>
          <w:i w:val="0"/>
        </w:rPr>
        <w:t>The officers and committee look forward to giving you their usual warm welcome on both or either days and assure everyone that our management team will be following appropriate Covid Government guidelines and restrictions.</w:t>
      </w:r>
    </w:p>
    <w:p>
      <w:r>
        <w:rPr>
          <w:b w:val="0"/>
          <w:i w:val="0"/>
        </w:rPr>
        <w:t>It has been a very busy time for enthusiastic exhibitors with two breed club shows, the Yellow Lab Club at Coventry and Lab Club of Scotland at Lanark, plus two SKC Ch shows at Ingleston Edinburgh followed by Border Union on October 4th, all within the space of six days. I think Climate Change and the Carbon Footprint has possibly gone out of the window travelwise.</w:t>
      </w:r>
    </w:p>
    <w:p>
      <w:r>
        <w:rPr>
          <w:b w:val="0"/>
          <w:i w:val="0"/>
        </w:rPr>
        <w:t>There were 162 dogs and bitches entered at the Yellow Labrador Club Championship show held midweek  in the Cricket Pavilion at the Sports Connection, Coventry on Wednesday 29th September.</w:t>
      </w:r>
    </w:p>
    <w:p>
      <w:r>
        <w:rPr>
          <w:b w:val="0"/>
          <w:i w:val="0"/>
        </w:rPr>
        <w:t>Andy Metcalfe judged 56 dogs (70 entries) and David Hopkinson 106 bitches (128 entries)</w:t>
      </w:r>
    </w:p>
    <w:p>
      <w:r>
        <w:rPr>
          <w:b w:val="0"/>
          <w:i w:val="0"/>
        </w:rPr>
        <w:t>The Dog CC &amp; BIS winner was Mervyn and Carole Reynolds recently crowned yellow, Sh Ch Carromer Chippendale. The RCC went to Ir Sh Ch Dromtacker Made to Order. Best Puppy Dog and Best Puppy was Nicola Hutchinsons black Glosmere Ragamuffin.</w:t>
      </w:r>
    </w:p>
    <w:p>
      <w:r>
        <w:rPr>
          <w:b w:val="0"/>
          <w:i w:val="0"/>
        </w:rPr>
        <w:t>In the Bitch ring, Shaun WilliamsonÃ¢â‚¬â„¢s Licav Academic at Sharouns won the Bitch CC with Suttonpark Consuela taking the RCC.</w:t>
      </w:r>
    </w:p>
    <w:p>
      <w:r>
        <w:rPr>
          <w:b w:val="0"/>
          <w:i w:val="0"/>
        </w:rPr>
        <w:t>Three days later, and a few hundred miles north, at Lanark on Saturday 2nd October, Lynda Miles judged the dogs at Lab Club of Scotland and Margaret Gardner judged the bitches. There was a joint entry of 168 dogs and bitches.</w:t>
      </w:r>
    </w:p>
    <w:p>
      <w:r>
        <w:rPr>
          <w:b w:val="0"/>
          <w:i w:val="0"/>
        </w:rPr>
        <w:t>Best in Show on the referee, Margaret Browns decision, was the dog CC winner Pam Druggan, handling Miss K Druggans black Sh Ch A Sense of Pleasures El Toro at Balladoole.</w:t>
      </w:r>
    </w:p>
    <w:p>
      <w:r>
        <w:rPr>
          <w:b w:val="0"/>
          <w:i w:val="0"/>
        </w:rPr>
        <w:t>The Dog RCC went to the Rawlinson family and Balshaws Sh Ch Halshimoor Pitch Battle at Shanorrell</w:t>
      </w:r>
    </w:p>
    <w:p>
      <w:r>
        <w:rPr>
          <w:b w:val="0"/>
          <w:i w:val="0"/>
        </w:rPr>
        <w:t>The Bitch CC was also won by the Rawlinson family and Balshaw partnership with Sh Ch Shanorrell Socialite at Halshimoor. Hopefully that will bring a bit of brightness to Jane who is recovering from an operation. My late Dad always used to say Ã¢â‚¬Å"A CC win was worth a lot more to recovery than a bucketload of medicationÃ¢â‚¬Â, so hereÃ¢â‚¬â„¢s hoping these wins speed up your recovery, Jane.</w:t>
      </w:r>
    </w:p>
    <w:p>
      <w:r>
        <w:rPr>
          <w:b w:val="0"/>
          <w:i w:val="0"/>
        </w:rPr>
        <w:t>The Bitch RCC went to the Ellis and Matulla family with Dolwen Annastasia.</w:t>
      </w:r>
    </w:p>
    <w:p>
      <w:r>
        <w:rPr>
          <w:b w:val="0"/>
          <w:i w:val="0"/>
        </w:rPr>
        <w:t xml:space="preserve">Best puppy was Mac PercivalÃ¢â‚¬â„¢s Wynfaul New Years Eve. </w:t>
      </w:r>
    </w:p>
    <w:p>
      <w:r>
        <w:rPr>
          <w:b w:val="0"/>
          <w:i w:val="0"/>
        </w:rPr>
        <w:t xml:space="preserve">Best Veteran was Parkers Sh Ch Poniel Reason to Believev at Bruadarach ShCM ShCEx </w:t>
      </w:r>
    </w:p>
    <w:p>
      <w:r>
        <w:rPr>
          <w:b w:val="0"/>
          <w:i w:val="0"/>
        </w:rPr>
        <w:t xml:space="preserve">The following day Sunday 3rd October, exhibitors were on the opposite side of Scotland at Ingleston for the two Scottish KC shows: the May one and the September one, Gundog day for both rescheduled to a single day outdoors in October. </w:t>
      </w:r>
    </w:p>
    <w:p>
      <w:r>
        <w:rPr>
          <w:b w:val="0"/>
          <w:i w:val="0"/>
        </w:rPr>
        <w:t>Under Jeff Horswell at the first show the winners were:-</w:t>
      </w:r>
    </w:p>
    <w:p>
      <w:r>
        <w:rPr>
          <w:b w:val="0"/>
          <w:i w:val="0"/>
        </w:rPr>
        <w:t>Dog CC and Best of Breed a repeat of the previous day, Miss K Druggans black Sh Ch A Sense of PleasureÃ¢â‚¬â„¢s El Toro at Balladoole</w:t>
      </w:r>
    </w:p>
    <w:p>
      <w:r>
        <w:rPr>
          <w:b w:val="0"/>
          <w:i w:val="0"/>
        </w:rPr>
        <w:t>Res Dog CC: The Ellis and Matulla familyÃ¢â‚¬â„¢s Dolwen Stargazer</w:t>
      </w:r>
    </w:p>
    <w:p>
      <w:r>
        <w:rPr>
          <w:b w:val="0"/>
          <w:i w:val="0"/>
        </w:rPr>
        <w:t>Bitch CC: Erica Jayes and Ed Caseys Sandylands High Time winning her third CC on the day.</w:t>
      </w:r>
    </w:p>
    <w:p>
      <w:r>
        <w:rPr>
          <w:b w:val="0"/>
          <w:i w:val="0"/>
        </w:rPr>
        <w:t>Res Bitch CC: Andy and Jo Metcalfes Baileykin Barley Sugar For Baileydale</w:t>
      </w:r>
    </w:p>
    <w:p>
      <w:r>
        <w:rPr>
          <w:b w:val="0"/>
          <w:i w:val="0"/>
        </w:rPr>
        <w:t xml:space="preserve">Best Puppy: Miss Karen Powells Seatallan Chilli </w:t>
      </w:r>
    </w:p>
    <w:p>
      <w:r>
        <w:rPr>
          <w:b w:val="0"/>
          <w:i w:val="0"/>
        </w:rPr>
        <w:t>Best Veteran:  Dr C Logan Driffwold Break Free to Minocqua</w:t>
      </w:r>
    </w:p>
    <w:p>
      <w:r>
        <w:rPr>
          <w:b w:val="0"/>
          <w:i w:val="0"/>
        </w:rPr>
        <w:t>Following on the same day was the second SKC show with Ian Ganney officiating.</w:t>
      </w:r>
    </w:p>
    <w:p>
      <w:r>
        <w:rPr>
          <w:b w:val="0"/>
          <w:i w:val="0"/>
        </w:rPr>
        <w:t xml:space="preserve">The Dog CC went to the Brown familyÃ¢â‚¬â„¢s Ramsayville Revolver with the RCC going  to the Hodge familyÃ¢â‚¬â„¢s Naiken Elite Envoy. It was certainly a Naiken day as they also won the Bitch CC and Best of Breed with Naiken Etoile who later went fourth in the Gundog Group under Ron James. </w:t>
      </w:r>
    </w:p>
    <w:p>
      <w:r>
        <w:rPr>
          <w:b w:val="0"/>
          <w:i w:val="0"/>
        </w:rPr>
        <w:t xml:space="preserve">The Bitch RCC was won by Louise LewisÃ¢â‚¬â„¢s black Crammondkirk Yo Yo JW whilst Best Puppy was Erica Jayes and Ed Caseys Lapema Masquerade at Sandylands </w:t>
      </w:r>
    </w:p>
    <w:p>
      <w:r>
        <w:rPr>
          <w:b w:val="0"/>
          <w:i w:val="0"/>
        </w:rPr>
        <w:t>Best Veteran was Sh Ch Millroseglen Make My Day with Meadowvillabs</w:t>
      </w:r>
    </w:p>
    <w:p>
      <w:r>
        <w:rPr>
          <w:b w:val="0"/>
          <w:i w:val="0"/>
        </w:rPr>
        <w:t>Best Special Beginner was Miss K Jones Serengoch Solar Eclipse.</w:t>
      </w:r>
    </w:p>
    <w:p>
      <w:r>
        <w:rPr>
          <w:b w:val="0"/>
          <w:i w:val="0"/>
        </w:rPr>
        <w:t xml:space="preserve">Border Union was held on Monday 4th October at Kelso, so the last of a busy 6days for those attending the Yellows in Coventry, Lab Club Scotland Lanark, SKC Edinburgh and Border Union Kelso and all at a time when supply of petrol and diesel is limited due to lack of tanker drivers. Hopefully, everyone got home safely and no one ran out of fuel. </w:t>
      </w:r>
    </w:p>
    <w:p>
      <w:r>
        <w:rPr>
          <w:b w:val="0"/>
          <w:i w:val="0"/>
        </w:rPr>
        <w:t>Border Union results next week.</w:t>
      </w:r>
    </w:p>
    <w:p>
      <w:r>
        <w:rPr>
          <w:b w:val="0"/>
          <w:i w:val="0"/>
        </w:rPr>
        <w:t>Gundog Breeds of Scotland scheduled for Saturday 13th November has had to be cancelled. It was due to be held indoors in one of the Halls at the Highland Exhibition Centre at Ingleston, but due to ongoing pandemic complications cannot go ahead and cannot be rescheduled as the calendar is so full. Entries will be refunded.</w:t>
      </w:r>
    </w:p>
    <w:p>
      <w:r>
        <w:rPr>
          <w:b w:val="0"/>
          <w:i w:val="0"/>
        </w:rPr>
        <w:t xml:space="preserve">Brian Parrott  of the Lougin Labradors has sadly passed away. With his wife Trish, over many years they quietly campaigned several top class chocolates, and blacks, dogs and bitches. Brian and Trish both awarded CCs in the breed and Brian was to have judged Crufts recently, but had become too unwell and had to stand down from this most prestigious appointment. </w:t>
      </w:r>
    </w:p>
    <w:p>
      <w:r>
        <w:rPr>
          <w:b w:val="0"/>
          <w:i w:val="0"/>
        </w:rPr>
        <w:t xml:space="preserve">I recall he had a quality black dog Lougin Lancer who won 2CCs. </w:t>
      </w:r>
    </w:p>
    <w:p>
      <w:r>
        <w:rPr>
          <w:b w:val="0"/>
          <w:i w:val="0"/>
        </w:rPr>
        <w:t>In 2004, at City of Birmingham from an entry of 310 dogs and bitches on the day (how things have changed), I gave Brian a first CC with his chocolate dog, who later became Sh Ch Lougin Loomis. (On the same memorable day the late Peggy Rae won a first CC from me with her later crowned Sh Ch Cornlands Lady Dahlia handled by the late James Hindley). Happy days!</w:t>
      </w:r>
    </w:p>
    <w:p>
      <w:r>
        <w:rPr>
          <w:b w:val="0"/>
          <w:i w:val="0"/>
        </w:rPr>
        <w:t>From the Naiken kennel of the Hodge family Brian and Trish purchased and later made up the black bitch  Sh Ch  Naiken Yelenda at Lougin. Another Lougin is still being campaigned by her owner, Chris Wood who has been having great success right up to and including last weeks Border Union with her CC winner, Lougin Secret Spy at Sundyke.</w:t>
      </w:r>
    </w:p>
    <w:p>
      <w:r>
        <w:rPr>
          <w:b w:val="0"/>
          <w:i w:val="0"/>
        </w:rPr>
        <w:t>A quiet contemplative soul, BrianÃ¢â‚¬â„¢s hobby apart from dogs was fishing. He enjoyed the tranquillity of  sitting riverside whatever the weather, rain or shine, and was always proud to talk of his catches. We will miss his good sportsmanship and quiet droll sense of humour.</w:t>
      </w:r>
    </w:p>
    <w:p>
      <w:r>
        <w:rPr>
          <w:b w:val="0"/>
          <w:i w:val="0"/>
        </w:rPr>
        <w:t>Our thoughts and condolences go to Trish and the family on their loss.</w:t>
      </w:r>
    </w:p>
    <w:p>
      <w:r>
        <w:rPr>
          <w:b w:val="0"/>
          <w:i w:val="0"/>
        </w:rPr>
        <w:t>Following on the sad news about Brian, I was saddened to hear  that Marjorie Forsyth (Linnburnhead Labradors) has passed away at home. She had attended Border Union Ch Show only a week ago. A really lovely lady her funeral will be held on Tuesday 19th of October 1pm, at Melrose Crematorium TD6 9HA. Our sincere condolences go to her husband, Malcolm and the family, who request that their privacy is respected at this sad time.</w:t>
      </w:r>
    </w:p>
    <w:p>
      <w:r>
        <w:rPr>
          <w:b w:val="0"/>
          <w:i w:val="0"/>
        </w:rPr>
        <w:t xml:space="preserve">Border Union with Gundog Day on Monday 4th October saw Erica Jayes and Ed Caseys continuing a most successful time. Their young yellow Labrador puppy, Lapema Masquerade at Sandylands won her first CC on the day and was 4th in the Gundog Group under Diane Stewart Richie, then she went Best Puppy in Show under Puppy Group judge,  Marita Rodgers. </w:t>
      </w:r>
    </w:p>
    <w:p>
      <w:r>
        <w:rPr>
          <w:b w:val="0"/>
          <w:i w:val="0"/>
        </w:rPr>
        <w:t>Making it a great day, the same owners English Springer Spaniel, Sandylands Xpress Delivery was Puppy Group 2 under Marita Rogers.</w:t>
      </w:r>
    </w:p>
    <w:p>
      <w:r>
        <w:rPr>
          <w:b w:val="0"/>
          <w:i w:val="0"/>
        </w:rPr>
        <w:t>Tony Floyd judged the Labradors and his winners were</w:t>
      </w:r>
    </w:p>
    <w:p>
      <w:r>
        <w:rPr>
          <w:b w:val="0"/>
          <w:i w:val="0"/>
        </w:rPr>
        <w:t>Dog CC Mccullochs A Sense of Pleasures John Boy to Frewings</w:t>
      </w:r>
    </w:p>
    <w:p>
      <w:r>
        <w:rPr>
          <w:b w:val="0"/>
          <w:i w:val="0"/>
        </w:rPr>
        <w:t>Dog RCC the Ellis familyÃ¢â‚¬â„¢s Dolwen Stargazer</w:t>
      </w:r>
    </w:p>
    <w:p>
      <w:r>
        <w:rPr>
          <w:b w:val="0"/>
          <w:i w:val="0"/>
        </w:rPr>
        <w:t>Bitch CC and Best Puppy Lapema Masquerade at Sandylands</w:t>
      </w:r>
    </w:p>
    <w:p>
      <w:r>
        <w:rPr>
          <w:b w:val="0"/>
          <w:i w:val="0"/>
        </w:rPr>
        <w:t>Bitch RCC and Best Veteran Chris Woods Lougin Secret Spy at Sundyke</w:t>
      </w:r>
    </w:p>
    <w:p>
      <w:r>
        <w:rPr>
          <w:b w:val="0"/>
          <w:i w:val="0"/>
        </w:rPr>
        <w:t xml:space="preserve">Northumberland and Durham Labrador Club held their championship show at Haltwhistle (what a splendid sounding name that is), where the judges were Rob Phillips (Ryedown) dogs, and Maxine Woodley (Alkamhurst) bitches. </w:t>
      </w:r>
    </w:p>
    <w:p>
      <w:r>
        <w:rPr>
          <w:b w:val="0"/>
          <w:i w:val="0"/>
        </w:rPr>
        <w:t>The Dog CC was won by the Hodge families Naiken Elite Envoy I believe, making him up on the day. The dog RCC went to the Browns Ramsayville Revolver. The Bitch CC winning possibly her third crowning CC, was won by Caroline Jones black Hafnau Georgette, whilst the bitch RCC went to the Hodge familyÃ¢â‚¬â„¢s Sh Ch Naiken Dance Rhythm.</w:t>
      </w:r>
    </w:p>
    <w:p>
      <w:r>
        <w:rPr>
          <w:b w:val="0"/>
          <w:i w:val="0"/>
        </w:rPr>
        <w:t>On Wednesday 13th October, Gundog Society of Wales Ch show was held at Malvern WITH BENCHING. HOORAY. Hopefully the sign of things to come!</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