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- 01/01/2016 - ISSUE"</w:t>
      </w:r>
      <w:r>
        <w:br/>
      </w:r>
      <w:r>
        <w:rPr>
          <w:b w:val="0"/>
          <w:i w:val="0"/>
        </w:rPr>
        <w:br/>
        <w:t>date_original: "01/01/2016 - ISSUE"</w:t>
      </w:r>
      <w:r>
        <w:br/>
      </w:r>
      <w:r>
        <w:rPr>
          <w:b w:val="0"/>
          <w:i w:val="0"/>
        </w:rPr>
        <w:br/>
        <w:t>source_url: "https://www.ourdogs.co.uk/members/breednotes/RetrieverLabradorMain.php"</w:t>
      </w:r>
      <w:r>
        <w:br/>
      </w:r>
      <w:r>
        <w:rPr>
          <w:b w:val="0"/>
          <w:i w:val="0"/>
        </w:rPr>
        <w:br/>
        <w:t>scraped_at: "2026-09-13T15:29:50"</w:t>
      </w:r>
      <w:r>
        <w:br/>
      </w:r>
      <w:r>
        <w:rPr>
          <w:b w:val="0"/>
          <w:i w:val="0"/>
        </w:rPr>
        <w:br/>
        <w:t>word_count: 780</w:t>
      </w:r>
    </w:p>
    <w:p>
      <w:r>
        <w:t>――――――――――――――――――――――――――――――</w:t>
      </w:r>
    </w:p>
    <w:p>
      <w:r>
        <w:rPr>
          <w:b w:val="0"/>
          <w:i w:val="0"/>
        </w:rPr>
        <w:t>NEWS MEMBERS' AREA SHOP SUBSCRIBE UPCOMING SHOWS MORE</w:t>
      </w:r>
    </w:p>
    <w:p>
      <w:r>
        <w:rPr>
          <w:b w:val="0"/>
          <w:i w:val="0"/>
        </w:rPr>
        <w:t>RETRIEVER LABRADOR</w:t>
      </w:r>
    </w:p>
    <w:p>
      <w:r>
        <w:rPr>
          <w:b w:val="0"/>
          <w:i w:val="0"/>
        </w:rPr>
        <w:t>Issue: 01/01/2016</w:t>
      </w:r>
    </w:p>
    <w:p>
      <w:r>
        <w:rPr>
          <w:b w:val="0"/>
          <w:i w:val="0"/>
        </w:rPr>
        <w:t>The first breed notes of the New Year and I wish you all a happy and enjoyable year ahead. Ideally, for me, I hope it doesn't go quite as fast as the previous year, which seemed to speed by in about six months!</w:t>
      </w:r>
    </w:p>
    <w:p>
      <w:r>
        <w:rPr>
          <w:b w:val="0"/>
          <w:i w:val="0"/>
        </w:rPr>
        <w:t xml:space="preserve">Time to get out the cheque book and pay the annual Breed Club subscriptions. </w:t>
      </w:r>
    </w:p>
    <w:p>
      <w:r>
        <w:rPr>
          <w:b w:val="0"/>
          <w:i w:val="0"/>
        </w:rPr>
        <w:t xml:space="preserve">There are also a few shows closing in the next week, so don't miss out. </w:t>
      </w:r>
    </w:p>
    <w:p>
      <w:r>
        <w:rPr>
          <w:b w:val="0"/>
          <w:i w:val="0"/>
        </w:rPr>
        <w:t>Entries via Fosse data site, close on 5th Jan for Three Ridings Open show on January  24th where the judge is Moira Greenwood. The schedule can also be downloaded from the Three Ridings website,  threeridingslabradorclub.com</w:t>
      </w:r>
    </w:p>
    <w:p>
      <w:r>
        <w:rPr>
          <w:b w:val="0"/>
          <w:i w:val="0"/>
        </w:rPr>
        <w:t>Closing on the 9th January are entries for the Labrador Club of Wales Championship show which will be held at Chepstow Leisure Centre, Monmouthshire NP16 5LR on Saturday 6th February 2016. Judges are Richard Morris (Dogs) and Penny Carpanini (Bitches). The Special Award Class will be judged by Sue Faulkner. Enquiries to club Secretary, Margaret Barker email secretary@labclub of wales.co.uk tel 01443842585</w:t>
      </w:r>
    </w:p>
    <w:p>
      <w:r>
        <w:rPr>
          <w:b w:val="0"/>
          <w:i w:val="0"/>
        </w:rPr>
        <w:t>Cotswold and Wyevern Lab Club Open Show will be held at Norton, Nr Worcester WR5 2QB on 13th February where the judge is Wendy Southwell (Driffwold). Paper entries close on Saturday 9th January or online via Fosse data on Thursday 21st Jan. 2016. Enquiries Karl Gawthorpe 07917645015 or 01793 354115</w:t>
      </w:r>
    </w:p>
    <w:p>
      <w:r>
        <w:rPr>
          <w:b w:val="0"/>
          <w:i w:val="0"/>
        </w:rPr>
        <w:t xml:space="preserve">It is the time of year when I review the top winning show dogs from the previous year, 2015, with grateful thanks to Michael Hewitt who meticulously keeps the results throughout the year. </w:t>
      </w:r>
    </w:p>
    <w:p>
      <w:r>
        <w:rPr>
          <w:b w:val="0"/>
          <w:i w:val="0"/>
        </w:rPr>
        <w:t>Top winning Male with 9 CCs and 6 Best of Breeds was Mervyn and Carole Reynolds black Sh Ch Carromer Blue Lagoon.</w:t>
      </w:r>
    </w:p>
    <w:p>
      <w:r>
        <w:rPr>
          <w:b w:val="0"/>
          <w:i w:val="0"/>
        </w:rPr>
        <w:t>Top winning Labrador Bitch was Marion Hopkinsons yellow Sh Ch Rocheby Sensational who won 7 CCs, 6 with Best of Breed, plus a Gundog Group 1 and 2 x Gundog Group 2.</w:t>
      </w:r>
    </w:p>
    <w:p>
      <w:r>
        <w:rPr>
          <w:b w:val="0"/>
          <w:i w:val="0"/>
        </w:rPr>
        <w:t xml:space="preserve">This week I will quickly mention the the new champions of which there were 14 in 2015. 7 Dogs (4 yellow, 2 Black, 1 Chocolate) and 7 Bitches (5 Yellow, 1 Black and 1 Chocolate). </w:t>
      </w:r>
    </w:p>
    <w:p>
      <w:r>
        <w:rPr>
          <w:b w:val="0"/>
          <w:i w:val="0"/>
        </w:rPr>
        <w:t>Of the males, Top CC Winner of the year was the Reynolds black, Sh Ch Carromers Blue Lagoon who won 9CCs and 6 Best of Breeds. He won his first three CCs under Paul Collins, Jim Nolan and Shaun Williamson</w:t>
      </w:r>
    </w:p>
    <w:p>
      <w:r>
        <w:rPr>
          <w:b w:val="0"/>
          <w:i w:val="0"/>
        </w:rPr>
        <w:t>David Coodes yellow Ch Warringahs Perth JW ShCM was the only Full Champion whop had acheived his Gundog Working Certificate. He won his crowning CCs under Maurice Givan, Zena Thorn Andrews and Barry Rooth.</w:t>
      </w:r>
    </w:p>
    <w:p>
      <w:r>
        <w:rPr>
          <w:b w:val="0"/>
          <w:i w:val="0"/>
        </w:rPr>
        <w:t>Shaun Williamsons yellow Sh Ch Sharouns Incognito JW was made up under Sheila Walton, Tony Jury and Caron Morton.</w:t>
      </w:r>
    </w:p>
    <w:p>
      <w:r>
        <w:rPr>
          <w:b w:val="0"/>
          <w:i w:val="0"/>
        </w:rPr>
        <w:t>Mrs Wyatts chocolate Sh Ch Meadowleigh Brown Sugar won his CCs under Marlene Hepper, Pat Harrison and Brian Parrott.</w:t>
      </w:r>
    </w:p>
    <w:p>
      <w:r>
        <w:rPr>
          <w:b w:val="0"/>
          <w:i w:val="0"/>
        </w:rPr>
        <w:t>Tony Floyds yellow Sh Ch Trenow Plover won his CCs under Margaret Woods Einir Matrulla and Margaret Gawthorpe.</w:t>
      </w:r>
    </w:p>
    <w:p>
      <w:r>
        <w:rPr>
          <w:b w:val="0"/>
          <w:i w:val="0"/>
        </w:rPr>
        <w:t>Gary Johnsons yellow, Sh Ch Cremino Cupids Beau won his CCs under Carole Coode, Murray Armstrong and Maurice Givan.</w:t>
      </w:r>
    </w:p>
    <w:p>
      <w:r>
        <w:rPr>
          <w:b w:val="0"/>
          <w:i w:val="0"/>
        </w:rPr>
        <w:t>Last of the males, the Browns and Greasley Adams yellow won his CCs under Ann Britton, Penny Carpanini and Sue Marskell.</w:t>
      </w:r>
    </w:p>
    <w:p>
      <w:r>
        <w:rPr>
          <w:b w:val="0"/>
          <w:i w:val="0"/>
        </w:rPr>
        <w:t xml:space="preserve">On to the  Bitches. </w:t>
      </w:r>
    </w:p>
    <w:p>
      <w:r>
        <w:rPr>
          <w:b w:val="0"/>
          <w:i w:val="0"/>
        </w:rPr>
        <w:t>Noelene Dodds black,  Sh Ch Brockberrow Breaking Dawn won her CCs under Margaret Brown, Pat Happison and Richard Bott.</w:t>
      </w:r>
    </w:p>
    <w:p>
      <w:r>
        <w:rPr>
          <w:b w:val="0"/>
          <w:i w:val="0"/>
        </w:rPr>
        <w:t>Mac Percivals yellow Sh Ch Wynfaul Rosy Glow won her CCs under Liz Hallgarth, Rosemary Hewitt, and Caron Morton.</w:t>
      </w:r>
    </w:p>
    <w:p>
      <w:r>
        <w:rPr>
          <w:b w:val="0"/>
          <w:i w:val="0"/>
        </w:rPr>
        <w:t>The Gilroys chocolate Sh Ch Claychalk Costa Mille won her CCs under Tracvy James, Chris Mills and Arwyn Ellis.</w:t>
      </w:r>
    </w:p>
    <w:p>
      <w:r>
        <w:rPr>
          <w:b w:val="0"/>
          <w:i w:val="0"/>
        </w:rPr>
        <w:t>Marion Hopkinsons yellow Sh Ch Rocheby Sensational won her CCs under JR Sauge, Jane Rawlinson and Janet Cole.</w:t>
      </w:r>
    </w:p>
    <w:p>
      <w:r>
        <w:rPr>
          <w:b w:val="0"/>
          <w:i w:val="0"/>
        </w:rPr>
        <w:t>Fiona Braddons yellow Sh Ch Trendlewood Silent Night JW won her CCs under Maurice Givan, Rebecca Hodge and Margaret Gawthorpe.</w:t>
      </w:r>
    </w:p>
    <w:p>
      <w:r>
        <w:rPr>
          <w:b w:val="0"/>
          <w:i w:val="0"/>
        </w:rPr>
        <w:t xml:space="preserve">The Mills yellow Sh Ch Lembas Chiquitita JW won her CCs under Mike Gadsby, Erica Jayes and Liz Hallgarth and last bitch to be made up in 2015- </w:t>
      </w:r>
    </w:p>
    <w:p>
      <w:r>
        <w:rPr>
          <w:b w:val="0"/>
          <w:i w:val="0"/>
        </w:rPr>
        <w:t>Gannaway Jones and Greens Sh ch Oakhouse Oscar Winner at Mossland was made up under Jenny Green Chris Atkinson and Chris Jury.</w:t>
      </w:r>
    </w:p>
    <w:p>
      <w:r>
        <w:rPr>
          <w:b w:val="0"/>
          <w:i w:val="0"/>
        </w:rPr>
        <w:t>Next week I will continue the review in more depth with details of all the CC winners.</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