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- 04/08/2017 - ISSUE"</w:t>
      </w:r>
      <w:r>
        <w:br/>
      </w:r>
      <w:r>
        <w:rPr>
          <w:b w:val="0"/>
          <w:i w:val="0"/>
        </w:rPr>
        <w:br/>
        <w:t>date_original: "04/08/2017 - ISSUE"</w:t>
      </w:r>
      <w:r>
        <w:br/>
      </w:r>
      <w:r>
        <w:rPr>
          <w:b w:val="0"/>
          <w:i w:val="0"/>
        </w:rPr>
        <w:br/>
        <w:t>source_url: "https://www.ourdogs.co.uk/members/breednotes/RetrieverLabradorMain.php"</w:t>
      </w:r>
      <w:r>
        <w:br/>
      </w:r>
      <w:r>
        <w:rPr>
          <w:b w:val="0"/>
          <w:i w:val="0"/>
        </w:rPr>
        <w:br/>
        <w:t>scraped_at: "2026-09-13T15:25:26"</w:t>
      </w:r>
      <w:r>
        <w:br/>
      </w:r>
      <w:r>
        <w:rPr>
          <w:b w:val="0"/>
          <w:i w:val="0"/>
        </w:rPr>
        <w:br/>
        <w:t>word_count: 580</w:t>
      </w:r>
    </w:p>
    <w:p>
      <w:r>
        <w:t>――――――――――――――――――――――――――――――</w:t>
      </w:r>
    </w:p>
    <w:p>
      <w:r>
        <w:rPr>
          <w:b w:val="0"/>
          <w:i w:val="0"/>
        </w:rPr>
        <w:t>NEWS MEMBERS' AREA SHOP SUBSCRIBE UPCOMING SHOWS MORE</w:t>
      </w:r>
    </w:p>
    <w:p>
      <w:r>
        <w:rPr>
          <w:b w:val="0"/>
          <w:i w:val="0"/>
        </w:rPr>
        <w:t>RETRIEVER LABRADOR</w:t>
      </w:r>
    </w:p>
    <w:p>
      <w:r>
        <w:rPr>
          <w:b w:val="0"/>
          <w:i w:val="0"/>
        </w:rPr>
        <w:t>Issue: 04/08/2017</w:t>
      </w:r>
    </w:p>
    <w:p>
      <w:r>
        <w:rPr>
          <w:b w:val="0"/>
          <w:i w:val="0"/>
        </w:rPr>
        <w:t xml:space="preserve">A note from Secretary of LRCW, Margaret Barker, "At the recent Lab Club of Wales Open show, the Best Puppy in Show was Fiona Braddon's yellow Puppy Dog winner, Trendlewood Born To Run, and not as previously listed, Linda Harvey Major's bitch, Linjor With Attitude who was the RBPIS. " </w:t>
      </w:r>
    </w:p>
    <w:p>
      <w:r>
        <w:rPr>
          <w:b w:val="0"/>
          <w:i w:val="0"/>
        </w:rPr>
        <w:t>Looking in the local DIY shop at the range of "mix it yourself" paint colours, I see Dulux have enlisted the popular Labrador to entice Labrador owning customers to buy one of their newer named emulsion colours, " Labrador Sands". Unfortunately, Labrador Sands, which would normally bring to mind a gentle Yellow sandy colour , is certainly not that, but somewhat of a sludgy washed out taupe/Weimaraner colour, which in the current time, when we are trying to persuade the Kennel Club not to register Labrador colours other than black, yellow and chocolate,  is a somewhat unfortunate connection to an unrecognised colour.</w:t>
      </w:r>
    </w:p>
    <w:p>
      <w:r>
        <w:rPr>
          <w:b w:val="0"/>
          <w:i w:val="0"/>
        </w:rPr>
        <w:t>Entry numbers at the benched URC Ch Show at Malvern on Wednesday 9th August are 88 dogs and 105 Bitches. A total of 193 Dogs and Bitches for judges Penny Carpanini (Dogs) and Anthony Allen (Bitches).</w:t>
      </w:r>
    </w:p>
    <w:p>
      <w:r>
        <w:rPr>
          <w:b w:val="0"/>
          <w:i w:val="0"/>
        </w:rPr>
        <w:t xml:space="preserve">Faith King often puts amusing, light hearted snippets on her Facebook page, one of which </w:t>
      </w:r>
    </w:p>
    <w:p>
      <w:r>
        <w:rPr>
          <w:b w:val="0"/>
          <w:i w:val="0"/>
        </w:rPr>
        <w:t xml:space="preserve">I reproduce here with tongue in check, for a wider audience to enjoy as there is not much other news to relay. Thank you Faith. </w:t>
      </w:r>
    </w:p>
    <w:p>
      <w:r>
        <w:rPr>
          <w:b w:val="0"/>
          <w:i w:val="0"/>
        </w:rPr>
        <w:t xml:space="preserve">It is titled:- </w:t>
      </w:r>
    </w:p>
    <w:p>
      <w:r>
        <w:rPr>
          <w:b w:val="0"/>
          <w:i w:val="0"/>
        </w:rPr>
        <w:t>"Sixteen Logical Reasons Why Some Men Have Dogs and Not Wives:" ( well 14 now, 13 and 15 - removed!)</w:t>
      </w:r>
    </w:p>
    <w:p>
      <w:pPr>
        <w:pStyle w:val="ListNumber"/>
      </w:pPr>
      <w:r>
        <w:rPr>
          <w:b w:val="0"/>
          <w:i w:val="0"/>
        </w:rPr>
        <w:br/>
      </w:r>
      <w:r>
        <w:rPr>
          <w:b w:val="0"/>
          <w:i w:val="0"/>
        </w:rPr>
        <w:t>The later you are, the more excited your dog is to see you.</w:t>
      </w:r>
      <w:r>
        <w:rPr>
          <w:b w:val="0"/>
          <w:i w:val="0"/>
        </w:rPr>
        <w:br/>
      </w:r>
    </w:p>
    <w:p>
      <w:pPr>
        <w:pStyle w:val="ListNumber"/>
      </w:pPr>
      <w:r>
        <w:rPr>
          <w:b w:val="0"/>
          <w:i w:val="0"/>
        </w:rPr>
        <w:br/>
      </w:r>
      <w:r>
        <w:rPr>
          <w:b w:val="0"/>
          <w:i w:val="0"/>
        </w:rPr>
        <w:t>Dogs don't notice if you call them by another dog's name.</w:t>
      </w:r>
      <w:r>
        <w:rPr>
          <w:b w:val="0"/>
          <w:i w:val="0"/>
        </w:rPr>
        <w:br/>
      </w:r>
    </w:p>
    <w:p>
      <w:pPr>
        <w:pStyle w:val="ListNumber"/>
      </w:pPr>
      <w:r>
        <w:rPr>
          <w:b w:val="0"/>
          <w:i w:val="0"/>
        </w:rPr>
        <w:br/>
      </w:r>
      <w:r>
        <w:rPr>
          <w:b w:val="0"/>
          <w:i w:val="0"/>
        </w:rPr>
        <w:t>Dogs like it if you leave lots of things on the floor.</w:t>
      </w:r>
      <w:r>
        <w:rPr>
          <w:b w:val="0"/>
          <w:i w:val="0"/>
        </w:rPr>
        <w:br/>
      </w:r>
    </w:p>
    <w:p>
      <w:r>
        <w:rPr>
          <w:b w:val="0"/>
          <w:i w:val="0"/>
        </w:rPr>
        <w:t>4 Dogs' parents never visit.</w:t>
      </w:r>
    </w:p>
    <w:p>
      <w:pPr>
        <w:pStyle w:val="ListNumber"/>
      </w:pPr>
      <w:r>
        <w:rPr>
          <w:b w:val="0"/>
          <w:i w:val="0"/>
        </w:rPr>
        <w:br/>
      </w:r>
      <w:r>
        <w:rPr>
          <w:b w:val="0"/>
          <w:i w:val="0"/>
        </w:rPr>
        <w:t>Dogs agree that you have to raise your voice to get your point across.</w:t>
      </w:r>
      <w:r>
        <w:rPr>
          <w:b w:val="0"/>
          <w:i w:val="0"/>
        </w:rPr>
        <w:br/>
      </w:r>
    </w:p>
    <w:p>
      <w:pPr>
        <w:pStyle w:val="ListNumber"/>
      </w:pPr>
      <w:r>
        <w:rPr>
          <w:b w:val="0"/>
          <w:i w:val="0"/>
        </w:rPr>
        <w:br/>
      </w:r>
      <w:r>
        <w:rPr>
          <w:b w:val="0"/>
          <w:i w:val="0"/>
        </w:rPr>
        <w:t>You never have to wait for a dog; they're ready to go, instantly, 24 hours a day.</w:t>
      </w:r>
      <w:r>
        <w:rPr>
          <w:b w:val="0"/>
          <w:i w:val="0"/>
        </w:rPr>
        <w:br/>
      </w:r>
    </w:p>
    <w:p>
      <w:pPr>
        <w:pStyle w:val="ListNumber"/>
      </w:pPr>
      <w:r>
        <w:rPr>
          <w:b w:val="0"/>
          <w:i w:val="0"/>
        </w:rPr>
        <w:br/>
      </w:r>
      <w:r>
        <w:rPr>
          <w:b w:val="0"/>
          <w:i w:val="0"/>
        </w:rPr>
        <w:t>Dogs find you amusing when you're pissed.</w:t>
      </w:r>
      <w:r>
        <w:rPr>
          <w:b w:val="0"/>
          <w:i w:val="0"/>
        </w:rPr>
        <w:br/>
      </w:r>
    </w:p>
    <w:p>
      <w:pPr>
        <w:pStyle w:val="ListNumber"/>
      </w:pPr>
      <w:r>
        <w:rPr>
          <w:b w:val="0"/>
          <w:i w:val="0"/>
        </w:rPr>
        <w:br/>
      </w:r>
      <w:r>
        <w:rPr>
          <w:b w:val="0"/>
          <w:i w:val="0"/>
        </w:rPr>
        <w:t>Dogs like to go hunting and fishing.</w:t>
      </w:r>
      <w:r>
        <w:rPr>
          <w:b w:val="0"/>
          <w:i w:val="0"/>
        </w:rPr>
        <w:br/>
      </w:r>
    </w:p>
    <w:p>
      <w:pPr>
        <w:pStyle w:val="ListNumber"/>
      </w:pPr>
      <w:r>
        <w:rPr>
          <w:b w:val="0"/>
          <w:i w:val="0"/>
        </w:rPr>
        <w:br/>
      </w:r>
      <w:r>
        <w:rPr>
          <w:b w:val="0"/>
          <w:i w:val="0"/>
        </w:rPr>
        <w:t>Dogs won't wake you up at night to ask: "If I died, would you get another dog?"</w:t>
      </w:r>
      <w:r>
        <w:rPr>
          <w:b w:val="0"/>
          <w:i w:val="0"/>
        </w:rPr>
        <w:br/>
      </w:r>
    </w:p>
    <w:p>
      <w:pPr>
        <w:pStyle w:val="ListNumber"/>
      </w:pPr>
      <w:r>
        <w:rPr>
          <w:b w:val="0"/>
          <w:i w:val="0"/>
        </w:rPr>
        <w:br/>
      </w:r>
      <w:r>
        <w:rPr>
          <w:b w:val="0"/>
          <w:i w:val="0"/>
        </w:rPr>
        <w:t>If a dog has babies, you can put an ad in the paper and sell 'em.</w:t>
      </w:r>
      <w:r>
        <w:rPr>
          <w:b w:val="0"/>
          <w:i w:val="0"/>
        </w:rPr>
        <w:br/>
      </w:r>
    </w:p>
    <w:p>
      <w:r>
        <w:rPr>
          <w:b w:val="0"/>
          <w:i w:val="0"/>
        </w:rPr>
        <w:t>11.. When you drop a silent one, dogs don't run around frantically with room spray.</w:t>
      </w:r>
    </w:p>
    <w:p>
      <w:r>
        <w:rPr>
          <w:b w:val="0"/>
          <w:i w:val="0"/>
        </w:rPr>
        <w:t>13.. sorry removed!</w:t>
      </w:r>
    </w:p>
    <w:p>
      <w:pPr>
        <w:pStyle w:val="ListNumber"/>
      </w:pPr>
      <w:r>
        <w:rPr>
          <w:b w:val="0"/>
          <w:i w:val="0"/>
        </w:rPr>
        <w:br/>
      </w:r>
      <w:r>
        <w:rPr>
          <w:b w:val="0"/>
          <w:i w:val="0"/>
        </w:rPr>
        <w:t>Dogs will let you put a studded collar on them, without calling you a pervert.</w:t>
      </w:r>
      <w:r>
        <w:rPr>
          <w:b w:val="0"/>
          <w:i w:val="0"/>
        </w:rPr>
        <w:br/>
      </w:r>
    </w:p>
    <w:p>
      <w:pPr>
        <w:pStyle w:val="ListNumber"/>
      </w:pPr>
      <w:r>
        <w:rPr>
          <w:b w:val="0"/>
          <w:i w:val="0"/>
        </w:rPr>
        <w:br/>
      </w:r>
      <w:r>
        <w:rPr>
          <w:b w:val="0"/>
          <w:i w:val="0"/>
        </w:rPr>
        <w:t>Removed. Another one gone for those of a delicate sensitivity.</w:t>
      </w:r>
      <w:r>
        <w:rPr>
          <w:b w:val="0"/>
          <w:i w:val="0"/>
        </w:rPr>
        <w:br/>
      </w:r>
    </w:p>
    <w:p>
      <w:r>
        <w:rPr>
          <w:b w:val="0"/>
          <w:i w:val="0"/>
        </w:rPr>
        <w:t>And last, but not least:</w:t>
      </w:r>
    </w:p>
    <w:p>
      <w:pPr>
        <w:pStyle w:val="ListNumber"/>
      </w:pPr>
      <w:r>
        <w:rPr>
          <w:b w:val="0"/>
          <w:i w:val="0"/>
        </w:rPr>
        <w:t>If a dog runs off and leaves you, it won't take half your stuff.</w:t>
      </w:r>
    </w:p>
    <w:p>
      <w:r>
        <w:rPr>
          <w:b w:val="0"/>
          <w:i w:val="0"/>
        </w:rPr>
        <w:t>To verify these statements:  Lock your wife and your dog in the garage for an hour.</w:t>
      </w:r>
    </w:p>
    <w:p>
      <w:r>
        <w:rPr>
          <w:b w:val="0"/>
          <w:i w:val="0"/>
        </w:rPr>
        <w:t>Then open the door, and observe  who's happy to see you!</w:t>
      </w:r>
    </w:p>
    <w:p>
      <w:r>
        <w:rPr>
          <w:b w:val="0"/>
          <w:i w:val="0"/>
        </w:rPr>
        <w:t>Thank you Faith, keep then coming!</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