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- 12 Mar 2010"</w:t>
      </w:r>
      <w:r>
        <w:br/>
      </w:r>
      <w:r>
        <w:rPr>
          <w:b w:val="0"/>
          <w:i w:val="0"/>
        </w:rPr>
        <w:br/>
        <w:t>date_original: "12 Mar 2010"</w:t>
      </w:r>
      <w:r>
        <w:br/>
      </w:r>
      <w:r>
        <w:rPr>
          <w:b w:val="0"/>
          <w:i w:val="0"/>
        </w:rPr>
        <w:br/>
        <w:t>source_url: "https://www.ourdogs.co.uk/members/breednotes/2010/RetrieverLabrador/RetrieverLabrador-mar12.htm"</w:t>
      </w:r>
      <w:r>
        <w:br/>
      </w:r>
      <w:r>
        <w:rPr>
          <w:b w:val="0"/>
          <w:i w:val="0"/>
        </w:rPr>
        <w:br/>
        <w:t>archive_type: "static_html"</w:t>
      </w:r>
      <w:r>
        <w:br/>
      </w:r>
      <w:r>
        <w:rPr>
          <w:b w:val="0"/>
          <w:i w:val="0"/>
        </w:rPr>
        <w:br/>
        <w:t>scraped_at: "2026-09-13T22:00:31"</w:t>
      </w:r>
      <w:r>
        <w:br/>
      </w:r>
      <w:r>
        <w:rPr>
          <w:b w:val="0"/>
          <w:i w:val="0"/>
        </w:rPr>
        <w:br/>
        <w:t>word_count: 1145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Working Gundog Certificate presentation for successful partnerships will take place on Gundog day at DFS Crufts 2010 on Sunday 14th March in the Dog Activities Ring in Hall 3.</w:t>
      </w:r>
    </w:p>
    <w:p>
      <w:r>
        <w:rPr>
          <w:b w:val="0"/>
          <w:i w:val="0"/>
        </w:rPr>
        <w:t>Carole Coode has been judging in Pakistan and writes, “I have just this week returned from a memorable trip to Lahore, Pakistan. I was invited there to give a seminar on the Labrador Retriever and judge a speciality show. The seminar and the show were to take place within the precincts of the Veterinary Collage in Lahore. The Vice Chancellor of the Veterinary Collage made me most welcome on the Friday for the Seminar and attended the dog Show on the Sunday. We had a very good attendance of over 40 to the Seminar with Labrador enthusiasts as well as judges from other breeds in the lecture hall attending. We had plenty of questions from the floor and I hope I answered them fully. The questions continued over the next two days at homes I visited and dinners I attended. Everyone was thirsty for knowledge of the Labrador. The show venue was superb, big grass ring bordered by large blown up posters of one of our dogs. Good seats set out under large tents so that the onlookers did not have to sit in the sun, we had a good crowd watching all afternoon through to the end. The show was held under FCI rules using their classes but critiques given verbally on the five dogs I placed in each class. My main winners were Best In Show from Junior Bitch Kendensar Geisha Girl owned by Rania Roy and bred by her father and uncle Dennis and Kevin Roy she was out of Gd Ch Richbourne Unique at Rachna x Priorise Thisstledown. Reserve Best In Show as CH Richbourne Rock, out of Sh Ch Stajantors Robin x Richbourne Lollopop owned by Zakria Nasrullah Khan. Best Puppy in Show was Oakhouse Olive Tree out of Sandeast Trueley Thomas to Oakhouse x Oakhouse One Up owned by Faiz Mukhtar Quereshi. Best Baby Puppy in Show as Lab Tamptations Caramel, by Kendensar Trigger x Andy of Kelvin owned by Ms Rubab Abidi. I found good dogs in all classes - the coats were excellent and we would die for their tails. Nearly every one was true otter, superbly rounded. Made ours look paltry in comparison. I would have no qualms about selling a puppy to the people that I met. The dogs were well looked after, and many are sent to the hills to avoid the heat of the summer. If you get approached to send a dog, please make sure it is a good one. Most of the dogs I saw were good examples of their kennels, one group were not. Remember it is your kennel name on the dog. I found the people of Pakistan to be kind, with impeccable manners and I feel I have made some good friends this past week. Carole Coode.”</w:t>
      </w:r>
      <w:r>
        <w:br/>
      </w:r>
      <w:r>
        <w:rPr>
          <w:b w:val="0"/>
          <w:i w:val="0"/>
        </w:rPr>
        <w:br/>
        <w:t>Sally Rankine is thrilled to bits that her yellow bitch Blondie, (Lembas Blonde on Blonde to Fyldefair) has won Best in Show at two Open shows within the past six months. Her first BIS was on 20th September 2009 at Westbury &amp; District, where she qualified for Crufts 2010, and the second was at Cheltenham &amp; District Canine Society Open show where she won the Limit class and BOB under Rodney Oldham (Towmena), Group 1 under Martin Phillips (Jaeva) and Best in Show under Stuart Mallard (Tuckles). Well done, it really is so good to hear about Labrador Group successes.</w:t>
      </w:r>
    </w:p>
    <w:p>
      <w:r>
        <w:rPr>
          <w:b w:val="0"/>
          <w:i w:val="0"/>
        </w:rPr>
        <w:t>Also flying the Labrador flag at Open level, my 8 month yellow dog, Llanstinan Hot Toddy of Bowstones (Attikonak Button up Your Overcoat at Llanstinan x Llanstinan Sian) went RBPIS from a full Puppy Group at Mid Western Gundog Society under judges Moira Greenwood and Keith Young recently. As most of you will know I have devoted the past few months to little but hospital visiting, and considering that he has seen no other breeds but Labradors, he was remarkably well behaved when in the ring and showed like an old hand, that is once he had got over the tremendous glee and wonderful excitement of meeting all those other lovely breeds of gundogs at the show &amp; tall chestnut dogs with flowing coats, small fluffy curly dogs with waggy tails, large shaggy hairy dogs with aromatic mouths, sleek stately ghost dogs who looked down their imperious noses at the impudent young pup trying to introduce himself to all and sundry; such excitement over and over again; as a temperament test I am glad to say he passed with flying colours!</w:t>
      </w:r>
    </w:p>
    <w:p>
      <w:r>
        <w:rPr>
          <w:b w:val="0"/>
          <w:i w:val="0"/>
        </w:rPr>
        <w:t>Do remember to let me have all your doggy news to share in the notes.</w:t>
      </w:r>
    </w:p>
    <w:p>
      <w:r>
        <w:rPr>
          <w:b w:val="0"/>
          <w:i w:val="0"/>
        </w:rPr>
        <w:t>Ann Britton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