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Apr 2003"</w:t>
      </w:r>
      <w:r>
        <w:br/>
      </w:r>
      <w:r>
        <w:rPr>
          <w:b w:val="0"/>
          <w:i w:val="0"/>
        </w:rPr>
        <w:br/>
        <w:t>date_original: "25 Apr 2003"</w:t>
      </w:r>
      <w:r>
        <w:br/>
      </w:r>
      <w:r>
        <w:rPr>
          <w:b w:val="0"/>
          <w:i w:val="0"/>
        </w:rPr>
        <w:br/>
        <w:t>source_url: "https://www.ourdogs.co.uk/members/breednotes/2003/RetrieverLabrador/RetrieverLabrador-apr25.htm"</w:t>
      </w:r>
      <w:r>
        <w:br/>
      </w:r>
      <w:r>
        <w:rPr>
          <w:b w:val="0"/>
          <w:i w:val="0"/>
        </w:rPr>
        <w:br/>
        <w:t>archive_type: "static_html"</w:t>
      </w:r>
      <w:r>
        <w:br/>
      </w:r>
      <w:r>
        <w:rPr>
          <w:b w:val="0"/>
          <w:i w:val="0"/>
        </w:rPr>
        <w:br/>
        <w:t>scraped_at: "2026-09-13T22:15:28"</w:t>
      </w:r>
      <w:r>
        <w:br/>
      </w:r>
      <w:r>
        <w:rPr>
          <w:b w:val="0"/>
          <w:i w:val="0"/>
        </w:rPr>
        <w:br/>
        <w:t>word_count: 615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Marion Hopkinson sends details of the Rocheby Open day, which will be held at the Rocheby kennels, Main Street, Styrrup, Doncaster on Sunday June 1st 2003 starting at 1pm. This should prove a most interesting event.</w:t>
      </w:r>
    </w:p>
    <w:p>
      <w:r>
        <w:rPr>
          <w:b w:val="0"/>
          <w:i w:val="0"/>
        </w:rPr>
        <w:t>David and Marion will be on hand with their line-bred Labradors, and hope to show visitors how the breeding of their dogs has come down through the generations, maintaining a distinctive type. There will be a number of related dogs, old and young, for people to see and pedigrees to study, showing the lineage and bloodlines of their stock.</w:t>
      </w:r>
    </w:p>
    <w:p>
      <w:r>
        <w:rPr>
          <w:b w:val="0"/>
          <w:i w:val="0"/>
        </w:rPr>
        <w:t>Afternoon teas will be served courtesy of the Midland Counties Lab Club and all profits will go to the Labrador Rescue charities. Tickets are £5, including tea, available from Mrs Jean Allen 01733 333649 or David and Marion Hopkinson on 01302 742791.</w:t>
      </w:r>
    </w:p>
    <w:p>
      <w:r>
        <w:rPr>
          <w:b w:val="0"/>
          <w:i w:val="0"/>
        </w:rPr>
        <w:t>Many thanks to Cdr and Mrs John Edwards, who have sent in a most interesting photograph of a pub sign and plaque, which was spotted outside the Black Dog Pub in Weymouth by a friend of theirs, an elderly retired RAF photographer from Weymouth. The sign depicts a black Labrador, "the Black Dog" and the associated plaque, which hangs over the pub door, reads "This old Inn was formerly the "Dove Ale House". It later became known as "The Black Dog" after the Landlord had acquired a Black Labrador, the first to come into the country, from the Master of a Newfoundland trading vessel, which was unloading at Weymouth".</w:t>
      </w:r>
    </w:p>
    <w:p>
      <w:r>
        <w:rPr>
          <w:b w:val="0"/>
          <w:i w:val="0"/>
        </w:rPr>
        <w:t>Most interesting. Yet another piece of our Labrador history!</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