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- 03/06/2016 - ISSUE"</w:t>
      </w:r>
      <w:r>
        <w:br/>
      </w:r>
      <w:r>
        <w:rPr>
          <w:b w:val="0"/>
          <w:i w:val="0"/>
        </w:rPr>
        <w:br/>
        <w:t>date_original: "03/06/2016 - ISSUE"</w:t>
      </w:r>
      <w:r>
        <w:br/>
      </w:r>
      <w:r>
        <w:rPr>
          <w:b w:val="0"/>
          <w:i w:val="0"/>
        </w:rPr>
        <w:br/>
        <w:t>source_url: "https://www.ourdogs.co.uk/members/breednotes/RetrieverLabradorMain.php"</w:t>
      </w:r>
      <w:r>
        <w:br/>
      </w:r>
      <w:r>
        <w:rPr>
          <w:b w:val="0"/>
          <w:i w:val="0"/>
        </w:rPr>
        <w:br/>
        <w:t>scraped_at: "2026-09-13T15:28:41"</w:t>
      </w:r>
      <w:r>
        <w:br/>
      </w:r>
      <w:r>
        <w:rPr>
          <w:b w:val="0"/>
          <w:i w:val="0"/>
        </w:rPr>
        <w:br/>
        <w:t>word_count: 531</w:t>
      </w:r>
    </w:p>
    <w:p>
      <w:r>
        <w:t>――――――――――――――――――――――――――――――</w:t>
      </w:r>
    </w:p>
    <w:p>
      <w:r>
        <w:rPr>
          <w:b w:val="0"/>
          <w:i w:val="0"/>
        </w:rPr>
        <w:t>NEWS MEMBERS' AREA SHOP SUBSCRIBE UPCOMING SHOWS MORE</w:t>
      </w:r>
    </w:p>
    <w:p>
      <w:r>
        <w:rPr>
          <w:b w:val="0"/>
          <w:i w:val="0"/>
        </w:rPr>
        <w:t>RETRIEVER LABRADOR</w:t>
      </w:r>
    </w:p>
    <w:p>
      <w:r>
        <w:rPr>
          <w:b w:val="0"/>
          <w:i w:val="0"/>
        </w:rPr>
        <w:t>Issue: 03/06/2016</w:t>
      </w:r>
    </w:p>
    <w:p>
      <w:r>
        <w:rPr>
          <w:b w:val="0"/>
          <w:i w:val="0"/>
        </w:rPr>
        <w:t>Retriever Labrador</w:t>
      </w:r>
    </w:p>
    <w:p>
      <w:r>
        <w:rPr>
          <w:b w:val="0"/>
          <w:i w:val="0"/>
        </w:rPr>
        <w:t>A message from the Kennel Club. "Due to popular demand, esteemed breed historian Richard Edwards will be giving an additional lecture on 'The History of the Labrador Retriever' at the Kennel Club on 21st June.</w:t>
      </w:r>
    </w:p>
    <w:p>
      <w:r>
        <w:rPr>
          <w:b w:val="0"/>
          <w:i w:val="0"/>
        </w:rPr>
        <w:t>Mr Edwards is the author of 'The Show Labrador in Great Britain and Northern Ireland' and 'Sandylands', a volume detailing the history of this well-known Labrador Retriever kennel. He regularly undertakes lectures regarding the history of the breed and was instrumental in the formulation of the Kennel Club's current exhibition, 'The Labrador Retriever in Art'.</w:t>
      </w:r>
    </w:p>
    <w:p>
      <w:r>
        <w:rPr>
          <w:b w:val="0"/>
          <w:i w:val="0"/>
        </w:rPr>
        <w:t>This special event is being held in conjunction with the Labrador Retriever exhibition, which contains many items of note including significant loans from the Munden Kennel, the Royal Collection, the Devonshire Collection and the Buccleuch Collection.</w:t>
      </w:r>
    </w:p>
    <w:p>
      <w:r>
        <w:rPr>
          <w:b w:val="0"/>
          <w:i w:val="0"/>
        </w:rPr>
        <w:t>The lecture will take place in the Kennel Club Art Gallery from 11am, with tea and coffee served in the gallery foyer from 10.30am. Tickets are priced at Â£7.50 and include a buffet sandwich lunch. Guests attending the lecture will also have the opportunity to view 'The Labrador Retriever in Art' exhibition.</w:t>
      </w:r>
    </w:p>
    <w:p>
      <w:r>
        <w:rPr>
          <w:b w:val="0"/>
          <w:i w:val="0"/>
        </w:rPr>
        <w:t>To make a booking, please contact the Kennel Club Art Gallery on 020 7518 1064 or email art.gallery@thekennelclub.org.uk."</w:t>
      </w:r>
    </w:p>
    <w:p>
      <w:r>
        <w:rPr>
          <w:b w:val="0"/>
          <w:i w:val="0"/>
        </w:rPr>
        <w:t>Just as many Labradors are starting their huge summer moult, the busiest show time of the year is fast approaching. Bath was held on the last weekend of May. Then the following weekend, Sunday 5th June sees Dale Elliot judging at Southern Counties held at Newbury. Four days later on 9th June Sian Ellis will be centre of the ring at Three Counties all breed Championship show at Malvern where David Coode is Chairman.  This must be the only show he misses exhibiting at during the whole year.</w:t>
      </w:r>
    </w:p>
    <w:p>
      <w:r>
        <w:rPr>
          <w:b w:val="0"/>
          <w:i w:val="0"/>
        </w:rPr>
        <w:t>The very next day Friday 10th June the Lab Club centenary weekend events commence at Stoneleigh, Warwickshire. The Labrador Club Open Show will be held during the day with a following dinner and jolly entertainment that same night. The Labrador Club championship show is the next morning, 11th June with judges David Craig (Dogs) and Carole Coode (Bitches). Hopefully  there wont be too many sore heads from the jollities of the night before for those whose pups are entered in the early morning classes.</w:t>
      </w:r>
    </w:p>
    <w:p>
      <w:r>
        <w:rPr>
          <w:b w:val="0"/>
          <w:i w:val="0"/>
        </w:rPr>
        <w:t>When that day is all over, its up-sticks and on the road again to Godmanchester where East Anglian Lab Club are hosting the Joint Championship show with Heather Fone and Vic Cole officiating.</w:t>
      </w:r>
    </w:p>
    <w:p>
      <w:r>
        <w:rPr>
          <w:b w:val="0"/>
          <w:i w:val="0"/>
        </w:rPr>
        <w:t>What a busy few days. I should think those attending all the six events will need a few weeks holiday afterwards!</w:t>
      </w:r>
    </w:p>
    <w:p>
      <w:r>
        <w:rPr>
          <w:b w:val="0"/>
          <w:i w:val="0"/>
        </w:rPr>
        <w:t>Ann Britton</w:t>
      </w:r>
    </w:p>
    <w:p>
      <w:r>
        <w:rPr>
          <w:b w:val="0"/>
          <w:i w:val="0"/>
        </w:rPr>
        <w:t>01989720665</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