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w:t>
      </w:r>
    </w:p>
    <w:p>
      <w:r>
        <w:rPr>
          <w:b w:val="0"/>
          <w:i w:val="0"/>
        </w:rPr>
        <w:t>title: "Labrador Breed Notes - 02 Apr 2004"</w:t>
      </w:r>
      <w:r>
        <w:br/>
      </w:r>
      <w:r>
        <w:rPr>
          <w:b w:val="0"/>
          <w:i w:val="0"/>
        </w:rPr>
        <w:br/>
        <w:t>date_original: "02 Apr 2004"</w:t>
      </w:r>
      <w:r>
        <w:br/>
      </w:r>
      <w:r>
        <w:rPr>
          <w:b w:val="0"/>
          <w:i w:val="0"/>
        </w:rPr>
        <w:br/>
        <w:t>source_url: "https://www.ourdogs.co.uk/members/breednotes/2004/RetrieverLabrador/RetrieverLabrador-apr02.htm"</w:t>
      </w:r>
      <w:r>
        <w:br/>
      </w:r>
      <w:r>
        <w:rPr>
          <w:b w:val="0"/>
          <w:i w:val="0"/>
        </w:rPr>
        <w:br/>
        <w:t>archive_type: "static_html"</w:t>
      </w:r>
      <w:r>
        <w:br/>
      </w:r>
      <w:r>
        <w:rPr>
          <w:b w:val="0"/>
          <w:i w:val="0"/>
        </w:rPr>
        <w:br/>
        <w:t>scraped_at: "2026-09-13T22:12:48"</w:t>
      </w:r>
      <w:r>
        <w:br/>
      </w:r>
      <w:r>
        <w:rPr>
          <w:b w:val="0"/>
          <w:i w:val="0"/>
        </w:rPr>
        <w:br/>
        <w:t>word_count: 1007</w:t>
      </w:r>
    </w:p>
    <w:p>
      <w:r>
        <w:t>――――――――――――――――――――――――――――――</w:t>
      </w:r>
    </w:p>
    <w:p>
      <w:r>
        <w:rPr>
          <w:b w:val="0"/>
          <w:i w:val="0"/>
        </w:rPr>
        <w:t>Welcome !</w:t>
      </w:r>
    </w:p>
    <w:p>
      <w:r>
        <w:rPr>
          <w:b w:val="0"/>
          <w:i w:val="0"/>
        </w:rPr>
        <w:t>Hello and welcome to the Our Dogs home page.</w:t>
      </w:r>
    </w:p>
    <w:p>
      <w:r>
        <w:rPr>
          <w:b w:val="0"/>
          <w:i w:val="0"/>
        </w:rPr>
        <w:t>Click here</w:t>
      </w:r>
      <w:r>
        <w:br/>
      </w:r>
      <w:r>
        <w:rPr>
          <w:b w:val="0"/>
          <w:i w:val="0"/>
        </w:rPr>
        <w:br/>
        <w:t>to view our welcome page.</w:t>
      </w:r>
    </w:p>
    <w:p>
      <w:r>
        <w:rPr>
          <w:b w:val="0"/>
          <w:i w:val="0"/>
        </w:rPr>
        <w:t>Mobile Site</w:t>
      </w:r>
    </w:p>
    <w:p>
      <w:r>
        <w:rPr>
          <w:b w:val="0"/>
          <w:i w:val="0"/>
        </w:rPr>
        <w:t>Click here</w:t>
      </w:r>
      <w:r>
        <w:br/>
      </w:r>
      <w:r>
        <w:rPr>
          <w:b w:val="0"/>
          <w:i w:val="0"/>
        </w:rPr>
        <w:br/>
        <w:t>to view our mobile site</w:t>
      </w:r>
    </w:p>
    <w:p>
      <w:r>
        <w:rPr>
          <w:b w:val="0"/>
          <w:i w:val="0"/>
        </w:rPr>
        <w:t>Members' Area</w:t>
      </w:r>
      <w:r>
        <w:br/>
      </w:r>
      <w:r>
        <w:rPr>
          <w:b w:val="0"/>
          <w:i w:val="0"/>
        </w:rPr>
        <w:br/>
        <w:t>The Our Dogs Members' Area</w:t>
      </w:r>
    </w:p>
    <w:p>
      <w:r>
        <w:rPr>
          <w:b w:val="0"/>
          <w:i w:val="0"/>
        </w:rPr>
        <w:t>Subscribe to OUR DOGS</w:t>
      </w:r>
    </w:p>
    <w:p>
      <w:r>
        <w:rPr>
          <w:b w:val="0"/>
          <w:i w:val="0"/>
        </w:rPr>
        <w:t>SUBSCRIBE by Direct Debit - Get the weekly issue DELIVERED to your door, the BIGGEST and BEST Our Dogs Annual and FREE access to the Our Dogs Members' Area.</w:t>
      </w:r>
    </w:p>
    <w:p>
      <w:r>
        <w:rPr>
          <w:b w:val="0"/>
          <w:i w:val="0"/>
        </w:rPr>
        <w:t>Read more...</w:t>
      </w:r>
    </w:p>
    <w:p>
      <w:r>
        <w:rPr>
          <w:b w:val="0"/>
          <w:i w:val="0"/>
        </w:rPr>
        <w:t>Online only subscription. Ideal for our readers from overseas.</w:t>
      </w:r>
      <w:r>
        <w:br/>
      </w:r>
      <w:r>
        <w:rPr>
          <w:b w:val="0"/>
          <w:i w:val="0"/>
        </w:rPr>
        <w:br/>
        <w:t>Click here.</w:t>
      </w:r>
      <w:r>
        <w:br/>
      </w:r>
      <w:r>
        <w:rPr>
          <w:b w:val="0"/>
          <w:i w:val="0"/>
        </w:rPr>
        <w:br/>
        <w:t>Choose your subscription option -</w:t>
      </w:r>
      <w:r>
        <w:br/>
      </w:r>
      <w:r>
        <w:rPr>
          <w:b w:val="0"/>
          <w:i w:val="0"/>
        </w:rPr>
        <w:br/>
        <w:t>Click Here</w:t>
      </w:r>
    </w:p>
    <w:p>
      <w:r>
        <w:rPr>
          <w:b w:val="0"/>
          <w:i w:val="0"/>
        </w:rPr>
        <w:t>Our Dogs Online has archives of</w:t>
      </w:r>
      <w:r>
        <w:br/>
      </w:r>
      <w:r>
        <w:rPr>
          <w:b w:val="0"/>
          <w:i w:val="0"/>
        </w:rPr>
        <w:br/>
        <w:t>CHAMP SHOW REPORTS</w:t>
      </w:r>
      <w:r>
        <w:br/>
      </w:r>
      <w:r>
        <w:rPr>
          <w:b w:val="0"/>
          <w:i w:val="0"/>
        </w:rPr>
        <w:br/>
        <w:t>OPEN SHOW REPORTS</w:t>
      </w:r>
      <w:r>
        <w:br/>
      </w:r>
      <w:r>
        <w:rPr>
          <w:b w:val="0"/>
          <w:i w:val="0"/>
        </w:rPr>
        <w:br/>
        <w:t>BREED NOTES</w:t>
      </w:r>
      <w:r>
        <w:br/>
      </w:r>
      <w:r>
        <w:rPr>
          <w:b w:val="0"/>
          <w:i w:val="0"/>
        </w:rPr>
        <w:br/>
        <w:t>REGULAR FEATURES</w:t>
      </w:r>
      <w:r>
        <w:br/>
      </w:r>
      <w:r>
        <w:rPr>
          <w:b w:val="0"/>
          <w:i w:val="0"/>
        </w:rPr>
        <w:br/>
        <w:t>NEWS</w:t>
      </w:r>
      <w:r>
        <w:br/>
      </w:r>
      <w:r>
        <w:rPr>
          <w:b w:val="0"/>
          <w:i w:val="0"/>
        </w:rPr>
        <w:br/>
        <w:t>going back to the beginning of the century.</w:t>
      </w:r>
      <w:r>
        <w:br/>
      </w:r>
      <w:r>
        <w:rPr>
          <w:b w:val="0"/>
          <w:i w:val="0"/>
        </w:rPr>
        <w:br/>
        <w:t>Show Reports are added daily to the website</w:t>
      </w:r>
      <w:r>
        <w:br/>
      </w:r>
      <w:r>
        <w:rPr>
          <w:b w:val="0"/>
          <w:i w:val="0"/>
        </w:rPr>
        <w:br/>
        <w:t>Page turning digital edition</w:t>
      </w:r>
      <w:r>
        <w:br/>
      </w:r>
      <w:r>
        <w:rPr>
          <w:b w:val="0"/>
          <w:i w:val="0"/>
        </w:rPr>
        <w:br/>
        <w:t>Plus much, much more!</w:t>
      </w:r>
    </w:p>
    <w:p>
      <w:r>
        <w:rPr>
          <w:b w:val="0"/>
          <w:i w:val="0"/>
        </w:rPr>
        <w:t>Buy an Issue</w:t>
      </w:r>
      <w:r>
        <w:br/>
      </w:r>
      <w:r>
        <w:rPr>
          <w:b w:val="0"/>
          <w:i w:val="0"/>
        </w:rPr>
        <w:br/>
        <w:t>Direct Debit</w:t>
      </w:r>
      <w:r>
        <w:br/>
      </w:r>
      <w:r>
        <w:rPr>
          <w:b w:val="0"/>
          <w:i w:val="0"/>
        </w:rPr>
        <w:br/>
        <w:t>Dual Subscription</w:t>
      </w:r>
      <w:r>
        <w:br/>
      </w:r>
      <w:r>
        <w:rPr>
          <w:b w:val="0"/>
          <w:i w:val="0"/>
        </w:rPr>
        <w:br/>
        <w:t>Pay Pal</w:t>
      </w:r>
      <w:r>
        <w:br/>
      </w:r>
      <w:r>
        <w:rPr>
          <w:b w:val="0"/>
          <w:i w:val="0"/>
        </w:rPr>
        <w:br/>
        <w:t>Shop</w:t>
      </w:r>
      <w:r>
        <w:br/>
      </w:r>
      <w:r>
        <w:rPr>
          <w:b w:val="0"/>
          <w:i w:val="0"/>
        </w:rPr>
        <w:br/>
        <w:t>Shop Home</w:t>
      </w:r>
      <w:r>
        <w:br/>
      </w:r>
      <w:r>
        <w:rPr>
          <w:b w:val="0"/>
          <w:i w:val="0"/>
        </w:rPr>
        <w:br/>
        <w:t>Breed Books</w:t>
      </w:r>
      <w:r>
        <w:br/>
      </w:r>
      <w:r>
        <w:rPr>
          <w:b w:val="0"/>
          <w:i w:val="0"/>
        </w:rPr>
        <w:br/>
        <w:t>General Books</w:t>
      </w:r>
      <w:r>
        <w:br/>
      </w:r>
      <w:r>
        <w:rPr>
          <w:b w:val="0"/>
          <w:i w:val="0"/>
        </w:rPr>
        <w:br/>
        <w:t>DVDs</w:t>
      </w:r>
      <w:r>
        <w:br/>
      </w:r>
      <w:r>
        <w:rPr>
          <w:b w:val="0"/>
          <w:i w:val="0"/>
        </w:rPr>
        <w:br/>
        <w:t>Annuals</w:t>
      </w:r>
      <w:r>
        <w:br/>
      </w:r>
      <w:r>
        <w:rPr>
          <w:b w:val="0"/>
          <w:i w:val="0"/>
        </w:rPr>
        <w:br/>
        <w:t>Show Calendar</w:t>
      </w:r>
      <w:r>
        <w:br/>
      </w:r>
      <w:r>
        <w:rPr>
          <w:b w:val="0"/>
          <w:i w:val="0"/>
        </w:rPr>
        <w:br/>
        <w:t>Champ Shows Index</w:t>
      </w:r>
      <w:r>
        <w:br/>
      </w:r>
      <w:r>
        <w:rPr>
          <w:b w:val="0"/>
          <w:i w:val="0"/>
        </w:rPr>
        <w:br/>
        <w:t>Show Dates</w:t>
      </w:r>
      <w:r>
        <w:br/>
      </w:r>
      <w:r>
        <w:rPr>
          <w:b w:val="0"/>
          <w:i w:val="0"/>
        </w:rPr>
        <w:br/>
        <w:t>Entries Closing</w:t>
      </w:r>
      <w:r>
        <w:br/>
      </w:r>
      <w:r>
        <w:rPr>
          <w:b w:val="0"/>
          <w:i w:val="0"/>
        </w:rPr>
        <w:br/>
        <w:t>Calendar</w:t>
      </w:r>
      <w:r>
        <w:br/>
      </w:r>
      <w:r>
        <w:rPr>
          <w:b w:val="0"/>
          <w:i w:val="0"/>
        </w:rPr>
        <w:br/>
        <w:t>International Shows</w:t>
      </w:r>
      <w:r>
        <w:br/>
      </w:r>
      <w:r>
        <w:rPr>
          <w:b w:val="0"/>
          <w:i w:val="0"/>
        </w:rPr>
        <w:br/>
        <w:t>Misc</w:t>
      </w:r>
      <w:r>
        <w:br/>
      </w:r>
      <w:r>
        <w:rPr>
          <w:b w:val="0"/>
          <w:i w:val="0"/>
        </w:rPr>
        <w:br/>
        <w:t>Facebook</w:t>
      </w:r>
      <w:r>
        <w:br/>
      </w:r>
      <w:r>
        <w:rPr>
          <w:b w:val="0"/>
          <w:i w:val="0"/>
        </w:rPr>
        <w:br/>
        <w:t>Twitter</w:t>
      </w:r>
      <w:r>
        <w:br/>
      </w:r>
      <w:r>
        <w:rPr>
          <w:b w:val="0"/>
          <w:i w:val="0"/>
        </w:rPr>
        <w:br/>
        <w:t>Contact Us</w:t>
      </w:r>
      <w:r>
        <w:br/>
      </w:r>
      <w:r>
        <w:rPr>
          <w:b w:val="0"/>
          <w:i w:val="0"/>
        </w:rPr>
        <w:br/>
        <w:t>Photgraphers</w:t>
      </w:r>
      <w:r>
        <w:br/>
      </w:r>
      <w:r>
        <w:rPr>
          <w:b w:val="0"/>
          <w:i w:val="0"/>
        </w:rPr>
        <w:br/>
        <w:t>Newsletter...</w:t>
      </w:r>
      <w:r>
        <w:br/>
      </w:r>
      <w:r>
        <w:rPr>
          <w:b w:val="0"/>
          <w:i w:val="0"/>
        </w:rPr>
        <w:br/>
        <w:t>Advertise</w:t>
      </w:r>
      <w:r>
        <w:br/>
      </w:r>
      <w:r>
        <w:rPr>
          <w:b w:val="0"/>
          <w:i w:val="0"/>
        </w:rPr>
        <w:br/>
        <w:t>Breed Features</w:t>
      </w:r>
      <w:r>
        <w:br/>
      </w:r>
      <w:r>
        <w:rPr>
          <w:b w:val="0"/>
          <w:i w:val="0"/>
        </w:rPr>
        <w:br/>
        <w:t>Trade Advertising</w:t>
      </w:r>
      <w:r>
        <w:br/>
      </w:r>
      <w:r>
        <w:rPr>
          <w:b w:val="0"/>
          <w:i w:val="0"/>
        </w:rPr>
        <w:br/>
        <w:t>Breeder Advertising</w:t>
      </w:r>
      <w:r>
        <w:br/>
      </w:r>
      <w:r>
        <w:rPr>
          <w:b w:val="0"/>
          <w:i w:val="0"/>
        </w:rPr>
        <w:br/>
        <w:t>Club Advertising</w:t>
      </w:r>
      <w:r>
        <w:br/>
      </w:r>
      <w:r>
        <w:rPr>
          <w:b w:val="0"/>
          <w:i w:val="0"/>
        </w:rPr>
        <w:br/>
        <w:t>Web Advertising</w:t>
      </w:r>
      <w:r>
        <w:br/>
      </w:r>
      <w:r>
        <w:rPr>
          <w:b w:val="0"/>
          <w:i w:val="0"/>
        </w:rPr>
        <w:br/>
        <w:t>Web Only</w:t>
      </w:r>
      <w:r>
        <w:br/>
      </w:r>
      <w:r>
        <w:rPr>
          <w:b w:val="0"/>
          <w:i w:val="0"/>
        </w:rPr>
        <w:br/>
        <w:t>Direct Debit</w:t>
      </w:r>
      <w:r>
        <w:br/>
      </w:r>
      <w:r>
        <w:rPr>
          <w:b w:val="0"/>
          <w:i w:val="0"/>
        </w:rPr>
        <w:br/>
        <w:t>Web + Paper</w:t>
      </w:r>
      <w:r>
        <w:br/>
      </w:r>
      <w:r>
        <w:rPr>
          <w:b w:val="0"/>
          <w:i w:val="0"/>
        </w:rPr>
        <w:br/>
        <w:t>Pay Pal</w:t>
      </w:r>
      <w:r>
        <w:br/>
      </w:r>
      <w:r>
        <w:rPr>
          <w:b w:val="0"/>
          <w:i w:val="0"/>
        </w:rPr>
        <w:br/>
        <w:t>Buy an issue</w:t>
      </w:r>
      <w:r>
        <w:br/>
      </w:r>
      <w:r>
        <w:rPr>
          <w:b w:val="0"/>
          <w:i w:val="0"/>
        </w:rPr>
        <w:br/>
        <w:t>Members Info</w:t>
      </w:r>
      <w:r>
        <w:br/>
      </w:r>
      <w:r>
        <w:rPr>
          <w:b w:val="0"/>
          <w:i w:val="0"/>
        </w:rPr>
        <w:br/>
        <w:t>Quick</w:t>
      </w:r>
      <w:r>
        <w:br/>
      </w:r>
      <w:r>
        <w:rPr>
          <w:b w:val="0"/>
          <w:i w:val="0"/>
        </w:rPr>
        <w:br/>
        <w:t>Members Index</w:t>
      </w:r>
      <w:r>
        <w:br/>
      </w:r>
      <w:r>
        <w:rPr>
          <w:b w:val="0"/>
          <w:i w:val="0"/>
        </w:rPr>
        <w:br/>
        <w:t>News Archive</w:t>
      </w:r>
      <w:r>
        <w:br/>
      </w:r>
      <w:r>
        <w:rPr>
          <w:b w:val="0"/>
          <w:i w:val="0"/>
        </w:rPr>
        <w:br/>
        <w:t>News</w:t>
      </w:r>
      <w:r>
        <w:br/>
      </w:r>
      <w:r>
        <w:rPr>
          <w:b w:val="0"/>
          <w:i w:val="0"/>
        </w:rPr>
        <w:br/>
        <w:t>Lost Password</w:t>
      </w:r>
      <w:r>
        <w:br/>
      </w:r>
      <w:r>
        <w:rPr>
          <w:b w:val="0"/>
          <w:i w:val="0"/>
        </w:rPr>
        <w:br/>
        <w:t>Facebook</w:t>
      </w:r>
      <w:r>
        <w:br/>
      </w:r>
      <w:r>
        <w:rPr>
          <w:b w:val="0"/>
          <w:i w:val="0"/>
        </w:rPr>
        <w:br/>
        <w:t>Twitter</w:t>
      </w:r>
      <w:r>
        <w:br/>
      </w:r>
      <w:r>
        <w:rPr>
          <w:b w:val="0"/>
          <w:i w:val="0"/>
        </w:rPr>
        <w:br/>
        <w:t>Vulnerable Breeds</w:t>
      </w:r>
      <w:r>
        <w:br/>
      </w:r>
      <w:r>
        <w:rPr>
          <w:b w:val="0"/>
          <w:i w:val="0"/>
        </w:rPr>
        <w:br/>
        <w:t>Our Dogs on the Road</w:t>
      </w:r>
      <w:r>
        <w:br/>
      </w:r>
      <w:r>
        <w:rPr>
          <w:b w:val="0"/>
          <w:i w:val="0"/>
        </w:rPr>
        <w:br/>
        <w:t>Our Dogs Ireland</w:t>
      </w:r>
      <w:r>
        <w:br/>
      </w:r>
      <w:r>
        <w:rPr>
          <w:b w:val="0"/>
          <w:i w:val="0"/>
        </w:rPr>
        <w:br/>
        <w:t>Our Dogs International</w:t>
      </w:r>
      <w:r>
        <w:br/>
      </w:r>
      <w:r>
        <w:rPr>
          <w:b w:val="0"/>
          <w:i w:val="0"/>
        </w:rPr>
        <w:br/>
        <w:t>More links</w:t>
      </w:r>
      <w:r>
        <w:br/>
      </w:r>
      <w:r>
        <w:rPr>
          <w:b w:val="0"/>
          <w:i w:val="0"/>
        </w:rPr>
        <w:br/>
        <w:t>Advertise</w:t>
      </w:r>
      <w:r>
        <w:br/>
      </w:r>
      <w:r>
        <w:rPr>
          <w:b w:val="0"/>
          <w:i w:val="0"/>
        </w:rPr>
        <w:br/>
        <w:t>Breed Note Writers</w:t>
      </w:r>
      <w:r>
        <w:br/>
      </w:r>
      <w:r>
        <w:rPr>
          <w:b w:val="0"/>
          <w:i w:val="0"/>
        </w:rPr>
        <w:br/>
        <w:t>Cookies</w:t>
      </w:r>
      <w:r>
        <w:br/>
      </w:r>
      <w:r>
        <w:rPr>
          <w:b w:val="0"/>
          <w:i w:val="0"/>
        </w:rPr>
        <w:br/>
        <w:t>Podcast</w:t>
      </w:r>
      <w:r>
        <w:br/>
      </w:r>
      <w:r>
        <w:rPr>
          <w:b w:val="0"/>
          <w:i w:val="0"/>
        </w:rPr>
        <w:br/>
        <w:t>Video</w:t>
      </w:r>
      <w:r>
        <w:br/>
      </w:r>
      <w:r>
        <w:rPr>
          <w:b w:val="0"/>
          <w:i w:val="0"/>
        </w:rPr>
        <w:br/>
        <w:t>Joking Aside</w:t>
      </w:r>
      <w:r>
        <w:br/>
      </w:r>
      <w:r>
        <w:rPr>
          <w:b w:val="0"/>
          <w:i w:val="0"/>
        </w:rPr>
        <w:br/>
        <w:t>Vulnerable Breeds - Leaders</w:t>
      </w:r>
      <w:r>
        <w:br/>
      </w:r>
      <w:r>
        <w:rPr>
          <w:b w:val="0"/>
          <w:i w:val="0"/>
        </w:rPr>
        <w:br/>
        <w:t>Web Directory</w:t>
      </w:r>
      <w:r>
        <w:br/>
      </w:r>
      <w:r>
        <w:rPr>
          <w:b w:val="0"/>
          <w:i w:val="0"/>
        </w:rPr>
        <w:br/>
        <w:t>Letters to the Editor</w:t>
      </w:r>
      <w:r>
        <w:br/>
      </w:r>
      <w:r>
        <w:rPr>
          <w:b w:val="0"/>
          <w:i w:val="0"/>
        </w:rPr>
        <w:br/>
        <w:t>Breeder Directory - Old</w:t>
      </w:r>
      <w:r>
        <w:br/>
      </w:r>
      <w:r>
        <w:rPr>
          <w:b w:val="0"/>
          <w:i w:val="0"/>
        </w:rPr>
        <w:br/>
        <w:t>Breeder Directory - New</w:t>
      </w:r>
      <w:r>
        <w:br/>
      </w:r>
      <w:r>
        <w:rPr>
          <w:b w:val="0"/>
          <w:i w:val="0"/>
        </w:rPr>
        <w:br/>
        <w:t>A-Z of Breeds</w:t>
      </w:r>
      <w:r>
        <w:br/>
      </w:r>
      <w:r>
        <w:rPr>
          <w:b w:val="0"/>
          <w:i w:val="0"/>
        </w:rPr>
        <w:br/>
        <w:t>Health</w:t>
      </w:r>
      <w:r>
        <w:br/>
      </w:r>
      <w:r>
        <w:rPr>
          <w:b w:val="0"/>
          <w:i w:val="0"/>
        </w:rPr>
        <w:br/>
        <w:t>Classified - Newspaper</w:t>
      </w:r>
      <w:r>
        <w:br/>
      </w:r>
      <w:r>
        <w:rPr>
          <w:b w:val="0"/>
          <w:i w:val="0"/>
        </w:rPr>
        <w:br/>
        <w:t>Classified - Web</w:t>
      </w:r>
      <w:r>
        <w:br/>
      </w:r>
      <w:r>
        <w:rPr>
          <w:b w:val="0"/>
          <w:i w:val="0"/>
        </w:rPr>
        <w:br/>
        <w:t>Show Photos</w:t>
      </w:r>
      <w:r>
        <w:br/>
      </w:r>
      <w:r>
        <w:rPr>
          <w:b w:val="0"/>
          <w:i w:val="0"/>
        </w:rPr>
        <w:br/>
        <w:t>Top Breeder Compeition</w:t>
      </w:r>
      <w:r>
        <w:br/>
      </w:r>
      <w:r>
        <w:rPr>
          <w:b w:val="0"/>
          <w:i w:val="0"/>
        </w:rPr>
        <w:br/>
        <w:t>Top Puppy Competition</w:t>
      </w:r>
      <w:r>
        <w:br/>
      </w:r>
      <w:r>
        <w:rPr>
          <w:b w:val="0"/>
          <w:i w:val="0"/>
        </w:rPr>
        <w:br/>
        <w:t>Sunday, September 13, 2026</w:t>
      </w:r>
    </w:p>
    <w:p>
      <w:r>
        <w:rPr>
          <w:b w:val="0"/>
          <w:i w:val="0"/>
        </w:rPr>
        <w:t>Search Breed:</w:t>
      </w:r>
      <w:r>
        <w:br/>
      </w:r>
      <w:r>
        <w:rPr>
          <w:b w:val="0"/>
          <w:i w:val="0"/>
        </w:rPr>
        <w:br/>
        <w:t>Adverts: 0161 709 4576 - Editorial: 0161 709 4571</w:t>
      </w:r>
      <w:r>
        <w:br/>
      </w:r>
      <w:r>
        <w:rPr>
          <w:b w:val="0"/>
          <w:i w:val="0"/>
        </w:rPr>
        <w:br/>
        <w:t>Mail Order: 0161 709 4578 - Subs: 0161 709 4575 - Webteam: 0161 709 4567</w:t>
      </w:r>
      <w:r>
        <w:br/>
      </w:r>
      <w:r>
        <w:rPr>
          <w:b w:val="0"/>
          <w:i w:val="0"/>
        </w:rPr>
        <w:br/>
        <w:t>RETRIEVER LABRADOR</w:t>
      </w:r>
    </w:p>
    <w:p>
      <w:r>
        <w:rPr>
          <w:b w:val="0"/>
          <w:i w:val="0"/>
        </w:rPr>
        <w:t>Good to read that some members of the Veterinary profession are now recommending a minimum three year interval between booster inoculations and that the practice of annual boosting will now, more than likely, become a thing of the past.</w:t>
      </w:r>
    </w:p>
    <w:p>
      <w:r>
        <w:rPr>
          <w:b w:val="0"/>
          <w:i w:val="0"/>
        </w:rPr>
        <w:t>Many questions have been raised regarding annual boosters following health problems, and even death, attributed to bad reactions to the booster, (usually within six weeks). Indeed the book published in 1997 by Catherine O’Driscoll “What Vets Don’t Tell You About Vaccines”, delves deep into the subject.</w:t>
      </w:r>
    </w:p>
    <w:p>
      <w:r>
        <w:rPr>
          <w:b w:val="0"/>
          <w:i w:val="0"/>
        </w:rPr>
        <w:t>It is good to see that seven years later, many Vets now concur with her concerns and a new three year vaccination policy is evolving for the benefit of our canine friends.</w:t>
      </w:r>
    </w:p>
    <w:p>
      <w:r>
        <w:rPr>
          <w:b w:val="0"/>
          <w:i w:val="0"/>
        </w:rPr>
        <w:t>Local Authorities, which at the moment are out of step and still insist that all dogs in boarding-kennels must have an annual booster, need to be persuaded to alter their requirements, thus the health of all dogs will benefit from this change of immunisation policy.</w:t>
      </w:r>
    </w:p>
    <w:p>
      <w:r>
        <w:rPr>
          <w:b w:val="0"/>
          <w:i w:val="0"/>
        </w:rPr>
        <w:t>Best wishes for a speedy recovery to Ann Sliney (Geltside), who has recently been in hospital.</w:t>
      </w:r>
    </w:p>
    <w:p>
      <w:r>
        <w:rPr>
          <w:b w:val="0"/>
          <w:i w:val="0"/>
        </w:rPr>
        <w:t>Many congratulations to Jenny Green on making up her first champion, and the first champion of 2004, at East Anglian Labrador Retriever Club Ch Show under Marjorie Satterthwaite. Jenny has consistently bred winning Labradors for a number of years and has won CCs and RCCs along the way with several top class animals, but sadly all too often the champion title just eluded her. With such good sportsmanship Jenny has carried on producing top notch exhibits and at last has achieved her goal and made up her first Thurbajens champion in the UK, the yellow home bred bitch Sh Ch. Thurbajens Super Suzie. Very well done indeed.</w:t>
      </w:r>
    </w:p>
    <w:p>
      <w:r>
        <w:rPr>
          <w:b w:val="0"/>
          <w:i w:val="0"/>
        </w:rPr>
        <w:t>The results of EALRC Ch show the day after Crufts, under judges Angela Williams (Dogs) and Marjorie Satterthwaite (Bitches) were reported by Jim Nolan, two weeks ago. To reiterate, they are Bitch CC and Best in Show, on the Referee Janet Cole’s decision - Jenny Green’s Thurbajens Super Suzie (Thurbajens Limited Offer JW x Thurbajens Cover Girl) Bitch RCC Richard and Susie Wiles Richborne Starlight. Dog CC - Barry and Margaret Rooth’s 11month old puppy, Greenworth Tony McCoy (Sh Ch Tapeatom Gadding Around at Sandylands x Emsal Queen Bee to Greenworth), notching up the first 2004 points for his sire in the Top Stud Dog Competition. Dog RCC John and Saudjie Crook’s black Am Ch Weathertop Storm Cloud.</w:t>
      </w:r>
    </w:p>
    <w:p>
      <w:r>
        <w:rPr>
          <w:b w:val="0"/>
          <w:i w:val="0"/>
        </w:rPr>
        <w:t>At Three Ridings Labrador Club Ch Show under judges Margaret Senior (Dogs) and Murray Armstrong (Bitches), the Bitch CC and Best in Show was won by Erica Jayes and Garner Anthony’s yellow Sh Ch Tapeatom Ginantonic at Sandylands. (Sh Ch Sandylands Gadabout x Tapeatom Shooting Star). The Bitch RCC was won by Felicity Leith Ross’s black, Pooles Memory of Tintagel Winds.</w:t>
      </w:r>
    </w:p>
    <w:p>
      <w:r>
        <w:rPr>
          <w:b w:val="0"/>
          <w:i w:val="0"/>
        </w:rPr>
        <w:t>In the Dog ring, Margaret Senior was awarding CCs for the first time. Coming out on top was the yellow of the Rawlinson family, Sh Ch Wilsbury Wildfire at Halshimoor JW (Rocheby Old Smokey x Wilsbury Sparklette) also winning more points for his sire, Rocheby Old Smokey in the Top Stud competition.</w:t>
      </w:r>
    </w:p>
    <w:p>
      <w:r>
        <w:rPr>
          <w:b w:val="0"/>
          <w:i w:val="0"/>
        </w:rPr>
        <w:t>The recently much feted Labrador, Crufts Gundog Group winner of 2004 from nearly 5000 Gundogs, Diana Downey Tulloch’s black, Sh Ch Tullochmohr Final Edition JW was awarded the RCC.</w:t>
      </w:r>
    </w:p>
    <w:p>
      <w:r>
        <w:rPr>
          <w:b w:val="0"/>
          <w:i w:val="0"/>
        </w:rPr>
        <w:t>Audrey Hallum has had a horrible time recently with the death of not one, but two of her dogs within days of each other, at no great age. She writes “Thank you, to all who have supported me at home and at Crufts following the unexpected loss of two of my beloved dogs within the space of just one week. It was a heartbreaking period and I have gathered considerable comfort from the thoughtful people who spoke to me personally and sent cards, flowers and letters, including a most fitting poem. My thanks to you all”.</w:t>
      </w:r>
    </w:p>
    <w:p>
      <w:r>
        <w:rPr>
          <w:b w:val="0"/>
          <w:i w:val="0"/>
        </w:rPr>
        <w:t>Ann Britton</w:t>
      </w:r>
      <w:r>
        <w:br/>
      </w:r>
      <w:r>
        <w:rPr>
          <w:b w:val="0"/>
          <w:i w:val="0"/>
        </w:rPr>
        <w:br/>
        <w:t>01989 720665</w:t>
      </w:r>
      <w:r>
        <w:br/>
      </w:r>
      <w:r>
        <w:rPr>
          <w:b w:val="0"/>
          <w:i w:val="0"/>
        </w:rPr>
        <w:br/>
        <w:t>bowstones@btinternet.com</w:t>
      </w:r>
    </w:p>
    <w:p>
      <w:r>
        <w:rPr>
          <w:b w:val="0"/>
          <w:i w:val="0"/>
        </w:rPr>
        <w:t>OUR DOGS</w:t>
      </w:r>
      <w:r>
        <w:br/>
      </w:r>
      <w:r>
        <w:rPr>
          <w:b w:val="0"/>
          <w:i w:val="0"/>
        </w:rPr>
        <w:br/>
        <w:t>Northwood House</w:t>
      </w:r>
      <w:r>
        <w:br/>
      </w:r>
      <w:r>
        <w:rPr>
          <w:b w:val="0"/>
          <w:i w:val="0"/>
        </w:rPr>
        <w:br/>
        <w:t>Greenwood Business Centre</w:t>
      </w:r>
      <w:r>
        <w:br/>
      </w:r>
      <w:r>
        <w:rPr>
          <w:b w:val="0"/>
          <w:i w:val="0"/>
        </w:rPr>
        <w:br/>
        <w:t>Regent Road</w:t>
      </w:r>
      <w:r>
        <w:br/>
      </w:r>
      <w:r>
        <w:rPr>
          <w:b w:val="0"/>
          <w:i w:val="0"/>
        </w:rPr>
        <w:br/>
        <w:t>Salford</w:t>
      </w:r>
      <w:r>
        <w:br/>
      </w:r>
      <w:r>
        <w:rPr>
          <w:b w:val="0"/>
          <w:i w:val="0"/>
        </w:rPr>
        <w:br/>
        <w:t>M5 4QH</w:t>
      </w:r>
      <w:r>
        <w:br/>
      </w:r>
      <w:r>
        <w:rPr>
          <w:b w:val="0"/>
          <w:i w:val="0"/>
        </w:rPr>
        <w:br/>
        <w:t>Tel: 0161 709 4576</w:t>
      </w:r>
    </w:p>
    <w:p>
      <w:r>
        <w:rPr>
          <w:b w:val="0"/>
          <w:i w:val="0"/>
        </w:rPr>
        <w:t>THE OUR DOGS WEBSITE</w:t>
      </w:r>
      <w:r>
        <w:br/>
      </w:r>
      <w:r>
        <w:rPr>
          <w:b w:val="0"/>
          <w:i w:val="0"/>
        </w:rPr>
        <w:br/>
        <w:t>is hosted by Resolution Computers</w:t>
      </w:r>
      <w:r>
        <w:br/>
      </w:r>
      <w:r>
        <w:rPr>
          <w:b w:val="0"/>
          <w:i w:val="0"/>
        </w:rPr>
        <w:br/>
        <w:t>For professional website design and hosting,</w:t>
      </w:r>
      <w:r>
        <w:br/>
      </w:r>
      <w:r>
        <w:rPr>
          <w:b w:val="0"/>
          <w:i w:val="0"/>
        </w:rPr>
        <w:br/>
        <w:t>Tel: 0783 667 9594</w:t>
      </w:r>
      <w:r>
        <w:br/>
      </w:r>
      <w:r>
        <w:rPr>
          <w:b w:val="0"/>
          <w:i w:val="0"/>
        </w:rPr>
        <w:br/>
        <w:t>Website: www.rescomp.net</w:t>
      </w:r>
    </w:p>
    <w:p>
      <w:r>
        <w:rPr>
          <w:b w:val="0"/>
          <w:i w:val="0"/>
        </w:rPr>
        <w:t>THE OUR DOGS WEBSITE was designed &amp; is updated</w:t>
      </w:r>
      <w:r>
        <w:br/>
      </w:r>
      <w:r>
        <w:rPr>
          <w:b w:val="0"/>
          <w:i w:val="0"/>
        </w:rPr>
        <w:br/>
        <w:t>by Adam Williams, the Our Dogs webmaster</w:t>
      </w:r>
      <w:r>
        <w:br/>
      </w:r>
      <w:r>
        <w:rPr>
          <w:b w:val="0"/>
          <w:i w:val="0"/>
        </w:rPr>
        <w:br/>
        <w:t>&amp; Chris Hogan, web development</w:t>
      </w:r>
      <w:r>
        <w:br/>
      </w:r>
      <w:r>
        <w:rPr>
          <w:b w:val="0"/>
          <w:i w:val="0"/>
        </w:rPr>
        <w:br/>
        <w:t>Contact: webmaster@ourdogs.co.uk</w:t>
      </w:r>
    </w:p>
    <w:p>
      <w:r>
        <w:rPr>
          <w:b w:val="0"/>
          <w:i w:val="0"/>
        </w:rPr>
        <w:t>© Our Dogs Publishing</w:t>
      </w:r>
      <w:r>
        <w:br/>
      </w:r>
      <w:r>
        <w:rPr>
          <w:b w:val="0"/>
          <w:i w:val="0"/>
        </w:rPr>
        <w:br/>
        <w:t>webmaster@ourdogs.co.uk</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