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May 2007"</w:t>
      </w:r>
      <w:r>
        <w:br/>
      </w:r>
      <w:r>
        <w:rPr>
          <w:b w:val="0"/>
          <w:i w:val="0"/>
        </w:rPr>
        <w:br/>
        <w:t>date_original: "18 May 2007"</w:t>
      </w:r>
      <w:r>
        <w:br/>
      </w:r>
      <w:r>
        <w:rPr>
          <w:b w:val="0"/>
          <w:i w:val="0"/>
        </w:rPr>
        <w:br/>
        <w:t>source_url: "https://www.ourdogs.co.uk/members/breednotes/2007/RetrieverLabrador/RetrieverLabrador-may18.htm"</w:t>
      </w:r>
      <w:r>
        <w:br/>
      </w:r>
      <w:r>
        <w:rPr>
          <w:b w:val="0"/>
          <w:i w:val="0"/>
        </w:rPr>
        <w:br/>
        <w:t>archive_type: "static_html"</w:t>
      </w:r>
      <w:r>
        <w:br/>
      </w:r>
      <w:r>
        <w:rPr>
          <w:b w:val="0"/>
          <w:i w:val="0"/>
        </w:rPr>
        <w:br/>
        <w:t>scraped_at: "2026-09-13T22:07:55"</w:t>
      </w:r>
      <w:r>
        <w:br/>
      </w:r>
      <w:r>
        <w:rPr>
          <w:b w:val="0"/>
          <w:i w:val="0"/>
        </w:rPr>
        <w:br/>
        <w:t>word_count: 1102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Labrador Club of Northern Ireland Ch Show on Sat 5th May at the Olympia Leisure Centre in Belfast, under judge Pat Harrison, the DCC &amp; BIS from an entry of 125 dogs and bitches, was the black dog owned by Lynda and Derek Miles, Sh Ch Llanstinan Llewellyn JW (Sh Ch Rockabee Blue Peter of Sandylands x Susan Said So of Llanstinan) winning his 4th CC on the day.</w:t>
      </w:r>
      <w:r>
        <w:br/>
      </w:r>
      <w:r>
        <w:rPr>
          <w:b w:val="0"/>
          <w:i w:val="0"/>
        </w:rPr>
        <w:br/>
        <w:t>The Dog RCC was won by Dr Margaret Wood’s black, Ir Sh Ch Dolafon Kestrel of Coleg JW (SH CH Lymelyn Cormorant of Coleg ex Seatallan Inkberry of Zany) who went RBIS.</w:t>
      </w:r>
    </w:p>
    <w:p>
      <w:r>
        <w:rPr>
          <w:b w:val="0"/>
          <w:i w:val="0"/>
        </w:rPr>
        <w:t>Another who had an excellent day at the same show was Leigh Lesley, who after a series of RCCs, was thrilled to win the crowning third CC with her five year old black bitch, Steeleigh Star Performer JW (Ch Keenes Seafarers Star x Steeleigh Worth the Wait JW). Her previous CCs were awarded by Dave Wilmshurst at LKA in 2003 where she went Best of Breed, and at the Labrador Club of Scotland in 2006 where she went Best in Show under Audrey Hayward (B) and Isobel Key (D). She won the RCC at Midland Counties Lab Club only last month. Star Performer (Georgia) is Leigh’s first show champion, a result of many years of dedication to the breed. She is the third Labrador show champion to be made up this year. Many congratulations, I expect the ferry journey home seemed more like a hovercraft trip on the calmest of days.</w:t>
      </w:r>
    </w:p>
    <w:p>
      <w:r>
        <w:rPr>
          <w:b w:val="0"/>
          <w:i w:val="0"/>
        </w:rPr>
        <w:t>The Bitch RCC was won by Williams and Revitt's black, Jimdi Nora Batty JW (Linchris Toffee Rolo at Eromdop ex Jimdi Sweet Floela).</w:t>
      </w:r>
    </w:p>
    <w:p>
      <w:r>
        <w:rPr>
          <w:b w:val="0"/>
          <w:i w:val="0"/>
        </w:rPr>
        <w:t>Best Puppy in Show was Christine Hooper‚s black dog Balchrist Classic Edition (Sh Ch Tullochmohr Final Edition x Lymelyn Twice as Nice at Balchrist).</w:t>
      </w:r>
    </w:p>
    <w:p>
      <w:r>
        <w:rPr>
          <w:b w:val="0"/>
          <w:i w:val="0"/>
        </w:rPr>
        <w:t>Mary Hughes, Secretary of the Lab Club of Northern Ireland and the club committee would like to thank all the exhibitors who attended this year’s show. The venue is easily accessed from the ferry terminals in N.Ireland and Rep.of Ireland. Hopefully, next year even more exhibitors will take advantage of the reduced ferry rates and attend this annual event where a warm welcome will always be assured.</w:t>
      </w:r>
    </w:p>
    <w:p>
      <w:r>
        <w:rPr>
          <w:b w:val="0"/>
          <w:i w:val="0"/>
        </w:rPr>
        <w:t>Margaret Barker, Secretary, Labrador Retriever Club of Wales kindly sent news of the club’s recent Open Show. Margaret writes ‘The Labrador Retriever Club of Wales Open Show was held on May 5th at Penyrheol Community Centre, Caerphilly. 72 dogs made 94 entries for judge Mrs. Sue Faulkner (Lewisan). The absentee rate was pleasingly low. Best Dog and Best in Show was Mrs. P. Davies's Chocolate, Holmajor</w:t>
      </w:r>
    </w:p>
    <w:p>
      <w:r>
        <w:rPr>
          <w:b w:val="0"/>
          <w:i w:val="0"/>
        </w:rPr>
        <w:t>Flame, with Reserve Best in Show going to the Best Bitch, Mr. &amp; Mrs. P. Collins's Yellow, Warringah's Tarka By Kaspair. Best Puppy in Show was Mr. &amp; Mrs. G. Howells's eight and a half month old Yellow Dog, Brynseion What About Me.’</w:t>
      </w:r>
    </w:p>
    <w:p>
      <w:r>
        <w:rPr>
          <w:b w:val="0"/>
          <w:i w:val="0"/>
        </w:rPr>
        <w:t>We had a great outing to Badminton Horse trials recently. During the day, there was a wonderful parade of the top event stallions, which are currently standing at stud around the country. They were magnificent creatures, standing around 16 hands, so well made with terrific arched necks, strong bodies and tremendous quarters; so fit, and moving with such precision and power. The commentary was very interesting and gave out the details of each stallion, one by one; their breeding, their wins and the financial wins of their progeny, which in some cases was huge. We were truly surprised to hear that the stud fee for most of these lovely stallions was a mere £500, hardly much more than a Labrador fee, and with horses its no foal, no fee!</w:t>
      </w:r>
      <w:r>
        <w:br/>
      </w:r>
      <w:r>
        <w:rPr>
          <w:b w:val="0"/>
          <w:i w:val="0"/>
        </w:rPr>
        <w:br/>
        <w:t>Thanks to the reader who sent in the following tailpiece -</w:t>
      </w:r>
    </w:p>
    <w:p>
      <w:r>
        <w:rPr>
          <w:b w:val="0"/>
          <w:i w:val="0"/>
        </w:rPr>
        <w:t>From a Dog's Daily Diary</w:t>
      </w:r>
      <w:r>
        <w:br/>
      </w:r>
      <w:r>
        <w:rPr>
          <w:b w:val="0"/>
          <w:i w:val="0"/>
        </w:rPr>
        <w:br/>
        <w:t>8:00 am - Dog food! My favourite thing!</w:t>
      </w:r>
      <w:r>
        <w:br/>
      </w:r>
      <w:r>
        <w:rPr>
          <w:b w:val="0"/>
          <w:i w:val="0"/>
        </w:rPr>
        <w:br/>
        <w:t>9:30 am - A car ride! My favourite thing!</w:t>
      </w:r>
      <w:r>
        <w:br/>
      </w:r>
      <w:r>
        <w:rPr>
          <w:b w:val="0"/>
          <w:i w:val="0"/>
        </w:rPr>
        <w:br/>
        <w:t>9:40 am - A walk in the park! My favourite thing!</w:t>
      </w:r>
      <w:r>
        <w:br/>
      </w:r>
      <w:r>
        <w:rPr>
          <w:b w:val="0"/>
          <w:i w:val="0"/>
        </w:rPr>
        <w:br/>
        <w:t>10:30 am - Got rubbed and petted! My favourite thing!</w:t>
      </w:r>
      <w:r>
        <w:br/>
      </w:r>
      <w:r>
        <w:rPr>
          <w:b w:val="0"/>
          <w:i w:val="0"/>
        </w:rPr>
        <w:br/>
        <w:t>12:00 noon - Lunch! My favourite thing!</w:t>
      </w:r>
      <w:r>
        <w:br/>
      </w:r>
      <w:r>
        <w:rPr>
          <w:b w:val="0"/>
          <w:i w:val="0"/>
        </w:rPr>
        <w:br/>
        <w:t>1:00 pm - Played in the garden My favourite thing!</w:t>
      </w:r>
      <w:r>
        <w:br/>
      </w:r>
      <w:r>
        <w:rPr>
          <w:b w:val="0"/>
          <w:i w:val="0"/>
        </w:rPr>
        <w:br/>
        <w:t>3:00 pm - Wagged my tail! My favourite thing!</w:t>
      </w:r>
      <w:r>
        <w:br/>
      </w:r>
      <w:r>
        <w:rPr>
          <w:b w:val="0"/>
          <w:i w:val="0"/>
        </w:rPr>
        <w:br/>
        <w:t>5:00 pm - Chewed bones! My favourite thing!</w:t>
      </w:r>
      <w:r>
        <w:br/>
      </w:r>
      <w:r>
        <w:rPr>
          <w:b w:val="0"/>
          <w:i w:val="0"/>
        </w:rPr>
        <w:br/>
        <w:t>7:00 pm - Got to play ball! My favourite thing!</w:t>
      </w:r>
      <w:r>
        <w:br/>
      </w:r>
      <w:r>
        <w:rPr>
          <w:b w:val="0"/>
          <w:i w:val="0"/>
        </w:rPr>
        <w:br/>
        <w:t>8:00 pm - Wow! Watched TV with the family! My favourite thing!</w:t>
      </w:r>
      <w:r>
        <w:br/>
      </w:r>
      <w:r>
        <w:rPr>
          <w:b w:val="0"/>
          <w:i w:val="0"/>
        </w:rPr>
        <w:br/>
        <w:t>11:00 pm - Sleeping on the bed! My favourite thing!</w:t>
      </w:r>
      <w:r>
        <w:br/>
      </w:r>
      <w:r>
        <w:rPr>
          <w:b w:val="0"/>
          <w:i w:val="0"/>
        </w:rPr>
        <w:br/>
        <w:t>Say no more. Its obviously a comfortable Labrador!</w:t>
      </w:r>
      <w:r>
        <w:br/>
      </w:r>
      <w:r>
        <w:rPr>
          <w:b w:val="0"/>
          <w:i w:val="0"/>
        </w:rPr>
        <w:br/>
        <w:t>Ann Britton</w:t>
      </w:r>
      <w:r>
        <w:br/>
      </w:r>
      <w:r>
        <w:rPr>
          <w:b w:val="0"/>
          <w:i w:val="0"/>
        </w:rPr>
        <w:br/>
        <w:t>01989 720 665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