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- 17/02/2012"</w:t>
      </w:r>
      <w:r>
        <w:br/>
      </w:r>
      <w:r>
        <w:rPr>
          <w:b w:val="0"/>
          <w:i w:val="0"/>
        </w:rPr>
        <w:br/>
        <w:t>date_original: "17/02/2012"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"2026-09-13T22:46:54"</w:t>
      </w:r>
      <w:r>
        <w:br/>
      </w:r>
      <w:r>
        <w:rPr>
          <w:b w:val="0"/>
          <w:i w:val="0"/>
        </w:rPr>
        <w:br/>
        <w:t>word_count: 1166</w:t>
      </w:r>
    </w:p>
    <w:p>
      <w:r>
        <w:t>――――――――――――――――――――――――――――――</w:t>
      </w:r>
    </w:p>
    <w:p>
      <w:r>
        <w:rPr>
          <w:b w:val="0"/>
          <w:i w:val="0"/>
        </w:rPr>
        <w:t>NEWS MEMBERS' AREA SHOP SUBSCRIBE UPCOMING SHOWS MORE</w:t>
      </w:r>
    </w:p>
    <w:p>
      <w:r>
        <w:rPr>
          <w:b w:val="0"/>
          <w:i w:val="0"/>
        </w:rPr>
        <w:t>RETRIEVER LABRADOR</w:t>
      </w:r>
    </w:p>
    <w:p>
      <w:r>
        <w:rPr>
          <w:b w:val="0"/>
          <w:i w:val="0"/>
        </w:rPr>
        <w:t>Issue: 17/02/2012</w:t>
      </w:r>
    </w:p>
    <w:p>
      <w:r>
        <w:rPr>
          <w:b w:val="0"/>
          <w:i w:val="0"/>
        </w:rPr>
        <w:t>Ahhh. What comes when the snow and frost disappear? The mud!! Beloved of chasing Labradors; clods of the wet sticky stuff flying high into the air as they gallop past, enjoying freedom and getting dirtier and dirtier.</w:t>
      </w:r>
    </w:p>
    <w:p>
      <w:r>
        <w:rPr>
          <w:b w:val="0"/>
          <w:i w:val="0"/>
        </w:rPr>
        <w:t>For those who still have the snow and frost, enjoy its firmness and pristine crispy whiteness whilst it lasts . It wont be there for long! You will soon be able to enjoy black muddy walls again.</w:t>
      </w:r>
    </w:p>
    <w:p>
      <w:r>
        <w:rPr>
          <w:b w:val="0"/>
          <w:i w:val="0"/>
        </w:rPr>
        <w:t>Cotswold and Wyevern Labrador Club held their enjoyable friendly Open Show at Norton Village Hall near Worcester. The highlight of the show (as well as the judging) is always the tasty hot lunch including pudding for just Â£3, nobly prepared by Erica Jayes, Peter and Jane Palmer and their band of committee helpers.</w:t>
      </w:r>
    </w:p>
    <w:p>
      <w:r>
        <w:rPr>
          <w:b w:val="0"/>
          <w:i w:val="0"/>
        </w:rPr>
        <w:t>Norton is a good doggy venue being just a couple of miles off the M5 motorway and therefore easily accessible.</w:t>
      </w:r>
    </w:p>
    <w:p>
      <w:r>
        <w:rPr>
          <w:b w:val="0"/>
          <w:i w:val="0"/>
        </w:rPr>
        <w:t>There was a good paper entry of 127 dogs and bitches for Richard Bott to go over, but sadly the snowy wintry weather in the north and east of England and the heavily frosted roads around Worcestershire put many off risking the journey; in the end there were about 65 dogs present. The Hodge family swept the board with their blacks and won Best in Show with Sh Ch Naiken Xclusive Dream JW in gleaming full coat ,RBIS with  Lindall Nadia at Naiken JW  and Best Opposite Sex with Sh Ch Naiken Quincy JW. Best Puppy in Show was Mr and Mrs Thorpes yellow dog, Taphs Tango.</w:t>
      </w:r>
    </w:p>
    <w:p>
      <w:r>
        <w:rPr>
          <w:b w:val="0"/>
          <w:i w:val="0"/>
        </w:rPr>
        <w:t>Kent Surrey and Sussex Lab Club are hosting the two forthcoming back to back Championship on March 31st and April 1st. Secretary Alison Scutcher writes with details of the Social event at the end of the first day. "KSSLRC Buffet/Disco Social Evening 2012. The Club is arranging a social evening on Saturday March 31st 2012.</w:t>
      </w:r>
    </w:p>
    <w:p>
      <w:r>
        <w:rPr>
          <w:b w:val="0"/>
          <w:i w:val="0"/>
        </w:rPr>
        <w:t>The invitation to this event is open to all Club Members and their friends and families.  It will be a Disco/Buffet to be held at Thistle Hotel, Brands Hatch, DA3 8PE (Brands Hatch, Main Entrance off A120). Commencing 7.30pm.</w:t>
      </w:r>
    </w:p>
    <w:p>
      <w:r>
        <w:rPr>
          <w:b w:val="0"/>
          <w:i w:val="0"/>
        </w:rPr>
        <w:t>Tickets will be Â£15 per adult and Â£8 children under 10. The buffet is a hot and cold fork buffet. Below is a sample menu:</w:t>
      </w:r>
    </w:p>
    <w:p>
      <w:r>
        <w:rPr>
          <w:b w:val="0"/>
          <w:i w:val="0"/>
        </w:rPr>
        <w:t>lCaesar Salad</w:t>
      </w:r>
    </w:p>
    <w:p>
      <w:r>
        <w:rPr>
          <w:b w:val="0"/>
          <w:i w:val="0"/>
        </w:rPr>
        <w:t>lAssorted filled wraps</w:t>
      </w:r>
    </w:p>
    <w:p>
      <w:r>
        <w:rPr>
          <w:b w:val="0"/>
          <w:i w:val="0"/>
        </w:rPr>
        <w:t>lTagliatelli with Pesto and Parmesan Shavings</w:t>
      </w:r>
    </w:p>
    <w:p>
      <w:r>
        <w:rPr>
          <w:b w:val="0"/>
          <w:i w:val="0"/>
        </w:rPr>
        <w:t>lBaked Salmon and Stir Fried vegetables</w:t>
      </w:r>
    </w:p>
    <w:p>
      <w:r>
        <w:rPr>
          <w:b w:val="0"/>
          <w:i w:val="0"/>
        </w:rPr>
        <w:t>lBreaded Chicken Fillets with Garlic Mashed Potatoes</w:t>
      </w:r>
    </w:p>
    <w:p>
      <w:r>
        <w:rPr>
          <w:b w:val="0"/>
          <w:i w:val="0"/>
        </w:rPr>
        <w:t>lSliced Fruit Platter</w:t>
      </w:r>
    </w:p>
    <w:p>
      <w:r>
        <w:rPr>
          <w:b w:val="0"/>
          <w:i w:val="0"/>
        </w:rPr>
        <w:t>lAssorted Desserts.</w:t>
      </w:r>
    </w:p>
    <w:p>
      <w:r>
        <w:rPr>
          <w:b w:val="0"/>
          <w:i w:val="0"/>
        </w:rPr>
        <w:t>As we have not had a Club Social Evening for some years we hope Members will all support the Club and come along and enjoy themselves!  Orders for tickets to Dale Elliott - e.mail:  keith-elliott@hotmail.com  or Tel: 01375 675363. Money with orders please, (cheques payable to KSSLRC) and tickets will be sent out to you."</w:t>
      </w:r>
    </w:p>
    <w:p>
      <w:r>
        <w:rPr>
          <w:b w:val="0"/>
          <w:i w:val="0"/>
        </w:rPr>
        <w:t>I recently wrote about the success of ultrasound treatment on my stretched Achilles tendon and whether ultrasound worked on dogs too, and if so, was it used much.</w:t>
      </w:r>
    </w:p>
    <w:p>
      <w:r>
        <w:rPr>
          <w:b w:val="0"/>
          <w:i w:val="0"/>
        </w:rPr>
        <w:t>Many thanks to Maureen Rees, specialist in the workings of the human and canine frames who replied "Yes, ultra sound works beautifully on dogs, although because of the coupling gel it is a bit messy, especially with the long haired breeds. Some people shave the area but I don't, preferring to get the owner to wash the area when they get home if necessary. The gel is water soluble".</w:t>
      </w:r>
    </w:p>
    <w:p>
      <w:r>
        <w:rPr>
          <w:b w:val="0"/>
          <w:i w:val="0"/>
        </w:rPr>
        <w:t>Maureen went on to also extol the virtues of laser treatment on dogs. This she finds equally good or better than ultrasound The only downside of the initial equipment she hired was that she and the dog had to wear special goggles and looked a hilarious pair.!! She now has a different laser machine, which does not require the use of the goggles any more. Sounds like a plus point!</w:t>
      </w:r>
    </w:p>
    <w:p>
      <w:r>
        <w:rPr>
          <w:b w:val="0"/>
          <w:i w:val="0"/>
        </w:rPr>
        <w:t>Following a request from the Paignton &amp; District Fanciers Association for a change to the date of its Championship dog show, the Kennel Club has agreed to allow it to move its 2012 show, with a decision on 2013 kept pending for the time being.</w:t>
      </w:r>
    </w:p>
    <w:p>
      <w:r>
        <w:rPr>
          <w:b w:val="0"/>
          <w:i w:val="0"/>
        </w:rPr>
        <w:t>The new dates of the 2012 Paignton show are as follows: Sunday 5th August - Gundogs, Monday 6th August - Pastoral &amp; Working, Tuesday 7th August - Utility &amp; Terrier, Wednesday 8th August - Hound &amp; Toy.</w:t>
      </w:r>
    </w:p>
    <w:p>
      <w:r>
        <w:rPr>
          <w:b w:val="0"/>
          <w:i w:val="0"/>
        </w:rPr>
        <w:t>Gundog Day is the very day after the extremely popular National Gundog Championship show held at Malvern. It will be interesting to see what effect this change of date has on the entry numbers of both events in such a busy time in the showing year.</w:t>
      </w:r>
    </w:p>
    <w:p>
      <w:r>
        <w:rPr>
          <w:b w:val="0"/>
          <w:i w:val="0"/>
        </w:rPr>
        <w:t>There was a brilliant interview on Chris Evans Friday night "The One Show" a couple of weeks ago, with an orthapaedic Vet who specialises in  life saving joint replacements for cats, dogs and other mammals .</w:t>
      </w:r>
    </w:p>
    <w:p>
      <w:r>
        <w:rPr>
          <w:b w:val="0"/>
          <w:i w:val="0"/>
        </w:rPr>
        <w:t>With him on the show was a most friendly, happy, waggy black Labrador who one year ago had suffered severe bone cancer in the upper part of his foreleg. The cancer was extremely bad and the dog was in great pain and would normally have had to be put to sleep; without treatment, the cancer eventually spreading throughout the whole of his body.</w:t>
      </w:r>
    </w:p>
    <w:p>
      <w:r>
        <w:rPr>
          <w:b w:val="0"/>
          <w:i w:val="0"/>
        </w:rPr>
        <w:t>However, on screen was a happy healthy dog and the Vet narrated how he had restored painless movement and many more years of life to this lucky Labrador.</w:t>
      </w:r>
    </w:p>
    <w:p>
      <w:r>
        <w:rPr>
          <w:b w:val="0"/>
          <w:i w:val="0"/>
        </w:rPr>
        <w:t>To start with, the Vet had completely removed in one piece the lower leg, which he carefully stored as eventually it was going to be reattached to an implant. He  had then completely cut severed, top and bottom,  the whole 3 inch length of cancerous bone from the upper leg.</w:t>
      </w:r>
    </w:p>
    <w:p>
      <w:r>
        <w:rPr>
          <w:b w:val="0"/>
          <w:i w:val="0"/>
        </w:rPr>
        <w:t>A 100% metal leg bone was then constructed, exactly the same length as the cancerous part of the upper leg which he had removed. This metal leg was then attached on to the upper leg stump. Finally, the dogs own lower leg and foot were reconnected onto this metal bone.</w:t>
      </w:r>
    </w:p>
    <w:p>
      <w:r>
        <w:rPr>
          <w:b w:val="0"/>
          <w:i w:val="0"/>
        </w:rPr>
        <w:t>Eventually over the weeks and months all the living tissues grew over the metal of the false implant and after twelve months a fully working leg was restored.</w:t>
      </w:r>
    </w:p>
    <w:p>
      <w:r>
        <w:rPr>
          <w:b w:val="0"/>
          <w:i w:val="0"/>
        </w:rPr>
        <w:t>It was remarkable (I  hope you can understand my tortuous description). The dogs life has been saved and the dog is pain free, extremely happy and can walk. There is great excitement that this process could perhaps be used in humans as well as dogs and cats at some date in the future; a remarkable operation, which will bring hope to so many.</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