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- 12/04/2024 - ISSUE"</w:t>
      </w:r>
      <w:r>
        <w:br/>
      </w:r>
      <w:r>
        <w:rPr>
          <w:b w:val="0"/>
          <w:i w:val="0"/>
        </w:rPr>
        <w:br/>
        <w:t>date_original: "12/04/2024 - ISSUE"</w:t>
      </w:r>
      <w:r>
        <w:br/>
      </w:r>
      <w:r>
        <w:rPr>
          <w:b w:val="0"/>
          <w:i w:val="0"/>
        </w:rPr>
        <w:br/>
        <w:t>source_url: "https://www.ourdogs.co.uk/members/breednotes/RetrieverLabradorMain.php"</w:t>
      </w:r>
      <w:r>
        <w:br/>
      </w:r>
      <w:r>
        <w:rPr>
          <w:b w:val="0"/>
          <w:i w:val="0"/>
        </w:rPr>
        <w:br/>
        <w:t>scraped_at: "2026-09-13T15:08:26"</w:t>
      </w:r>
      <w:r>
        <w:br/>
      </w:r>
      <w:r>
        <w:rPr>
          <w:b w:val="0"/>
          <w:i w:val="0"/>
        </w:rPr>
        <w:br/>
        <w:t>word_count: 1073</w:t>
      </w:r>
    </w:p>
    <w:p>
      <w:r>
        <w:t>――――――――――――――――――――――――――――――</w:t>
      </w:r>
    </w:p>
    <w:p>
      <w:r>
        <w:rPr>
          <w:b w:val="0"/>
          <w:i w:val="0"/>
        </w:rPr>
        <w:t>NEWS MEMBERS' AREA SHOP SUBSCRIBE UPCOMING SHOWS MORE</w:t>
      </w:r>
    </w:p>
    <w:p>
      <w:r>
        <w:rPr>
          <w:b w:val="0"/>
          <w:i w:val="0"/>
        </w:rPr>
        <w:t>RETRIEVER LABRADOR</w:t>
      </w:r>
    </w:p>
    <w:p>
      <w:r>
        <w:rPr>
          <w:b w:val="0"/>
          <w:i w:val="0"/>
        </w:rPr>
        <w:t>Issue: 12/04/2024</w:t>
      </w:r>
    </w:p>
    <w:p>
      <w:r>
        <w:rPr>
          <w:b w:val="0"/>
          <w:i w:val="0"/>
        </w:rPr>
        <w:t xml:space="preserve">I am so sorry to have missed the boat with last weeks breed notes. I forgot it was Easter. The notes were written but needed to be in early for the holiday. </w:t>
      </w:r>
    </w:p>
    <w:p>
      <w:r>
        <w:rPr>
          <w:b w:val="0"/>
          <w:i w:val="0"/>
        </w:rPr>
        <w:t xml:space="preserve">The never-ending rain continues pretty much one day to the next. Someone told me locally that we have had only nine completely dry days since the beginning of October 2023. My normally well established lawns on sturdy clay subsoil have turned into bogs and most annoyingly the dogs have found their wonderful daily entertainment is nose- digging in never ending water-filled holes they have created in the newly established wall to wall garden bog and mud. Louis the Black Labrador comes into the house looking all innocence, but sadly he gives the game away as how can you be innocent of nose digging, if youâ€™re a black Labrador with a non breed standard terracotta clay covered nose? Another annoyance with all the mud, the dogs donâ€™t seem to be able to come through the back door, without treading on my black shoes so the shoes too are terracotta mud coloured like the splashed walls and floors. </w:t>
      </w:r>
    </w:p>
    <w:p>
      <w:r>
        <w:rPr>
          <w:b w:val="0"/>
          <w:i w:val="0"/>
        </w:rPr>
        <w:t>The Yellow Labrador Club Open show was held midweek at Southam. The show is strictly for yellow labs, no blacks or yellows. There were 59 dogs and bitches entered. The judge was Wendy Bebb and the winners were Best Dog and Best in Show Linda Harvey Majors Just the Joker in Linjor. Best Bitch and Res BIS David Coodes Warringahs Pippingarra and Best Puppy Sheila Waltonâ€™s minor puppy dog Gallybob Uno.</w:t>
      </w:r>
    </w:p>
    <w:p>
      <w:r>
        <w:rPr>
          <w:b w:val="0"/>
          <w:i w:val="0"/>
        </w:rPr>
        <w:t xml:space="preserve">In May â€œthe yellowsâ€ , the Yellow Lab Club, are holding an â€œopen to all coloursâ€ Open show at the excellent venue, Forest Oak Farm . The date is Saturday 25th May. The judge will be Niamh Callaghan ( Bannabeach). </w:t>
      </w:r>
    </w:p>
    <w:p>
      <w:r>
        <w:rPr>
          <w:b w:val="0"/>
          <w:i w:val="0"/>
        </w:rPr>
        <w:t xml:space="preserve">The following day 26th May The yellows are then holding their 2024 championship show at the same venue with judges Mac Percival - Dogs and Heather Fone- Bitches. </w:t>
      </w:r>
    </w:p>
    <w:p>
      <w:r>
        <w:rPr>
          <w:b w:val="0"/>
          <w:i w:val="0"/>
        </w:rPr>
        <w:t>Carrying on the clubs social events there is a Centenary Garden Party on Sunday 25th September at the home of Michael and Judi Neachell.</w:t>
      </w:r>
    </w:p>
    <w:p>
      <w:r>
        <w:rPr>
          <w:b w:val="0"/>
          <w:i w:val="0"/>
        </w:rPr>
        <w:t>The Labrador Club of Scotland 80th year, post bar in Championship Show was held at Lanark on Saturday 6th April. From an entry of 62 Dogs / 77 Entries and 97 Bitches / 115 under judges Sue Merrill (dogs) and Gordon Fox (bitches). The winners were: Dog CC and BIS Binnaig Bonnach for Tullochmohr, Res Dog CC Sh Ch A Sense of Pleasures John Boy to Frewlings (imp Deu), Bitch CC Strathuhnker Gabrielle JW, Bitch RCC Afinmore Alicia, Best Puppy. Exelby Elizabeth, Best Vetaran Ch Seatallen Yellow Archangel</w:t>
      </w:r>
    </w:p>
    <w:p>
      <w:r>
        <w:rPr>
          <w:b w:val="0"/>
          <w:i w:val="0"/>
        </w:rPr>
        <w:t>Gone are the days in the 1980s before online entering was ever dreamt of, when Ch Show Secretaries drove to the main dog show printers, Higham Press or Fosse Dataâ€™s offices once entries closed, with boxes and boxes of paper entry forms for up to 14000 dogs at a single Championship show from which entry forms the show details of breeds, catalogues, passes etc were all collated and printed. It was a lengthy task, hence having to enter many weeks before the shows.</w:t>
      </w:r>
    </w:p>
    <w:p>
      <w:r>
        <w:rPr>
          <w:b w:val="0"/>
          <w:i w:val="0"/>
        </w:rPr>
        <w:t>Time marches on and, with quick and easy online entering, things have become much more simple. Now there are more further interesting innovations from Fosse Data - and as the first breed club to sign up to the new service, it was possible to follow the results from this years Kent, Surrey &amp; Sussex Labrador Club Championship show in real time on the website www.fossedata.co.uk</w:t>
      </w:r>
    </w:p>
    <w:p>
      <w:r>
        <w:rPr>
          <w:b w:val="0"/>
          <w:i w:val="0"/>
        </w:rPr>
        <w:t xml:space="preserve">Fosse Data posted the following â€œOur results portal allows societies to input their results directly to our system and they are displayed in real time on our website and via our online catalogues which are available to purchase up to and including the day of the show via exhibitorsâ€™ Fosse Data account. The admin portal allows societies to enter class, breed, group and in show results. Secretaries have the ability to make corrections to dogs and owners names on entries and add dogs on the day. </w:t>
      </w:r>
    </w:p>
    <w:p>
      <w:r>
        <w:rPr>
          <w:b w:val="0"/>
          <w:i w:val="0"/>
        </w:rPr>
        <w:t xml:space="preserve">â€˜Judgesâ€™ results printouts can be generated from within the system and printed or e-mailed as required. The reporting side of the system also allows secretaries to generate their absentee report for submission to the KC at the click of a button. Group sheets with all relevant BOB or BP winners can be printed off to aid the running of groups. After the show a fully marked up complete PDF version of the catalogue will be sent to the secretary. </w:t>
      </w:r>
    </w:p>
    <w:p>
      <w:r>
        <w:rPr>
          <w:b w:val="0"/>
          <w:i w:val="0"/>
        </w:rPr>
        <w:t xml:space="preserve">â€˜Our new online catalogues are full catalogues for each breed, group or open show. In the case of multi-day shows they are available to purchase by the relevant day and include all breeds and stakes being judged on the relevant day of the show. The catalogue is visible in the exhibitors account from 7am and is populated with results throughout the day. </w:t>
      </w:r>
    </w:p>
    <w:p>
      <w:r>
        <w:rPr>
          <w:b w:val="0"/>
          <w:i w:val="0"/>
        </w:rPr>
        <w:t xml:space="preserve">Currently catalogues can be ordered for </w:t>
      </w:r>
    </w:p>
    <w:p>
      <w:r>
        <w:rPr>
          <w:b w:val="0"/>
          <w:i w:val="0"/>
        </w:rPr>
        <w:t>West of England Ladies Kennel Society</w:t>
      </w:r>
    </w:p>
    <w:p>
      <w:r>
        <w:rPr>
          <w:b w:val="0"/>
          <w:i w:val="0"/>
        </w:rPr>
        <w:t>Bath Canine Society</w:t>
      </w:r>
    </w:p>
    <w:p>
      <w:r>
        <w:rPr>
          <w:b w:val="0"/>
          <w:i w:val="0"/>
        </w:rPr>
        <w:t>Southern Counties Canine Association</w:t>
      </w:r>
    </w:p>
    <w:p>
      <w:r>
        <w:rPr>
          <w:b w:val="0"/>
          <w:i w:val="0"/>
        </w:rPr>
        <w:t>Three Counties Agricultural Society</w:t>
      </w:r>
    </w:p>
    <w:p>
      <w:r>
        <w:rPr>
          <w:b w:val="0"/>
          <w:i w:val="0"/>
        </w:rPr>
        <w:t>Blackpool &amp; District Canine Society</w:t>
      </w:r>
    </w:p>
    <w:p>
      <w:r>
        <w:rPr>
          <w:b w:val="0"/>
          <w:i w:val="0"/>
        </w:rPr>
        <w:t>Windsor Championship Dog Show</w:t>
      </w:r>
    </w:p>
    <w:p>
      <w:r>
        <w:rPr>
          <w:b w:val="0"/>
          <w:i w:val="0"/>
        </w:rPr>
        <w:t>Boston &amp; District Canine Society</w:t>
      </w:r>
    </w:p>
    <w:p>
      <w:r>
        <w:rPr>
          <w:b w:val="0"/>
          <w:i w:val="0"/>
        </w:rPr>
        <w:t xml:space="preserve">National Gundog Association </w:t>
      </w:r>
    </w:p>
    <w:p>
      <w:r>
        <w:rPr>
          <w:b w:val="0"/>
          <w:i w:val="0"/>
        </w:rPr>
        <w:t>â€˜This service will not replace our results team at Sub-Group, Group and General Championship shows. It is a new service, in addition to our usual on-site results service.â€™</w:t>
      </w:r>
    </w:p>
    <w:p>
      <w:r>
        <w:rPr>
          <w:b w:val="0"/>
          <w:i w:val="0"/>
        </w:rPr>
        <w:t>The results of KSSLRC ch show mentioned above under Judges Carole Coode (84 dogs) and David Craig (107 bitches) were: Dog CC and Best of Breed Gary and Jean Johnsons yellow Sh Ch Cremino Calabrese, Dog RCC Mrs D Merediths Sh Ch Tweedledum Off the Record, Bitch CC Caroline Edwards Sh Ch Kimbajak Miss Jazz Swinger JW Res Bitch CC Andy and Jo Metcalfes Sh Ch Baileydale D Lizzie Miss Lizzie, Best Puppy Maxine Woodleys Alkamhurst London Girl, Best Veteran Penny Carpaninis Sh Ch Carpenny Portia</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