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- 14/05/2021 - ISSUE"</w:t>
      </w:r>
      <w:r>
        <w:br/>
      </w:r>
      <w:r>
        <w:rPr>
          <w:b w:val="0"/>
          <w:i w:val="0"/>
        </w:rPr>
        <w:br/>
        <w:t>date_original: "14/05/2021 - ISSUE"</w:t>
      </w:r>
      <w:r>
        <w:br/>
      </w:r>
      <w:r>
        <w:rPr>
          <w:b w:val="0"/>
          <w:i w:val="0"/>
        </w:rPr>
        <w:br/>
        <w:t>source_url: "https://www.ourdogs.co.uk/members/breednotes/RetrieverLabradorMain.php"</w:t>
      </w:r>
      <w:r>
        <w:br/>
      </w:r>
      <w:r>
        <w:rPr>
          <w:b w:val="0"/>
          <w:i w:val="0"/>
        </w:rPr>
        <w:br/>
        <w:t>scraped_at: "2026-09-13T15:15:00"</w:t>
      </w:r>
      <w:r>
        <w:br/>
      </w:r>
      <w:r>
        <w:rPr>
          <w:b w:val="0"/>
          <w:i w:val="0"/>
        </w:rPr>
        <w:br/>
        <w:t>word_count: 848</w:t>
      </w:r>
    </w:p>
    <w:p>
      <w:r>
        <w:t>――――――――――――――――――――――――――――――</w:t>
      </w:r>
    </w:p>
    <w:p>
      <w:r>
        <w:rPr>
          <w:b w:val="0"/>
          <w:i w:val="0"/>
        </w:rPr>
        <w:t>NEWS MEMBERS' AREA SHOP SUBSCRIBE UPCOMING SHOWS MORE</w:t>
      </w:r>
    </w:p>
    <w:p>
      <w:r>
        <w:rPr>
          <w:b w:val="0"/>
          <w:i w:val="0"/>
        </w:rPr>
        <w:t>RETRIEVER LABRADOR</w:t>
      </w:r>
    </w:p>
    <w:p>
      <w:r>
        <w:rPr>
          <w:b w:val="0"/>
          <w:i w:val="0"/>
        </w:rPr>
        <w:t>Issue: 14/05/2021</w:t>
      </w:r>
    </w:p>
    <w:p>
      <w:r>
        <w:rPr>
          <w:b w:val="0"/>
          <w:i w:val="0"/>
        </w:rPr>
        <w:t>On the subject of dilutes and colour non recognised crossbred so called Ã¢â‚¬Å"silverÃ¢â‚¬Â Labradors, detailed last week, it gets worse. I was aghast to see on the Kennel Clubs own website, yes the UK Kennel clubs website where puppies are listed for sale, that non recognised silver Labrador puppies were being advertised for Ã‚Â£7000 each.</w:t>
      </w:r>
    </w:p>
    <w:p>
      <w:r>
        <w:rPr>
          <w:b w:val="0"/>
          <w:i w:val="0"/>
        </w:rPr>
        <w:t>I cannot imagine who at the Kennel Club decided this was acceptable to the breed clubs or to all the health testing Labrador breeders in the UK. It is an insult!</w:t>
      </w:r>
    </w:p>
    <w:p>
      <w:r>
        <w:rPr>
          <w:b w:val="0"/>
          <w:i w:val="0"/>
        </w:rPr>
        <w:t>We have the numerically largest breed in the country and the Kennel Club appear to be promoting and introducing animals which may well ruin the breed, whilst in the process offering our breed no support whatsoever in maintaining the KC breed standard!</w:t>
      </w:r>
    </w:p>
    <w:p>
      <w:r>
        <w:rPr>
          <w:b w:val="0"/>
          <w:i w:val="0"/>
        </w:rPr>
        <w:t xml:space="preserve">I have been a KC member since 1988. Nothing of this magnitude towards ruining our breed has in my recollection ever been undertaken by the Kennel Club in all those years. I can fully understand why a DNA testing scheme and register of non dilute Labradors is privately being drawn up by respected senior breeders and Labrador breed clubs. </w:t>
      </w:r>
    </w:p>
    <w:p>
      <w:r>
        <w:rPr>
          <w:b w:val="0"/>
          <w:i w:val="0"/>
        </w:rPr>
        <w:t xml:space="preserve">I was recently sent a photo of a silver Labrador. Did you know, apart from very dodgy temperaments, gained possibly as cross breeds from their Weimaraner forebears, they can suffer from full body, 100% alopecia; no hair at all, and must be kept out of sunlight covered in sunblock cream all their lives. That is so cruel. </w:t>
      </w:r>
    </w:p>
    <w:p>
      <w:r>
        <w:rPr>
          <w:b w:val="0"/>
          <w:i w:val="0"/>
        </w:rPr>
        <w:t xml:space="preserve">For the Kennel Club to be openly promoting these potentially affected animals at grossly inflated prices of Ã‚Â£7000 each on their own KC website has to be an insult to every health testing pedigree Labrador breeder in the UK. </w:t>
      </w:r>
    </w:p>
    <w:p>
      <w:r>
        <w:rPr>
          <w:b w:val="0"/>
          <w:i w:val="0"/>
        </w:rPr>
        <w:t>Crufts 2022 extended qualification now includes 1st to 3rd inclusive in Novice and Graduate classes at Championship shows.</w:t>
      </w:r>
    </w:p>
    <w:p>
      <w:r>
        <w:rPr>
          <w:b w:val="0"/>
          <w:i w:val="0"/>
        </w:rPr>
        <w:t>News from Cotswold and Wyevern Lab Club - online entries are now available on Fosse Data for our 25th Anniversary Championship Show to be held at the Three Counties Showground on Tuesday 13th July 2021. Schedules will be posted out to all members as soon as the club Secretary receives them.</w:t>
      </w:r>
    </w:p>
    <w:p>
      <w:r>
        <w:rPr>
          <w:b w:val="0"/>
          <w:i w:val="0"/>
        </w:rPr>
        <w:t>AlisonÃ¢â‚¬â„¢s Scutcher and her Kent Surrey and Sussex Lab Club team pulled out all the stops to run the first two Labrador breed club shows of 2021, outside at the South of England Showground. The weather across the western area of the country was tempestuous; rain in bucket loads and fierce winds day after day. Alison arranged, like King Canute tried but didnÃ¢â‚¬â„¢t succeed , that the water stayed completely away from her events. I gather the wind was strong, but at least no Covid germs could land anywhere and would be quickly dispersed.</w:t>
      </w:r>
    </w:p>
    <w:p>
      <w:r>
        <w:rPr>
          <w:b w:val="0"/>
          <w:i w:val="0"/>
        </w:rPr>
        <w:t>The first of the two shows, the club Open show judged by Lynne Stringer, was on May Bank Holiday Monday. There were 81 dogs and bitches entered making 107 entries. The winners were Best in show and Best Bitch, Sean Williamsons yellow bitch Likav Academic at Sharouns, (Sh Ch Trendlewood Born to Run x Sharouns Saving Grace) who won Maiden, Novice and Junior, whilst Reserve Best in Show was Gary and Jean JohnsonÃ¢â‚¬â„¢s yellow bitch Cremino Cobnut, (Sh Ch Cremino Cobweb JW Sh Cm x Cremino Callista) who won Veteran. Best Dog and Best Opposite Sex was Sh Ch A Sense of Pleasures El Toro at Balladoole (imp deu) owned by Pam Druggan. Best Puppy was Linthwaite Theodore (Sh Ch Trendlewood Born to Run x Linthwaite Saffron) whilst Reserve Best Puppy was Linthwaite Arabella.</w:t>
      </w:r>
    </w:p>
    <w:p>
      <w:r>
        <w:rPr>
          <w:b w:val="0"/>
          <w:i w:val="0"/>
        </w:rPr>
        <w:t xml:space="preserve">The following day, in still somewhat windy conditions but at least dry, the Championship Show was held outdoors with well wrapped up judges, Anne Lavelle (Dogs) and Susie Wiles (Bitches). 172dogs and bitches were entered making 216 entries. </w:t>
      </w:r>
    </w:p>
    <w:p>
      <w:r>
        <w:rPr>
          <w:b w:val="0"/>
          <w:i w:val="0"/>
        </w:rPr>
        <w:t>Best in Show and Best Dog was Chris Bailiss yellow ShCh Tissalian Hi Jack whilst the Dog RCC went to the McLellans chocolate Sarandon Pensacola.</w:t>
      </w:r>
    </w:p>
    <w:p>
      <w:r>
        <w:rPr>
          <w:b w:val="0"/>
          <w:i w:val="0"/>
        </w:rPr>
        <w:t>The first bitch CC winner of 2021 and Reserve Best in Show was Chris and Claire Mills yellow Lembas Cracklin Rosie JW, finally after a long years show break due to Covid, back in the showring and winning her third CC and her Sh Ch Title. I see on Facebook Claire posts the impressive news that she is the Lembas kennels tenth UK champion. Great record. Well done!</w:t>
      </w:r>
    </w:p>
    <w:p>
      <w:r>
        <w:rPr>
          <w:b w:val="0"/>
          <w:i w:val="0"/>
        </w:rPr>
        <w:t xml:space="preserve">The Bitch RCC was won by Carole Campbells black Binnaig Brene. </w:t>
      </w:r>
    </w:p>
    <w:p>
      <w:r>
        <w:rPr>
          <w:b w:val="0"/>
          <w:i w:val="0"/>
        </w:rPr>
        <w:t>Best Puppy was Ms Hofmas Yellow dog Anjoras Flash Guy (Carromer Jack Flash to Baileydale x Anjoras Cutey).</w:t>
      </w:r>
    </w:p>
    <w:p>
      <w:r>
        <w:rPr>
          <w:b w:val="0"/>
          <w:i w:val="0"/>
        </w:rPr>
        <w:t>Ann Britton</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