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- 26/02/2021 - ISSUE"</w:t>
      </w:r>
      <w:r>
        <w:br/>
      </w:r>
      <w:r>
        <w:rPr>
          <w:b w:val="0"/>
          <w:i w:val="0"/>
        </w:rPr>
        <w:br/>
        <w:t>date_original: "26/02/2021 - ISSUE"</w:t>
      </w:r>
      <w:r>
        <w:br/>
      </w:r>
      <w:r>
        <w:rPr>
          <w:b w:val="0"/>
          <w:i w:val="0"/>
        </w:rPr>
        <w:br/>
        <w:t>source_url: "https://www.ourdogs.co.uk/members/breednotes/RetrieverLabradorMain.php"</w:t>
      </w:r>
      <w:r>
        <w:br/>
      </w:r>
      <w:r>
        <w:rPr>
          <w:b w:val="0"/>
          <w:i w:val="0"/>
        </w:rPr>
        <w:br/>
        <w:t>scraped_at: "2026-09-13T15:15:33"</w:t>
      </w:r>
      <w:r>
        <w:br/>
      </w:r>
      <w:r>
        <w:rPr>
          <w:b w:val="0"/>
          <w:i w:val="0"/>
        </w:rPr>
        <w:br/>
        <w:t>word_count: 362</w:t>
      </w:r>
    </w:p>
    <w:p>
      <w:r>
        <w:t>――――――――――――――――――――――――――――――</w:t>
      </w:r>
    </w:p>
    <w:p>
      <w:r>
        <w:rPr>
          <w:b w:val="0"/>
          <w:i w:val="0"/>
        </w:rPr>
        <w:t>NEWS MEMBERS' AREA SHOP SUBSCRIBE UPCOMING SHOWS MORE</w:t>
      </w:r>
    </w:p>
    <w:p>
      <w:r>
        <w:rPr>
          <w:b w:val="0"/>
          <w:i w:val="0"/>
        </w:rPr>
        <w:t>RETRIEVER LABRADOR</w:t>
      </w:r>
    </w:p>
    <w:p>
      <w:r>
        <w:rPr>
          <w:b w:val="0"/>
          <w:i w:val="0"/>
        </w:rPr>
        <w:t>Issue: 26/02/2021</w:t>
      </w:r>
    </w:p>
    <w:p>
      <w:r>
        <w:rPr>
          <w:b w:val="0"/>
          <w:i w:val="0"/>
        </w:rPr>
        <w:t xml:space="preserve">Apologies for extremely short notes this week. IÃ¢â‚¬â„¢ve been poorly, under the weather for two whole weeks since I had my Covid vaccine. Slowly getting better these last two days and brain fog clearing, but there are few enlightened breed note thoughts or interesting stories tripping from my iPad this week. Hopefully normal service will be resumed by next week. </w:t>
      </w:r>
    </w:p>
    <w:p>
      <w:r>
        <w:rPr>
          <w:b w:val="0"/>
          <w:i w:val="0"/>
        </w:rPr>
        <w:t>Higham Press and dog.biz websites appear to be combining into one site with registration via email address and a new password. Having tried it, I fear it will take some time to settle down though, but then thereÃ¢â‚¬â„¢s nothing imminent to enter anyway so plenty of time to iron out problems. IÃ¢â‚¬â„¢m sure it will be ready to handle entry fees whenever shows eventually return.</w:t>
      </w:r>
    </w:p>
    <w:p>
      <w:r>
        <w:rPr>
          <w:b w:val="0"/>
          <w:i w:val="0"/>
        </w:rPr>
        <w:t xml:space="preserve">Your dogs details sire, dam, date of birth and KC reg number etc will evidently only be available to copy from the old site up to 1st march 2021. However I tried it and couldnÃ¢â‚¬â„¢t copy anything. Only a few of my dogs were listed and it refused to reload any new ones, i.e. the ones that had disappeared, so I gave up. As for dogs I own in partnership. I didnÃ¢â‚¬â„¢t even bother looking at that, as by then I assumed it appears to have taken on a similar infuriating jinx as the KC updated website did a few months ago. </w:t>
      </w:r>
    </w:p>
    <w:p>
      <w:r>
        <w:rPr>
          <w:b w:val="0"/>
          <w:i w:val="0"/>
        </w:rPr>
        <w:t xml:space="preserve">ThatÃ¢â‚¬â„¢s it! Exhausted now. Not looking forward to the second Covid jab if this is what it does to me.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