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- 04/01/2013"</w:t>
      </w:r>
      <w:r>
        <w:br/>
      </w:r>
      <w:r>
        <w:rPr>
          <w:b w:val="0"/>
          <w:i w:val="0"/>
        </w:rPr>
        <w:br/>
        <w:t>date_original: "04/01/2013"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"2026-09-13T22:44:48"</w:t>
      </w:r>
      <w:r>
        <w:br/>
      </w:r>
      <w:r>
        <w:rPr>
          <w:b w:val="0"/>
          <w:i w:val="0"/>
        </w:rPr>
        <w:br/>
        <w:t>word_count: 1492</w:t>
      </w:r>
    </w:p>
    <w:p>
      <w:r>
        <w:t>――――――――――――――――――――――――――――――</w:t>
      </w:r>
    </w:p>
    <w:p>
      <w:r>
        <w:rPr>
          <w:b w:val="0"/>
          <w:i w:val="0"/>
        </w:rPr>
        <w:t>NEWS MEMBERS' AREA SHOP SUBSCRIBE UPCOMING SHOWS MORE</w:t>
      </w:r>
    </w:p>
    <w:p>
      <w:r>
        <w:rPr>
          <w:b w:val="0"/>
          <w:i w:val="0"/>
        </w:rPr>
        <w:t>RETRIEVER LABRADOR</w:t>
      </w:r>
    </w:p>
    <w:p>
      <w:r>
        <w:rPr>
          <w:b w:val="0"/>
          <w:i w:val="0"/>
        </w:rPr>
        <w:t>Issue: 04/01/2013</w:t>
      </w:r>
    </w:p>
    <w:p>
      <w:r>
        <w:rPr>
          <w:b w:val="0"/>
          <w:i w:val="0"/>
        </w:rPr>
        <w:t>Northumberland &amp; Durham LRC are holding a testing clinic for Hereditary Nasal Parakeratosis, the recessive genetic condition which causes a crusty, scaly nose in Labradors. Samples are by cheek swab, which will be supplied, and there is a reduction on the usual price offered by Genescoper, the testing company. The test date is 17th January, with samples to be taken and returned by post on that day to Lynda Heron.  If anyone would like to be included, please contact Lynda on 01665 570361 / lynda@brigburn.com or Fiona Maclean on 07795 515199 / afinmore@live.co.uk as soon as possible on order to receive a test pack.</w:t>
      </w:r>
    </w:p>
    <w:p>
      <w:r>
        <w:rPr>
          <w:b w:val="0"/>
          <w:i w:val="0"/>
        </w:rPr>
        <w:t>Having never seen this nose condition in a Labrador and only ever having seen it once in my life on someone elses Cavalier King Charles in the 1950s when I was a child, I am really surprised to hear that there is a big enough perceived problem in Labradors in the North of England which warrants mass testing. Ah well, maybe Ive been lucky; another plus for line breeding!</w:t>
      </w:r>
    </w:p>
    <w:p>
      <w:r>
        <w:rPr>
          <w:b w:val="0"/>
          <w:i w:val="0"/>
        </w:rPr>
        <w:t>Ken and Barbara Attwood write "Just to let your older breed enthusiasts know, Mary Breeze (Young) "WILLCON" died earlier this week.</w:t>
      </w:r>
    </w:p>
    <w:p>
      <w:r>
        <w:rPr>
          <w:b w:val="0"/>
          <w:i w:val="0"/>
        </w:rPr>
        <w:t>She showed Labradors and Curlycoats in Cornwall with her late husband John, before marrying Tom Breeze (Smooth Fox Terriers).</w:t>
      </w:r>
    </w:p>
    <w:p>
      <w:r>
        <w:rPr>
          <w:b w:val="0"/>
          <w:i w:val="0"/>
        </w:rPr>
        <w:t>(I would point out this is not Mary Young (Langdale), who resides near Malvern AMB).</w:t>
      </w:r>
    </w:p>
    <w:p>
      <w:r>
        <w:rPr>
          <w:b w:val="0"/>
          <w:i w:val="0"/>
        </w:rPr>
        <w:t>Following on from last weeks Dog Champions and CC winners here are the details of 2012s top winning bitches.</w:t>
      </w:r>
    </w:p>
    <w:p>
      <w:r>
        <w:rPr>
          <w:b w:val="0"/>
          <w:i w:val="0"/>
        </w:rPr>
        <w:t>Whereas there was only one male champion made up in 2012, there were 6 new bitch champions. The bitch CCs were widely spread over 25 different bitches.</w:t>
      </w:r>
    </w:p>
    <w:p>
      <w:r>
        <w:rPr>
          <w:b w:val="0"/>
          <w:i w:val="0"/>
        </w:rPr>
        <w:t>Those Bitches achieving their titles were :-</w:t>
      </w:r>
    </w:p>
    <w:p>
      <w:r>
        <w:rPr>
          <w:b w:val="0"/>
          <w:i w:val="0"/>
        </w:rPr>
        <w:t>David Coodes black Ch Warringah's Karkirri (Charway Water Reed at Brigburn x Warringah's Skai) who won her final CC at Kent Surrey and Sussex under Linda Heron (Brigburn). Her previous CCs had been won under Karen Powell at Northumberland and Durham in 2009 and at Blackpool in 2011 under Ron Menaker.</w:t>
      </w:r>
    </w:p>
    <w:p>
      <w:r>
        <w:rPr>
          <w:b w:val="0"/>
          <w:i w:val="0"/>
        </w:rPr>
        <w:t>Lorraine Tooths yellow Sh Ch Ludalor Lancastria Chardonnay JW (Ch Ludalor Lunar Orbit x Ludalor Midsummer Sun) was made up under Liz Hallgarth at SKC (May). Her previous CCs had been won under David Coode at URC 2010</w:t>
      </w:r>
    </w:p>
    <w:p>
      <w:r>
        <w:rPr>
          <w:b w:val="0"/>
          <w:i w:val="0"/>
        </w:rPr>
        <w:t>and at LKA 2011 under Penny Carpanini</w:t>
      </w:r>
    </w:p>
    <w:p>
      <w:r>
        <w:rPr>
          <w:b w:val="0"/>
          <w:i w:val="0"/>
        </w:rPr>
        <w:t>Sue Marskell made up her black bitch Sh Ch Berolee Starlet JW (Sh Ch Cambremer  Craftsman x Sh Ch Berolee Moons Magic Star JW) at Bournemouth under Anne Lavelle. Her previous CCs were won under Christine Bailiss at Windsor 2012 and at East of England 2012 under Chris Mills.</w:t>
      </w:r>
    </w:p>
    <w:p>
      <w:r>
        <w:rPr>
          <w:b w:val="0"/>
          <w:i w:val="0"/>
        </w:rPr>
        <w:t>David Craig and Angela Williams Sh Ch Foulby the Duchess (NZ GR Ch Croftsway First Knight x Sh Ch Foulby Buttons and Bows) was made up at Darlington under  Moa Persson. Her previous CCs came from John Crook at Bournemouth 2010 and at</w:t>
      </w:r>
    </w:p>
    <w:p>
      <w:r>
        <w:rPr>
          <w:b w:val="0"/>
          <w:i w:val="0"/>
        </w:rPr>
        <w:t>Caroline Campbells yellow Sh Ch Binnaig Wild Thyme (Rocheby Statesman x Antonine Anarantine for Binnaig) won all her CCs in 2012 and was made up at Belfast under Mrs A Moss, having won her previous CCs under Peter Taylor at Paignton, and At WKC under Judith Charlton.</w:t>
      </w:r>
    </w:p>
    <w:p>
      <w:r>
        <w:rPr>
          <w:b w:val="0"/>
          <w:i w:val="0"/>
        </w:rPr>
        <w:t>Mr and Mrs Dawsons yellow youngster Sh Ch Beskerby Larksong (Sh Ch Lindall Redemption x Ycart Morningmist Lark of Beskerby) was made up in Junior. She won at Leeds under Richard Wiles; at Driffield under Julia Lewis and at the Yellow Lab Club under Tony Floyd. She won two further CCs one at Northumberland and Durham under Vic Cole the other at LKA under Marion Hopkinson.</w:t>
      </w:r>
    </w:p>
    <w:p>
      <w:r>
        <w:rPr>
          <w:b w:val="0"/>
          <w:i w:val="0"/>
        </w:rPr>
        <w:t>Listing the Bitch CC winners numerically by most number of CC s won during the year, the top winner on five CCs was the Dawsons yellow, Sh Ch Beskerby Larksong (Sh Ch Lindall Redemption x Ycart Morning Mist Lark of Beskerby) who won 5 CCs and 4 BOBs . She started a splendid year by winning Minor Puppy under Erica Jayes at Lab Club of Wales and for most of the year was Top Puppy until beaten numerically  by her half sister by Lindall Redemption at the final hurdle by Judith Charltons Foxrush Remember the Time. Larksong won the CC at Leeds under Richard Wiles; at Driffield under Julia Lewis; at the Yellow Lab Club where she was made up under Tony Floyd; at Northumberland and Durham Lab Club under Vic Cole where she went Best in Show and at LKA under Marion Hopkinson.</w:t>
      </w:r>
    </w:p>
    <w:p>
      <w:r>
        <w:rPr>
          <w:b w:val="0"/>
          <w:i w:val="0"/>
        </w:rPr>
        <w:t>Alan and Linda Porters Sh Ch Lindall Dreamy (Sh Ch Lindall Redemption x Lindall Brittany) half sister to Sh Ch Beskerby Larksong above, won 4 CCs and 3 Best in Show awards in 2012. She won the CC at Three Ridings Lab Club under Jane Rawlinson; at Midland Counties Lab Club she won CC and BIS under Karl Gawthorpe; at the Lab Club of Scotland the CC and Best in Show under Caron Morton and at the Labrador Retriever Club also going Best in Show there too.</w:t>
      </w:r>
    </w:p>
    <w:p>
      <w:r>
        <w:rPr>
          <w:b w:val="0"/>
          <w:i w:val="0"/>
        </w:rPr>
        <w:t>Winning 3CCs and 1 BOB was Les Brabbans black, Sh Ch Foulby Queenstown at Cambremer. Her CCs came at Manchester under per Iversen, at Crufts under Chris Jury and at Border Union with Best of Breed under Sven Slettedal.</w:t>
      </w:r>
    </w:p>
    <w:p>
      <w:r>
        <w:rPr>
          <w:b w:val="0"/>
          <w:i w:val="0"/>
        </w:rPr>
        <w:t>Sh Ch Berolee Starlee JW and Sh Ch Binnaig Wild Thyme mentioned above in the new champion section also won 3CCs and 1BOB.</w:t>
      </w:r>
    </w:p>
    <w:p>
      <w:r>
        <w:rPr>
          <w:b w:val="0"/>
          <w:i w:val="0"/>
        </w:rPr>
        <w:t>Judith Charltons yellow, Best Labrador Puppy of 2012, Foxrush Remember the Time (Sh Ch Lindall Redemption x Foxrush Scarlet O'Hara) won two CCs both with Best of Breed, whilst still in Puppy, the second CC won the very day before her first birthday. Her CCs came from Ronwein Phillips at Gundog Society of Wales 2012 and from David Hopkinson at West of England Lab Club 2012</w:t>
      </w:r>
    </w:p>
    <w:p>
      <w:r>
        <w:rPr>
          <w:b w:val="0"/>
          <w:i w:val="0"/>
        </w:rPr>
        <w:t>Richard Stafford's yellow Sh Ch Kimvalley Star Attraction of Farnfield JW ShCM (Jayncourt Star Turn at Sandylands x Langshott Black Velvet) won a further 2 CCs with 1BOB. She won the CC at Three Counties under Carole Coode and at National Gundog with BOB under Andrew Brown.</w:t>
      </w:r>
    </w:p>
    <w:p>
      <w:r>
        <w:rPr>
          <w:b w:val="0"/>
          <w:i w:val="0"/>
        </w:rPr>
        <w:t>Another winning two CCs and 1 BOB in 2012 was Sussie Wiles yellow Richbourne Silver Surprise JW (Sh Ch Silver Suede over Rocheby x Richbourne over the Rainbow). She won at SKC August under Val Foss and at South Wales KA under Margaret Woods.</w:t>
      </w:r>
    </w:p>
    <w:p>
      <w:r>
        <w:rPr>
          <w:b w:val="0"/>
          <w:i w:val="0"/>
        </w:rPr>
        <w:t>Winning two CCs apiece were newly crowned Sh Ch Foulby the Duchess mentioned above and the Hodges black Sh Ch Naiken Xclusive Dream JW who won her 2 CCs at  Southern Counties under Dave Wilmshurst and at Lab Club of Wales under Erica Jayes.</w:t>
      </w:r>
    </w:p>
    <w:p>
      <w:r>
        <w:rPr>
          <w:b w:val="0"/>
          <w:i w:val="0"/>
        </w:rPr>
        <w:t>Linda Harvey Majors yellow Linjor Rhianna (Kimvalley Stargazer at FarnfieldJW x Heatherbourne Shakira from Linjor) won 1 CC and BOB under Richard Stafford going on to win 3rd in the Group at Bath under Jock McKay.</w:t>
      </w:r>
    </w:p>
    <w:p>
      <w:r>
        <w:rPr>
          <w:b w:val="0"/>
          <w:i w:val="0"/>
        </w:rPr>
        <w:t>The following Bitches won 1CC with Best of Breed.</w:t>
      </w:r>
    </w:p>
    <w:p>
      <w:r>
        <w:rPr>
          <w:b w:val="0"/>
          <w:i w:val="0"/>
        </w:rPr>
        <w:t>Gary and Jean Johnsons yellow Cremino Callista (Sh Ch Rocheby Statesman x Sh Ch Cremino Christmas Rose JW) who won at East Anglian Lab Club under Liz Cartledge.</w:t>
      </w:r>
    </w:p>
    <w:p>
      <w:r>
        <w:rPr>
          <w:b w:val="0"/>
          <w:i w:val="0"/>
        </w:rPr>
        <w:t>Miss Lewis's black Suttonpark Simone at Crammondkirk (Sh Ch Suttonpark Manifesto x Carpenny Worth It for Suttonpark) won at Midland Counties CS under David Coode.</w:t>
      </w:r>
    </w:p>
    <w:p>
      <w:r>
        <w:rPr>
          <w:b w:val="0"/>
          <w:i w:val="0"/>
        </w:rPr>
        <w:t>Masias Italian Ch Masialab Nanjing (Int Ch Charm Bluveil Mr Darcy x Rocheby Silver Sashes) won under Jean Allen at United Retriever Club.</w:t>
      </w:r>
    </w:p>
    <w:p>
      <w:r>
        <w:rPr>
          <w:b w:val="0"/>
          <w:i w:val="0"/>
        </w:rPr>
        <w:t>Brian and Trish Parrots black Sh Ch Naiken Yelenda at Lougin (Am Ch Ghostone Dressed to Impress x CH Naiken Russina Rhythm) won at the National under Lorna Blackie</w:t>
      </w:r>
    </w:p>
    <w:p>
      <w:r>
        <w:rPr>
          <w:b w:val="0"/>
          <w:i w:val="0"/>
        </w:rPr>
        <w:t>The Reynolds yellow Carromer Seconda JW (Ch Sandylands Pressed for Time x Carromer Shakira) won at Cotswold and Wyevern under David Craig</w:t>
      </w:r>
    </w:p>
    <w:p>
      <w:r>
        <w:rPr>
          <w:b w:val="0"/>
          <w:i w:val="0"/>
        </w:rPr>
        <w:t>Shaun Williamsons yellow Sharous Destiny's Child JW (Sharouns Budweiser x JKC Ch Bloom of Trackerhouse) won at City of Birmingham under Lynda Miles..</w:t>
      </w:r>
    </w:p>
    <w:p>
      <w:r>
        <w:rPr>
          <w:b w:val="0"/>
          <w:i w:val="0"/>
        </w:rPr>
        <w:t>Winning 1 CC in 2012 were the Aireys yellow Sh Ch Ronsard Me Celebrait who won atCh Warringah's Karkirri mentioned above in the new champions section</w:t>
      </w:r>
    </w:p>
    <w:p>
      <w:r>
        <w:rPr>
          <w:b w:val="0"/>
          <w:i w:val="0"/>
        </w:rPr>
        <w:t>Watsons Cuerdenlake Brenig (Oakhouse Office Boy x Cuerdenlake Blue Cypress) winning at the Lab Club of N Ireland under Alan Porter.</w:t>
      </w:r>
    </w:p>
    <w:p>
      <w:r>
        <w:rPr>
          <w:b w:val="0"/>
          <w:i w:val="0"/>
        </w:rPr>
        <w:t>Marlene Heppers black Mardas Vintage Silk JW winning at KSS Lab Club under  Jan Roger Sauge.</w:t>
      </w:r>
    </w:p>
    <w:p>
      <w:r>
        <w:rPr>
          <w:b w:val="0"/>
          <w:i w:val="0"/>
        </w:rPr>
        <w:t>Hodges Lindall Nadia to Naiken won at Boston under Helen Steven.</w:t>
      </w:r>
    </w:p>
    <w:p>
      <w:r>
        <w:rPr>
          <w:b w:val="0"/>
          <w:i w:val="0"/>
        </w:rPr>
        <w:t>Leith Ross's black Tintagel Winds XX to Sarkozy won at Richmond under Ann Britton</w:t>
      </w:r>
    </w:p>
    <w:p>
      <w:r>
        <w:rPr>
          <w:b w:val="0"/>
          <w:i w:val="0"/>
        </w:rPr>
        <w:t>Fiona Macleans chocolate Afinmore Alexandrova winning at Gundog Breeds of Scotland under Brian Lowe.</w:t>
      </w:r>
    </w:p>
    <w:p>
      <w:r>
        <w:rPr>
          <w:b w:val="0"/>
          <w:i w:val="0"/>
        </w:rPr>
        <w:t>This completes the list of winning bitches for 2012. Good luck to everyone in 2013.</w:t>
      </w:r>
    </w:p>
    <w:p>
      <w:r>
        <w:rPr>
          <w:b w:val="0"/>
          <w:i w:val="0"/>
        </w:rPr>
        <w:t>Ann Britton</w:t>
      </w:r>
    </w:p>
    <w:p>
      <w:r>
        <w:rPr>
          <w:b w:val="0"/>
          <w:i w:val="0"/>
        </w:rPr>
        <w:t>01989720665 Email:</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