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 Apr 2010"</w:t>
      </w:r>
      <w:r>
        <w:br/>
      </w:r>
      <w:r>
        <w:rPr>
          <w:b w:val="0"/>
          <w:i w:val="0"/>
        </w:rPr>
        <w:br/>
        <w:t>date_original: "30 Apr 2010"</w:t>
      </w:r>
      <w:r>
        <w:br/>
      </w:r>
      <w:r>
        <w:rPr>
          <w:b w:val="0"/>
          <w:i w:val="0"/>
        </w:rPr>
        <w:br/>
        <w:t>source_url: "https://www.ourdogs.co.uk/members/breednotes/2010/RetrieverLabrador/RetrieverLabrador-apr30.htm"</w:t>
      </w:r>
      <w:r>
        <w:br/>
      </w:r>
      <w:r>
        <w:rPr>
          <w:b w:val="0"/>
          <w:i w:val="0"/>
        </w:rPr>
        <w:br/>
        <w:t>archive_type: "static_html"</w:t>
      </w:r>
      <w:r>
        <w:br/>
      </w:r>
      <w:r>
        <w:rPr>
          <w:b w:val="0"/>
          <w:i w:val="0"/>
        </w:rPr>
        <w:br/>
        <w:t>scraped_at: "2026-09-13T21:58:00"</w:t>
      </w:r>
      <w:r>
        <w:br/>
      </w:r>
      <w:r>
        <w:rPr>
          <w:b w:val="0"/>
          <w:i w:val="0"/>
        </w:rPr>
        <w:br/>
        <w:t>word_count: 1544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Leigh Lesley writes with some very sad news, “My beautiful Molly, Steeleigh Truly Tempting JW has died from cancer at just 5 years of age. Her decline and death were sudden. Despite all best efforts, including a late night operation, she died at home three days later surrounded by all who loved her; at least now she is no longer suffering.</w:t>
      </w:r>
    </w:p>
    <w:p>
      <w:r>
        <w:rPr>
          <w:b w:val="0"/>
          <w:i w:val="0"/>
        </w:rPr>
        <w:t>It is unbelievable to think she was shown and placed at Crufts just a month ago, looking beautiful &amp; in her prime. Like all my Labradors she had the most perfect temperament. She was not a big dog but she was a big character trying to please in everything she did. I am grateful that she has left me a perfect legacy in the form of her beautiful daughters S. Hot Shot (Betty Boo) &amp; S. Hot to Handle (the infamous Sybil). There was only ever one Molly &amp; she will leave a huge void in our lives”.</w:t>
      </w:r>
    </w:p>
    <w:p>
      <w:r>
        <w:rPr>
          <w:b w:val="0"/>
          <w:i w:val="0"/>
        </w:rPr>
        <w:t>Midland Counties Labrador Club held their Championship show at Stafford. The Judges were Caron Morton (Dogs) and Joan Walters awarding CCs for the first time (Bitches). The Dog CC and Best in Show was won by Linda and Allan Porter's Sh Ch Lindall Redemption (Lindall Court Masterpiece x Lindall Will She) whilst the Dog RCC went to Penny Carpanini's yellow, Carpenny Made A Million (SH.CH. Carpenny Made The Trip x SH.CH.Mambrimos Spellbound Of Carpenny).</w:t>
      </w:r>
    </w:p>
    <w:p>
      <w:r>
        <w:rPr>
          <w:b w:val="0"/>
          <w:i w:val="0"/>
        </w:rPr>
        <w:t>The Bitch CC, her second, and RBIS was won by Desmond and Rosemary Airey's yellow, Ronsard My Celebrait ShCM (SH.CH.Rocheby Statesman x Ronsard Hope and Glory). The Bitch RCC went to Sussie Wiles yellow Junior, Richbourne Silver Suprise (SH.CH.Silver Suede Over Rocheby x Richbourne Over The Rainbow). Best Puppy in Show was Marlene Hepper's black dog Mardas Roman Republic (Sh.Ch.Lindall Redemption x Sh.Ch.Mardas Sahara Silk JW).</w:t>
      </w:r>
    </w:p>
    <w:p>
      <w:r>
        <w:rPr>
          <w:b w:val="0"/>
          <w:i w:val="0"/>
        </w:rPr>
        <w:t>After 50 years on the committee of Midland Counties Lab Club, Chairman, Frank Whitbread is retiring from the committee. His long service was celebrated at the show with wine and cake for everybody there.</w:t>
      </w:r>
    </w:p>
    <w:p>
      <w:r>
        <w:rPr>
          <w:b w:val="0"/>
          <w:i w:val="0"/>
        </w:rPr>
        <w:t>This week I received a phone call from a lady who had one of my Labrador puppies a couple of years ago. There was much amusement and laughter in her voice as she told me the sorry tale of what had happened earlier that day. Her husband wears dentures, but as they had been giving him some discomfort he had decided not to wear them that morning, but had left them high up on a shelf. However, he was going out to a very important lunch that day, and whilst getting ready remembered that he needed to put his teeth back in. He went to look for them, but they were not where he thought he had left them. He searched high and low to no avail and time was getting on. Whereon earth were they?</w:t>
      </w:r>
    </w:p>
    <w:p>
      <w:r>
        <w:rPr>
          <w:b w:val="0"/>
          <w:i w:val="0"/>
        </w:rPr>
        <w:t>Going into the kitchen the mystery was immediately solved. The top set of teeth were discovered chewed up on the floor by his chair, and after a further search, there, discarded in bits under the chair, lay what remained of the bottom set; part of a gum and a couple of teeth, whilst the rest of the individual teeth were proudly arranged singly all around the sides of their mischievous Labrador’s dog-bed. I think the lunch appointment turned into a smart visit to the dentist instead! So, as well as spectacles, TV controls, mobile phones, for those who have them, make sure you keep your dentures out of your Labrador’s reach!</w:t>
      </w:r>
    </w:p>
    <w:p>
      <w:r>
        <w:rPr>
          <w:b w:val="0"/>
          <w:i w:val="0"/>
        </w:rPr>
        <w:t>With the General Election being held on the 6th May, the first day of the National Dog Show here is a salutary tale. “While walking down the street one day a Member of Parliament is tragically hit by a truck and dies. His soul arrives in Heaven and is met by St. Peter at the entrance.</w:t>
      </w:r>
    </w:p>
    <w:p>
      <w:r>
        <w:rPr>
          <w:b w:val="0"/>
          <w:i w:val="0"/>
        </w:rPr>
        <w:t>'Welcome to Heaven,' says St. Peter. 'Before you settle in, it seems there is a problem. We seldom see members of your party around these parts, you see, so we're not sure what to do with you. 'No problem, just let me in,' says the man.</w:t>
      </w:r>
    </w:p>
    <w:p>
      <w:r>
        <w:rPr>
          <w:b w:val="0"/>
          <w:i w:val="0"/>
        </w:rPr>
        <w:t>'Well, I'd like to, but I have orders from higher up. What we'll do is have you spend one day in Hell and one in Heaven. Then you can choose where to spend eternity.'</w:t>
      </w:r>
      <w:r>
        <w:br/>
      </w:r>
      <w:r>
        <w:rPr>
          <w:b w:val="0"/>
          <w:i w:val="0"/>
        </w:rPr>
        <w:br/>
        <w:t>'Really, I've made up my mind. I want to be in Heaven,' says the MP.</w:t>
      </w:r>
      <w:r>
        <w:br/>
      </w:r>
      <w:r>
        <w:rPr>
          <w:b w:val="0"/>
          <w:i w:val="0"/>
        </w:rPr>
        <w:br/>
        <w:t>'I'm sorry, but we have our rules.'</w:t>
      </w:r>
    </w:p>
    <w:p>
      <w:r>
        <w:rPr>
          <w:b w:val="0"/>
          <w:i w:val="0"/>
        </w:rPr>
        <w:t>And with that, St. Peter escorts him to the elevator and he goes down, down, down to Hell. The doors open and he finds himself in the middle of a lush, green golf course. In the distance is a clubhouse and standing in front of it are all his friends and other politicians who had worked with him. Everyone is very happy and in evening dress. They run to greet him, shake his hand, and reminisce about the good times they had while getting rich at the expense of the people.</w:t>
      </w:r>
      <w:r>
        <w:br/>
      </w:r>
      <w:r>
        <w:rPr>
          <w:b w:val="0"/>
          <w:i w:val="0"/>
        </w:rPr>
        <w:br/>
        <w:t>They play a friendly game of golf and then dine on lobster, caviar and champagne.</w:t>
      </w:r>
    </w:p>
    <w:p>
      <w:r>
        <w:rPr>
          <w:b w:val="0"/>
          <w:i w:val="0"/>
        </w:rPr>
        <w:t>Also present is the devil, who really is a very nice, friendly guy who has a good time dancing and telling jokes. They are having such a good time that before he realises it, it is time to go. Everyone gives him a hearty farewell and waves while the elevator rises.... The elevator goes up, up, up and the door reopens in Heaven where St. Peter is waiting for him.</w:t>
      </w:r>
      <w:r>
        <w:br/>
      </w:r>
      <w:r>
        <w:rPr>
          <w:b w:val="0"/>
          <w:i w:val="0"/>
        </w:rPr>
        <w:br/>
        <w:t>'Now it's time to visit Heaven.'</w:t>
      </w:r>
    </w:p>
    <w:p>
      <w:r>
        <w:rPr>
          <w:b w:val="0"/>
          <w:i w:val="0"/>
        </w:rPr>
        <w:t>So, 24 hours pass with the MP joining a group of contented souls moving from cloud to cloud, mostly playing the harp and singing. They have a good time and, before he realises it, the 24 hours have gone by and St. Peter returns. 'Well, then, you've spent a day in Hell and another in Heaven. Now choose your eternity.'</w:t>
      </w:r>
    </w:p>
    <w:p>
      <w:r>
        <w:rPr>
          <w:b w:val="0"/>
          <w:i w:val="0"/>
        </w:rPr>
        <w:t>The MP reflects for a minute, then he answers: 'Well, I would never have imagined it before, I mean Heaven has been delightful, but I think I would be better off in Hell.'</w:t>
      </w:r>
    </w:p>
    <w:p>
      <w:r>
        <w:rPr>
          <w:b w:val="0"/>
          <w:i w:val="0"/>
        </w:rPr>
        <w:t>So, St. Peter escorts him to the elevator and he goes down, down, down to Hell.</w:t>
      </w:r>
      <w:r>
        <w:br/>
      </w:r>
      <w:r>
        <w:rPr>
          <w:b w:val="0"/>
          <w:i w:val="0"/>
        </w:rPr>
        <w:br/>
        <w:t>Now the doors of the elevator open and he's in the middle of a barren land covered with waste and garbage.</w:t>
      </w:r>
    </w:p>
    <w:p>
      <w:r>
        <w:rPr>
          <w:b w:val="0"/>
          <w:i w:val="0"/>
        </w:rPr>
        <w:t>He sees all his friends, dressed in rags, picking up the trash and putting it in black bags as more trash falls from above. The devil comes over to him and puts a conciliatory arm around his shoulder. I don't understand,' stammers the MP. 'Yesterday I was here and there was the promise of a beautiful golf course and clubhouse, and we ate lobster and caviar, drank champagne, and danced and had a great time. Now there's just a wasteland full of garbage and my friends all look miserable. What happened?' The devil looked at him, smiled and said, 'Yesterday we were campaigning.... but now my friend ... you've voted!”</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