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- 02/09/2022 - ISSUE"</w:t>
      </w:r>
      <w:r>
        <w:br/>
      </w:r>
      <w:r>
        <w:rPr>
          <w:b w:val="0"/>
          <w:i w:val="0"/>
        </w:rPr>
        <w:br/>
        <w:t>date_original: "02/09/2022 - ISSUE"</w:t>
      </w:r>
      <w:r>
        <w:br/>
      </w:r>
      <w:r>
        <w:rPr>
          <w:b w:val="0"/>
          <w:i w:val="0"/>
        </w:rPr>
        <w:br/>
        <w:t>source_url: "https://www.ourdogs.co.uk/members/breednotes/RetrieverLabradorMain.php"</w:t>
      </w:r>
      <w:r>
        <w:br/>
      </w:r>
      <w:r>
        <w:rPr>
          <w:b w:val="0"/>
          <w:i w:val="0"/>
        </w:rPr>
        <w:br/>
        <w:t>scraped_at: "2026-09-13T15:11:38"</w:t>
      </w:r>
      <w:r>
        <w:br/>
      </w:r>
      <w:r>
        <w:rPr>
          <w:b w:val="0"/>
          <w:i w:val="0"/>
        </w:rPr>
        <w:br/>
        <w:t>word_count: 609</w:t>
      </w:r>
    </w:p>
    <w:p>
      <w:r>
        <w:t>――――――――――――――――――――――――――――――</w:t>
      </w:r>
    </w:p>
    <w:p>
      <w:r>
        <w:rPr>
          <w:b w:val="0"/>
          <w:i w:val="0"/>
        </w:rPr>
        <w:t>NEWS MEMBERS' AREA SHOP SUBSCRIBE UPCOMING SHOWS MORE</w:t>
      </w:r>
    </w:p>
    <w:p>
      <w:r>
        <w:rPr>
          <w:b w:val="0"/>
          <w:i w:val="0"/>
        </w:rPr>
        <w:t>RETRIEVER LABRADOR</w:t>
      </w:r>
    </w:p>
    <w:p>
      <w:r>
        <w:rPr>
          <w:b w:val="0"/>
          <w:i w:val="0"/>
        </w:rPr>
        <w:t>Issue: 02/09/2022</w:t>
      </w:r>
    </w:p>
    <w:p>
      <w:r>
        <w:rPr>
          <w:b w:val="0"/>
          <w:i w:val="0"/>
        </w:rPr>
        <w:t>On Saturday, 15th October, the Labrador Retriever Club of Wales is holding its 23 class unbenched open show at Penyrheol Community Centre, Heol Aneurin, Caerphilly, CF83 2PG. The show opens at 10 a.m. and judging will begin at 10.30. A schedule is available on the Club website and entries should be sent to the Secretary, Mrs. M. H. Barker at Ã¢â‚¬Å"HaulwenÃ¢â‚¬Â, Church Lane, Nantgarw, Cardiff CF15 7TQ. Her telephone number is 01443 842585 and the email address is: secretarylabclubofwales.co.uk Entries close on 24th September 2022 (p/m). There are rosettes for all first prize winners and for BIS, Res BIS, BPIS, BVIS &amp; for BD, Res BD, BPD, BB, Res BB and BPB. Prize money will be paid in all classes, and there are special prizes of a bottle of whisky for BIS and a bottle of wine for BP. Please be generous with your entries to support this show and the judge for the day, Sarah McLellan (Saranden).</w:t>
      </w:r>
    </w:p>
    <w:p>
      <w:r>
        <w:rPr>
          <w:b w:val="0"/>
          <w:i w:val="0"/>
        </w:rPr>
        <w:t>Still on the subject of shows, Richmond has drawn an entry of 97, making 114, for judge Ian Dawson (Beskerby).</w:t>
      </w:r>
    </w:p>
    <w:p>
      <w:r>
        <w:rPr>
          <w:b w:val="0"/>
          <w:i w:val="0"/>
        </w:rPr>
        <w:t>In a first of its kind, a Labrador World Congress will be held via webinar on the 29th and 30th of October 2022, covering a range of topics and presented by various world-renowned guest speakers. Among the speakers are our own Marion Hopkinson and Linda Harvey Major. To register for the conference, please visit the website for more details. https://eventos.congresse.me/lwc For further information you can also follow the Labrador World Congress Facebook page. There are a few different package options to choose from and you can either sign up for the entire conference, including breakaway sessions/discussions, or just individual presentations. Note: Check local time for each presentation and if you canÃ¢â‚¬â„¢t attend, it is possible to select a package option that allows you to watch a recording at a later date.</w:t>
      </w:r>
    </w:p>
    <w:p>
      <w:r>
        <w:rPr>
          <w:b w:val="0"/>
          <w:i w:val="0"/>
        </w:rPr>
        <w:t>It was lovely to be able to join other Labrador enthusiasts for a special breed lunch at the Kennel Club on 25th August. Good food, wine and company in a very pleasant setting made for a most enjoyable occasion. Well done to the KC for enabling these breed lunches to take place and for making each one feel special by putting an image of the particular breed on the menu and on the little presentation boxes of chocolates. A toast was raised to the late John Crook of the famous Balrion kennel whose 90th birthday it would have been on that day. Do encourge your friends in other breeds to organise one of these events, and thanks go to Alison Scutcher for starting the ball rolling for this one.</w:t>
      </w:r>
    </w:p>
    <w:p>
      <w:r>
        <w:rPr>
          <w:b w:val="0"/>
          <w:i w:val="0"/>
        </w:rPr>
        <w:t>To end on a completely different note, it was lovely to see a picture in the National Press last week of Molly, a seven-year-old yellow Labrador, who is a therapy dog, encouraging youngsters receiving their Covid jabs at a vaccination centre in Wadebridge, Cornwall. Our wonderful breed fulfils so many important roles in our lives.</w:t>
      </w:r>
    </w:p>
    <w:p>
      <w:r>
        <w:rPr>
          <w:b w:val="0"/>
          <w:i w:val="0"/>
        </w:rPr>
        <w:t>Patricia Harrison</w:t>
      </w:r>
    </w:p>
    <w:p>
      <w:r>
        <w:rPr>
          <w:b w:val="0"/>
          <w:i w:val="0"/>
        </w:rPr>
        <w:t>labs.stebel@me.com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