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- 03 Oct 2003"</w:t>
      </w:r>
      <w:r>
        <w:br/>
      </w:r>
      <w:r>
        <w:rPr>
          <w:b w:val="0"/>
          <w:i w:val="0"/>
        </w:rPr>
        <w:br/>
        <w:t>date_original: "03 Oct 2003"</w:t>
      </w:r>
      <w:r>
        <w:br/>
      </w:r>
      <w:r>
        <w:rPr>
          <w:b w:val="0"/>
          <w:i w:val="0"/>
        </w:rPr>
        <w:br/>
        <w:t>source_url: "https://www.ourdogs.co.uk/members/breednotes/2003/RetrieverLabrador/RetrieverLabrador-oct03.htm"</w:t>
      </w:r>
      <w:r>
        <w:br/>
      </w:r>
      <w:r>
        <w:rPr>
          <w:b w:val="0"/>
          <w:i w:val="0"/>
        </w:rPr>
        <w:br/>
        <w:t>archive_type: "static_html"</w:t>
      </w:r>
      <w:r>
        <w:br/>
      </w:r>
      <w:r>
        <w:rPr>
          <w:b w:val="0"/>
          <w:i w:val="0"/>
        </w:rPr>
        <w:br/>
        <w:t>scraped_at: "2026-09-13T22:17:24"</w:t>
      </w:r>
      <w:r>
        <w:br/>
      </w:r>
      <w:r>
        <w:rPr>
          <w:b w:val="0"/>
          <w:i w:val="0"/>
        </w:rPr>
        <w:br/>
        <w:t>word_count: 956</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Many Labrador breeders, who attend eye-testing sessions in the south-Midlands and the South Wales area, will receive the news of the death of Hugh Williams MRCVS in a tractor accident last weekend, with utmost shock and sadness.</w:t>
      </w:r>
    </w:p>
    <w:p>
      <w:r>
        <w:rPr>
          <w:b w:val="0"/>
          <w:i w:val="0"/>
        </w:rPr>
        <w:t>Hugh was a friend to us all. Those, who knew him from attending BVA eye-testing sessions over the years around this area, would agree that he was just the most perfect person to be an eye-testing Vet; sensible, calm and practical; no dramas, just plain common sense. We will miss him greatly and send our love and heartfelt condolences to his wife and five children.</w:t>
      </w:r>
    </w:p>
    <w:p>
      <w:r>
        <w:rPr>
          <w:b w:val="0"/>
          <w:i w:val="0"/>
        </w:rPr>
        <w:t>It seems to be a week of bad news. Our best wishes for a speedy recovery go to the President of the Yellow Labrador Club, Brian Yeowart (Langshott), who has very recently suffered a minor stroke. We are thinking of you Brian and do hope you are up and about soon.</w:t>
      </w:r>
    </w:p>
    <w:p>
      <w:r>
        <w:rPr>
          <w:b w:val="0"/>
          <w:i w:val="0"/>
        </w:rPr>
        <w:t>We also send best wishes for a good recovery to Lynda Miles daughter Nicola, (Llanstinan),who sustained two badly broken legs in an horrific car accident three weeks ago. Nothing remains of the car and that she got out alive was indeed a miracle. I gather she has been pinned together piece by piece and, now home again, with L plates on her wheelchair, is already planning to be up and running in a half marathon on her mended legs by the summer of next year. Now there is determination for you!</w:t>
      </w:r>
    </w:p>
    <w:p>
      <w:r>
        <w:rPr>
          <w:b w:val="0"/>
          <w:i w:val="0"/>
        </w:rPr>
        <w:t>As the first shades of autumn appeared and the temperatures of the hot summer finally dipped, the Yellow Labrador Club Ch Show was held midweek on a lovely sunny day at the Sports Connection, near Coventry.</w:t>
      </w:r>
    </w:p>
    <w:p>
      <w:r>
        <w:rPr>
          <w:b w:val="0"/>
          <w:i w:val="0"/>
        </w:rPr>
        <w:t>This is always a friendly, well-run event. Club Chairman, Peggy Rea was on hand to sell the catalogues, whilst Secretary, Susie Wiles ensured that everything ran like clockwork, with her experienced stewards, Tony Jury, Richard Wiles and their helpers keeping things running smoothly and efficiently. There was a one minutes silence in memory of Didi Hepworth (Poolstead) who had so sadly passed away recently after her brave fight against cancer.</w:t>
      </w:r>
      <w:r>
        <w:br/>
      </w:r>
      <w:r>
        <w:rPr>
          <w:b w:val="0"/>
          <w:i w:val="0"/>
        </w:rPr>
        <w:br/>
        <w:t>The show had an entry of 381dogs for judges Barry Rooth (Dogs) and Penny Carpanini (Bitches) to go over.</w:t>
      </w:r>
    </w:p>
    <w:p>
      <w:r>
        <w:rPr>
          <w:b w:val="0"/>
          <w:i w:val="0"/>
        </w:rPr>
        <w:t>The Bitch CC and Best in Show went to Les and Joyce Brabban’s yellow Sh Ch Cambremer Call My Bluff, whilst the Bitch RCC was won by Mrs C. Spencer’s yellow Trendlewood Dandelion JW (Lembas to the Moon and Back JW x Trendlewood Double Silk) bred by Fiona Braddon.</w:t>
      </w:r>
    </w:p>
    <w:p>
      <w:r>
        <w:rPr>
          <w:b w:val="0"/>
          <w:i w:val="0"/>
        </w:rPr>
        <w:t>In the dog ring, the CC was won by Vic and Janet Cole’s yellow Sh Ch Stajantors Robin, winning his 11th CC. (I understand he recently went Best in Show under Andrew Brace at one of the East Anglian all Breeds Open Shows too. Good to see the Labrador topping the Open Show bill occasionally, all too often it’s the “hairdressing dogs” who take the top spot, so, well done!).</w:t>
      </w:r>
      <w:r>
        <w:br/>
      </w:r>
      <w:r>
        <w:rPr>
          <w:b w:val="0"/>
          <w:i w:val="0"/>
        </w:rPr>
        <w:br/>
        <w:t>Fiona Braddon completed a good day by winning the Dog RCC with her young yellow Trendlewood Rocket Man (Lembas to the Moon and Back x Trendlewood Beautiful Day).</w:t>
      </w:r>
    </w:p>
    <w:p>
      <w:r>
        <w:rPr>
          <w:b w:val="0"/>
          <w:i w:val="0"/>
        </w:rPr>
        <w:t>Best Puppy in Show was Mr and Mrs Gawthorpes yellow dog Waterbrook Play it Again (Rocheby Old Smokey x Waterbrook Morning Breeze), whilst Best Veteran in Show was my own yellow dog, Ch Bowstones Carruthers enjoying demonstrating that he is still feeling youthful and happy to be in the limelight again.</w:t>
      </w:r>
    </w:p>
    <w:p>
      <w:r>
        <w:rPr>
          <w:b w:val="0"/>
          <w:i w:val="0"/>
        </w:rPr>
        <w:t>I suppose that all the winners of the Yellow Labrador Club Ch Show being yellow, was rather fitting!</w:t>
      </w:r>
    </w:p>
    <w:p>
      <w:r>
        <w:rPr>
          <w:b w:val="0"/>
          <w:i w:val="0"/>
        </w:rPr>
        <w:t>Ann Britton 01989 720665</w:t>
      </w:r>
      <w:r>
        <w:br/>
      </w:r>
      <w:r>
        <w:rPr>
          <w:b w:val="0"/>
          <w:i w:val="0"/>
        </w:rPr>
        <w:br/>
        <w:t>Fax 01989 720550</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