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- 25/03/2011"</w:t>
      </w:r>
      <w:r>
        <w:br/>
      </w:r>
      <w:r>
        <w:rPr>
          <w:b w:val="0"/>
          <w:i w:val="0"/>
        </w:rPr>
        <w:br/>
        <w:t>date_original: "25/03/2011"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"2026-09-13T22:49:04"</w:t>
      </w:r>
      <w:r>
        <w:br/>
      </w:r>
      <w:r>
        <w:rPr>
          <w:b w:val="0"/>
          <w:i w:val="0"/>
        </w:rPr>
        <w:br/>
        <w:t>word_count: 778</w:t>
      </w:r>
    </w:p>
    <w:p>
      <w:r>
        <w:t>――――――――――――――――――――――――――――――</w:t>
      </w:r>
    </w:p>
    <w:p>
      <w:r>
        <w:rPr>
          <w:b w:val="0"/>
          <w:i w:val="0"/>
        </w:rPr>
        <w:t>NEWS MEMBERS' AREA SHOP SUBSCRIBE UPCOMING SHOWS MORE</w:t>
      </w:r>
    </w:p>
    <w:p>
      <w:r>
        <w:rPr>
          <w:b w:val="0"/>
          <w:i w:val="0"/>
        </w:rPr>
        <w:t>RETRIEVER LABRADOR</w:t>
      </w:r>
    </w:p>
    <w:p>
      <w:r>
        <w:rPr>
          <w:b w:val="0"/>
          <w:i w:val="0"/>
        </w:rPr>
        <w:t>Issue: 25/03/2011</w:t>
      </w:r>
    </w:p>
    <w:p>
      <w:r>
        <w:rPr>
          <w:b w:val="0"/>
          <w:i w:val="0"/>
        </w:rPr>
        <w:t>Spare a thought for all the Japanese Labrador owners, breeders and exhibitors, several who come to our shows in the summer months, at this awful time of earthquake, tsunami and nuclear disaster in their country.</w:t>
      </w:r>
    </w:p>
    <w:p>
      <w:r>
        <w:rPr>
          <w:b w:val="0"/>
          <w:i w:val="0"/>
        </w:rPr>
        <w:t>I am sad to report that David Robson (Hustledown Labradors) has passed away. He made up the stylish yellow bitch Sh Ch Hustledown Atlanta in 1990. Our condolences go to Brenda and family at this sad time.</w:t>
      </w:r>
    </w:p>
    <w:p>
      <w:r>
        <w:rPr>
          <w:b w:val="0"/>
          <w:i w:val="0"/>
        </w:rPr>
        <w:t>Congratulations to Paul and Irene Collins whose yellow bitch Kaspair Amienne won the Labrador Working Gundog (Bitch) class in the Gamekeepers section at Crufts from an entry of 25.Also to Mrs J Biddlecombe who won the Labrador Working Gundog (Dog) class with Tintagel Winds Yours Truly from an entry of 27.</w:t>
      </w:r>
    </w:p>
    <w:p>
      <w:r>
        <w:rPr>
          <w:b w:val="0"/>
          <w:i w:val="0"/>
        </w:rPr>
        <w:t>I enjoyed walking round Crufts. There were less people about this year as Gundog day was on a Thursday and consequently it was easier to get near the trade stands and event rings. I spent some time at the crowded Dogs for the Disabled ring in Hall 3, where the entertainment was most amusing. To much cheering and encouragement, teams of dogs from all over the UK competed in a relay competition of several heats. Each individual dog was loudly encouraged to gallop as fast as possible from a handler at one end of a long mat, to another handler at the opposite end. There were two mats on the go, side by side, the winner of each mat going forward to the next heat and all sorts of dogs of every shape and size competing; tiny Parson Russell type terriers, gundogs, cross breeds, all happily scampering down the mat as fast as their legs would carry them, racing to be the first home. All, that is, bar the Labradors, who sadly didn't win a single heat, much to the mirth of the ringside crowd. The reason became glaringly obvious when one noticed the distractions enroute positioned at regular intervals all along both sides of the mats from one end to the other; bowls of crunchy dog food, squeaky toys, tennis balls, more dog food, more dishes etc etc.. Whilst the well-behaved, good dogs completely ignored these temptations and quickly scampered down the mat into the welcoming arms of their handlers, the Labradors really let themselves down big time and much to everyone's delight were thoroughly un-competitive. They galloped to the first dog food bowl, ate the dog food, picked up and played with the toys, pinched the chews, rolled the empty food bowls around, and only when they had finally got really bored did they wander back to their handlers with numerous retrieved balls and chews still secreted in their mouths! The crowd loved it and the competition made for really good doggy entertainment.</w:t>
      </w:r>
    </w:p>
    <w:p>
      <w:r>
        <w:rPr>
          <w:b w:val="0"/>
          <w:i w:val="0"/>
        </w:rPr>
        <w:t>One good thing I noticed this year was that the queues for the ladies' loos were non existent throughout the day. Compare this with the hour long wait in the loo-queue five or more years ago, when by the time you eventually gained the head of the queue, you were lifelong friends with the person standing next to you.</w:t>
      </w:r>
    </w:p>
    <w:p>
      <w:r>
        <w:rPr>
          <w:b w:val="0"/>
          <w:i w:val="0"/>
        </w:rPr>
        <w:t>Many thanks to Mandy Deane for the following safety advice: 'A few days ago, a person was recharging his mobile phone at home. Just at that time a call came in and he answered it with the charging Instrument still plugged into the outlet. After a few seconds electricity flowed into the cell phone unrestrained and the young man was thrown to the floor with a heavy thud. The phone actually exploded in pieces. His parents rushed to the room only to find him unconscious, with a weak heartbeat and burnt fingers. He was rushed to the nearby hospital, but was pronounced dead on arrival. Cell phones are a very useful modern invention. However, we must be aware that it can also be an instrument of death. Never use the cell phone while it is hooked to the electrical outlet! If you are charging the cell phone and a call comes in, unplug it from the charger and outlet.'</w:t>
      </w:r>
    </w:p>
    <w:p>
      <w:r>
        <w:rPr>
          <w:b w:val="0"/>
          <w:i w:val="0"/>
        </w:rPr>
        <w:t>Ann Britton 01989 720665</w:t>
      </w:r>
    </w:p>
    <w:p>
      <w:r>
        <w:rPr>
          <w:b w:val="0"/>
          <w:i w:val="0"/>
        </w:rPr>
        <w:t>bowstones @ 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