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- 11/03/2022 - ISSUE"</w:t>
      </w:r>
      <w:r>
        <w:br/>
      </w:r>
      <w:r>
        <w:rPr>
          <w:b w:val="0"/>
          <w:i w:val="0"/>
        </w:rPr>
        <w:br/>
        <w:t>date_original: "11/03/2022 - ISSUE"</w:t>
      </w:r>
      <w:r>
        <w:br/>
      </w:r>
      <w:r>
        <w:rPr>
          <w:b w:val="0"/>
          <w:i w:val="0"/>
        </w:rPr>
        <w:br/>
        <w:t>source_url: "https://www.ourdogs.co.uk/members/breednotes/RetrieverLabradorMain.php"</w:t>
      </w:r>
      <w:r>
        <w:br/>
      </w:r>
      <w:r>
        <w:rPr>
          <w:b w:val="0"/>
          <w:i w:val="0"/>
        </w:rPr>
        <w:br/>
        <w:t>scraped_at: "2026-09-13T15:12:44"</w:t>
      </w:r>
      <w:r>
        <w:br/>
      </w:r>
      <w:r>
        <w:rPr>
          <w:b w:val="0"/>
          <w:i w:val="0"/>
        </w:rPr>
        <w:br/>
        <w:t>word_count: 590</w:t>
      </w:r>
    </w:p>
    <w:p>
      <w:r>
        <w:t>――――――――――――――――――――――――――――――</w:t>
      </w:r>
    </w:p>
    <w:p>
      <w:r>
        <w:rPr>
          <w:b w:val="0"/>
          <w:i w:val="0"/>
        </w:rPr>
        <w:t>NEWS MEMBERS' AREA SHOP SUBSCRIBE UPCOMING SHOWS MORE</w:t>
      </w:r>
    </w:p>
    <w:p>
      <w:r>
        <w:rPr>
          <w:b w:val="0"/>
          <w:i w:val="0"/>
        </w:rPr>
        <w:t>RETRIEVER LABRADOR</w:t>
      </w:r>
    </w:p>
    <w:p>
      <w:r>
        <w:rPr>
          <w:b w:val="0"/>
          <w:i w:val="0"/>
        </w:rPr>
        <w:t>Issue: 11/03/2022</w:t>
      </w:r>
    </w:p>
    <w:p>
      <w:r>
        <w:rPr>
          <w:b w:val="0"/>
          <w:i w:val="0"/>
        </w:rPr>
        <w:t>The Autumn Breed Records Suppliment covering Labrador Breed records from July to September 2021 has arrived. It is huge, 350 pages and has to be one of the largest BRSs ever. In the previous year 2020, 39905 Labradors were KC registered during the whole year.</w:t>
      </w:r>
    </w:p>
    <w:p>
      <w:r>
        <w:rPr>
          <w:b w:val="0"/>
          <w:i w:val="0"/>
        </w:rPr>
        <w:t xml:space="preserve">In the three quarters of the year covered in the autumn 2021 BRS covering up to September, but not including the final quarter, 46918 Labradors were registered; an increase, in just nine months of a year of 7013 pups compared with the whole of the previous year. </w:t>
      </w:r>
    </w:p>
    <w:p>
      <w:r>
        <w:rPr>
          <w:b w:val="0"/>
          <w:i w:val="0"/>
        </w:rPr>
        <w:t>Of course this period, during the Covid lockdown, was when puppy prices went sky high and some people decided big money was to be made from selling Labrador pups. IÃ¢â‚¬â„¢m glad to see most are now priced more reasonably and some of the extra expensive ones of Ã‚Â£7000 plus, remain unsold on puppy selling websites. Sad for them but not for their breeders.</w:t>
      </w:r>
    </w:p>
    <w:p>
      <w:r>
        <w:rPr>
          <w:b w:val="0"/>
          <w:i w:val="0"/>
        </w:rPr>
        <w:t>I certainly notice Vet bills have escalated this year too!</w:t>
      </w:r>
    </w:p>
    <w:p>
      <w:r>
        <w:rPr>
          <w:b w:val="0"/>
          <w:i w:val="0"/>
        </w:rPr>
        <w:t>In the BRS I see a litter of pups, 13 Silver and 1 chocolate has been accepted by the KC for  registration, incorrectly, as Labradors. They arenÃ¢â‚¬â„¢t even described as Ã¢â‚¬Å"non standard colourÃ¢â‚¬Â, or Ã¢â‚¬Å"colour not recognisedÃ¢â‚¬Â. Just Ã¢â‚¬Å"SilverÃ¢â‚¬Â. The sooner they get their own section on a KC register for non-standard, cross bred Weirmadors, the better.</w:t>
      </w:r>
    </w:p>
    <w:p>
      <w:r>
        <w:rPr>
          <w:b w:val="0"/>
          <w:i w:val="0"/>
        </w:rPr>
        <w:t>I looked at the export section of the BRS and, thank goodness, none of those pups have gone to Russia or Ukraine and likely to suffer from the hideously barbaric Russian war waged on Ukraine which might so easily have spread even further by the time you read these notes.</w:t>
      </w:r>
    </w:p>
    <w:p>
      <w:r>
        <w:rPr>
          <w:b w:val="0"/>
          <w:i w:val="0"/>
        </w:rPr>
        <w:t>There are so many excellent kennels breeding top class stock in many dog breeds in both Russia and Ukraine. It is tragic that in so few days the safety of the world has been turned upside down.</w:t>
      </w:r>
    </w:p>
    <w:p>
      <w:r>
        <w:rPr>
          <w:b w:val="0"/>
          <w:i w:val="0"/>
        </w:rPr>
        <w:t xml:space="preserve">The news this morning, as I write these notes early for the Crufts edition, is that Russians have shelled a nuclear power station whose destruction could affect the whole of Europe, including Russia. </w:t>
      </w:r>
    </w:p>
    <w:p>
      <w:r>
        <w:rPr>
          <w:b w:val="0"/>
          <w:i w:val="0"/>
        </w:rPr>
        <w:t xml:space="preserve">In the case of a James Bond film, 007 would move heaven and earth, and after two hours of nail biting suspense, the perpetrator would be bumped off for good. Not so in the real world. </w:t>
      </w:r>
    </w:p>
    <w:p>
      <w:r>
        <w:rPr>
          <w:b w:val="0"/>
          <w:i w:val="0"/>
        </w:rPr>
        <w:t xml:space="preserve">It got me thinking what we dog owners would do with our much loved dogs if faced with a similar situation, heaven forbid. </w:t>
      </w:r>
    </w:p>
    <w:p>
      <w:r>
        <w:rPr>
          <w:b w:val="0"/>
          <w:i w:val="0"/>
        </w:rPr>
        <w:t xml:space="preserve">I gather Susie Wiles and Claire Mills will have blue and yellow ribbons mounted on a Yellow Lab Club badge for donation to the Ukranian support funds, to wear  at Crufts. </w:t>
      </w:r>
    </w:p>
    <w:p>
      <w:r>
        <w:rPr>
          <w:b w:val="0"/>
          <w:i w:val="0"/>
        </w:rPr>
        <w:t>There will be a minutes silence in the Crufts Labrador ring to remember those people our Breed has lost recently and hopefully a prayer for Peace and the people of Ukraine.</w:t>
      </w:r>
    </w:p>
    <w:p>
      <w:r>
        <w:rPr>
          <w:b w:val="0"/>
          <w:i w:val="0"/>
        </w:rPr>
        <w:t xml:space="preserve">Good luck at Crufts. Have a memorable time. </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