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- 5 Nov 2010"</w:t>
      </w:r>
      <w:r>
        <w:br/>
      </w:r>
      <w:r>
        <w:rPr>
          <w:b w:val="0"/>
          <w:i w:val="0"/>
        </w:rPr>
        <w:br/>
        <w:t>date_original: "5 Nov 2010"</w:t>
      </w:r>
      <w:r>
        <w:br/>
      </w:r>
      <w:r>
        <w:rPr>
          <w:b w:val="0"/>
          <w:i w:val="0"/>
        </w:rPr>
        <w:br/>
        <w:t>source_url: "https://www.ourdogs.co.uk/members/breednotes/2010/RetrieverLabrador/RetrieverLabrador-nov5.htm"</w:t>
      </w:r>
      <w:r>
        <w:br/>
      </w:r>
      <w:r>
        <w:rPr>
          <w:b w:val="0"/>
          <w:i w:val="0"/>
        </w:rPr>
        <w:br/>
        <w:t>archive_type: "static_html"</w:t>
      </w:r>
      <w:r>
        <w:br/>
      </w:r>
      <w:r>
        <w:rPr>
          <w:b w:val="0"/>
          <w:i w:val="0"/>
        </w:rPr>
        <w:br/>
        <w:t>scraped_at: "2026-09-13T22:00:59"</w:t>
      </w:r>
      <w:r>
        <w:br/>
      </w:r>
      <w:r>
        <w:rPr>
          <w:b w:val="0"/>
          <w:i w:val="0"/>
        </w:rPr>
        <w:br/>
        <w:t>word_count: 1340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journey from Ross on Wye on a busy Thursday to and from Midland Counties Canine Society’s championship show at Stafford was certainly not easy. At the moment, every single day of the week the radio carries news of lengthy tailbacks in the roadworks at the busy M5/M6 junction in Birmingham.</w:t>
      </w:r>
    </w:p>
    <w:p>
      <w:r>
        <w:rPr>
          <w:b w:val="0"/>
          <w:i w:val="0"/>
        </w:rPr>
        <w:t>Consequently to allow for this and determined to beat any holdups, I got up well before the crack of dawn and left home with plenty of time to spare. I arrived at Stafford at 8.15am for our advertised 9am start, only to hear at 9am an announcement to the effect that judging was being delayed 30 minutes to allow for latecomers still stuck in the traffic. Arrgh. I could have had another 30 minutes more in bed! The following day at 8am the radio report on this same M5/M6 junction was that traffic was at a complete standstill, which is so unfortunate for exhibitors and show organisers alike.</w:t>
      </w:r>
    </w:p>
    <w:p>
      <w:r>
        <w:rPr>
          <w:b w:val="0"/>
          <w:i w:val="0"/>
        </w:rPr>
        <w:t>Due to the volume of traffic, the return journey home at teatime took twice as long at it should have and what normally takes 95 minutes turned into a three hour trek at 10mph; the traffic queuing all the way from junction 14 on the M6 at Stafford North, right down to Birmingham. It will certainly have to be a really excellent Labrador judge to ever get me up to Stafford again on a weekday. This was long standing Secretary, Margaret Evertons last show and as ever it ran like clockwork.</w:t>
      </w:r>
    </w:p>
    <w:p>
      <w:r>
        <w:rPr>
          <w:b w:val="0"/>
          <w:i w:val="0"/>
        </w:rPr>
        <w:t>The facilities in the Sandylands centre were much appreciated, with excellent lighting, comfortable seating around a vast ring and adjacent benching, all in a pleasant temperature. Beth Sweigart from America had been appointed our Labrador judge. I understand she judges many breeds in the US but it was her first time awarding Labrador CCs in the UK. She had drawn an entry of 199 dogs and bitches. Exhibits were arranged in their classes in alphabetical order by owners name, which was new to we casual Labrador exhibitors, who are more accustomed to wandering into the ring in any old order. Our excellent steward, field officer, Tony Foulston kept us in correct order.</w:t>
      </w:r>
    </w:p>
    <w:p>
      <w:r>
        <w:rPr>
          <w:b w:val="0"/>
          <w:i w:val="0"/>
        </w:rPr>
        <w:t>Labrador breed standards in the US and the UK are different, and it is always interesting to see how visitors from abroad regard our winning stock. The black American import dog belonging to the Brown family, AM Ch. Ghostone Hyspire Dressed to Impress won his first CC and Best of Breed. The Dog RCC went to the Allen family’s yellow, Sh Ch Allenies Maverick JW, and the same owners and Guildford winning the Bitch CC with the yellow, Allenies On the Move to Mandursan. The Bitch RCC was won the by chocolate belonging to Tracy James Sh Ch Ranzham Miss Starlight at Blackmine JW. Best Puppy was Mr and Mrs P Neals Aardvar Lancaster.</w:t>
      </w:r>
    </w:p>
    <w:p>
      <w:r>
        <w:rPr>
          <w:b w:val="0"/>
          <w:i w:val="0"/>
        </w:rPr>
        <w:t>The Animal Health Trust has launched an investigation to try and find out the source of a mysterious seasonal canine illness, which develops suddenly and results in vomiting, diarrhoea and lethargy causing dogs to become very ill, and in some cases die. Can you help the AHT investigate? If you have walked your dog on the Sandringham Estate, in Thetford Forest, in Clumber Park or Sherwood Forest since the beginning of August 2010, whether your dog was taken ill or not then, your help in completing a questionnaire will be invaluable. The information gleaned from dog owners who have walked on these sites will hopefully help to piece together the puzzle. Go to the Animal Health Trust website and download the questionnaire and map, specific to the site where you walked (Sandringham Estate, Thetford Forest, Clumber Park or Sherwood Forest) and return to: Fatima Cruz, Seasonal Canine Illness investigation, Animal Health Trust, Lanwades Park, Kentford, Newmarket, Suffolk, CB8 7UU.</w:t>
      </w:r>
    </w:p>
    <w:p>
      <w:r>
        <w:rPr>
          <w:b w:val="0"/>
          <w:i w:val="0"/>
        </w:rPr>
        <w:t>For further information email info@aht.org.uk with your contact details and the location you walked in, or by calling the AHT on 01638 555399. If you haven’t got access to a printer and would like a printed copy of the specific questionnaire and map to be sent to you, please use the above email or telephone number to contact the Animal Health Trust.</w:t>
      </w:r>
    </w:p>
    <w:p>
      <w:r>
        <w:rPr>
          <w:b w:val="0"/>
          <w:i w:val="0"/>
        </w:rPr>
        <w:t>The Labrador Club of Scotland is holding its Annual Dinner Dance on Saturday 20th November 2010 at The Richmond Park Hotel Bo`ness, from 7.00pm till 1am. Tickets are £25 per person. There will be a delicious 3 Course Meal served at 7.30pm then revellers can Boogie the night away to Quaser Entertainments Discotheque. Also featured will be a Guest Star appearance by Danny Allan, one of the top leading Elvis tribute artists in Europe today. Danny was runner up in the biggest contest in Europe &amp; voted Best Vegas Era of Elvis in Europe. Single or Double/Twin Rooms are available Single £40.00 or Double/Twin £55.00 (Includes Full Scottish Breakfast) Please RSVP as soon as possible regarding rooms to secure your booking &amp; get discounted rate Contact: Lesley Park - 01506 823001 or kinchyle@hotmail.co.uk</w:t>
      </w:r>
    </w:p>
    <w:p>
      <w:r>
        <w:rPr>
          <w:b w:val="0"/>
          <w:i w:val="0"/>
        </w:rPr>
        <w:t>Just to remind readers once again that the new Midland Counties Lab Club Yearbook editor is Lisa Finney: Tel 0121 705 5458. 47 Lode Lane, Solihull, B91 2AF. Email: lisa.finney1@gmail.com. The closing date by which all adverts and articles must be received has been slightly extended to take account of the late hand-over from Pam Hingley who sadly had to retire from the editorial job due to ill health. Pam has carried out the job so brilliantly for the past few years producing a top class yearbook for all to enjoy. Good luck to Lisa Finney who is picking up the reins; a hard act to follow. I trust intending contributors will help Lisa out by being prompt with their photos and adverts and send them in as soon as possible.</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