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- 29/11/2013"</w:t>
      </w:r>
      <w:r>
        <w:br/>
      </w:r>
      <w:r>
        <w:rPr>
          <w:b w:val="0"/>
          <w:i w:val="0"/>
        </w:rPr>
        <w:br/>
        <w:t>date_original: "29/11/2013"</w:t>
      </w:r>
      <w:r>
        <w:br/>
      </w:r>
      <w:r>
        <w:rPr>
          <w:b w:val="0"/>
          <w:i w:val="0"/>
        </w:rPr>
        <w:br/>
        <w:t>source_url: "https://www.ourdogs.co.uk/members/breednotes/retlabarchive.php"</w:t>
      </w:r>
      <w:r>
        <w:br/>
      </w:r>
      <w:r>
        <w:rPr>
          <w:b w:val="0"/>
          <w:i w:val="0"/>
        </w:rPr>
        <w:br/>
        <w:t>archive_type: "retlabarchive_post"</w:t>
      </w:r>
      <w:r>
        <w:br/>
      </w:r>
      <w:r>
        <w:rPr>
          <w:b w:val="0"/>
          <w:i w:val="0"/>
        </w:rPr>
        <w:br/>
        <w:t>scraped_at: "2026-09-13T22:42:15"</w:t>
      </w:r>
      <w:r>
        <w:br/>
      </w:r>
      <w:r>
        <w:rPr>
          <w:b w:val="0"/>
          <w:i w:val="0"/>
        </w:rPr>
        <w:br/>
        <w:t>word_count: 819</w:t>
      </w:r>
    </w:p>
    <w:p>
      <w:r>
        <w:t>――――――――――――――――――――――――――――――</w:t>
      </w:r>
    </w:p>
    <w:p>
      <w:r>
        <w:rPr>
          <w:b w:val="0"/>
          <w:i w:val="0"/>
        </w:rPr>
        <w:t>NEWS MEMBERS' AREA SHOP SUBSCRIBE UPCOMING SHOWS MORE</w:t>
      </w:r>
    </w:p>
    <w:p>
      <w:r>
        <w:rPr>
          <w:b w:val="0"/>
          <w:i w:val="0"/>
        </w:rPr>
        <w:t>RETRIEVER LABRADOR</w:t>
      </w:r>
    </w:p>
    <w:p>
      <w:r>
        <w:rPr>
          <w:b w:val="0"/>
          <w:i w:val="0"/>
        </w:rPr>
        <w:t>Issue: 29/11/2013</w:t>
      </w:r>
    </w:p>
    <w:p>
      <w:r>
        <w:rPr>
          <w:b w:val="0"/>
          <w:i w:val="0"/>
        </w:rPr>
        <w:t>There is a change of judge for Labrador Retriever Club of Wales Championship show on February 1st 2014. The scheduled bitch judge Mrs Timms is unable to fulfil the engagement due to unforeseen circumstances. The re-placement judge is Mrs. Lucy Kent (Trewinnard), subject to K.C.</w:t>
      </w:r>
    </w:p>
    <w:p>
      <w:r>
        <w:rPr>
          <w:b w:val="0"/>
          <w:i w:val="0"/>
        </w:rPr>
        <w:t>approval.</w:t>
      </w:r>
    </w:p>
    <w:p>
      <w:r>
        <w:rPr>
          <w:b w:val="0"/>
          <w:i w:val="0"/>
        </w:rPr>
        <w:t>I am writing these notes in two seconds of peace whilst the three week old puppies eat their afternoon tea in their puppy run beside me; next to my computer chair. Actually its more like sploshing around in their afternoon tea, puppy porridge, rather than orderly eating, but we are getting there. Generally table manners are not exactly well developed and climbing into the dish and lying right across the dinner, thereby personally reserving everything underneath, seems to be acceptable behaviour to a few, somewhat akin to some holidaymaking Germans and early morning sunbed reservations!</w:t>
      </w:r>
    </w:p>
    <w:p>
      <w:r>
        <w:rPr>
          <w:b w:val="0"/>
          <w:i w:val="0"/>
        </w:rPr>
        <w:t>Breed notes temporarily halted, had to break off to wipe the pups clean, dry them and put them back to bed for another snooze. At this age if not thoroughly cleaned they can get into a dangerous habit of sucking each other. I have never had it myself but I do know of pups fatally damaging each other by such sucking action, so I clean mine up well. Now, after the burst of activity they are fast asleep again; the odd one purring, warm and comfy for the next few hours.</w:t>
      </w:r>
    </w:p>
    <w:p>
      <w:r>
        <w:rPr>
          <w:b w:val="0"/>
          <w:i w:val="0"/>
        </w:rPr>
        <w:t>Having just written 'Labrador Retriever' reminds my of the recent difficulties I  had with the Kennel Club web site, which normally works reasonably well. I registered the eleven pups and put them on the KC puppy website. The next day I thought I would see how pet puppy buyers got to the KC Find a Puppy Available site.</w:t>
      </w:r>
    </w:p>
    <w:p>
      <w:r>
        <w:rPr>
          <w:b w:val="0"/>
          <w:i w:val="0"/>
        </w:rPr>
        <w:t>Asked for the breed I was interested in, I typed in Labrador, for that is what a puppy buyer would call our breed and therefore write. The response from the KC website "No breed was found that matched "Labrador" Please check and try again."</w:t>
      </w:r>
    </w:p>
    <w:p>
      <w:r>
        <w:rPr>
          <w:b w:val="0"/>
          <w:i w:val="0"/>
        </w:rPr>
        <w:t>Tried again with capital letters. Same Response.</w:t>
      </w:r>
    </w:p>
    <w:p>
      <w:r>
        <w:rPr>
          <w:b w:val="0"/>
          <w:i w:val="0"/>
        </w:rPr>
        <w:t>This is from the main KC 'find a Puppy website' for the public. According to the website that day, the biggest breed doesn't exist!</w:t>
      </w:r>
    </w:p>
    <w:p>
      <w:r>
        <w:rPr>
          <w:b w:val="0"/>
          <w:i w:val="0"/>
        </w:rPr>
        <w:t>Undeterred, I refreshed my computer and typed in Labrador Retriever, although puppy buyers would not know the breed by that name, to them Retrievers are the Long Haired Golden variety.</w:t>
      </w:r>
    </w:p>
    <w:p>
      <w:r>
        <w:rPr>
          <w:b w:val="0"/>
          <w:i w:val="0"/>
        </w:rPr>
        <w:t>Labrador Retriever got the same response. "Problem</w:t>
      </w:r>
    </w:p>
    <w:p>
      <w:r>
        <w:rPr>
          <w:b w:val="0"/>
          <w:i w:val="0"/>
        </w:rPr>
        <w:t>No breed was found that matched 'Labrador Retriever'. Please check and try again".</w:t>
      </w:r>
    </w:p>
    <w:p>
      <w:r>
        <w:rPr>
          <w:b w:val="0"/>
          <w:i w:val="0"/>
        </w:rPr>
        <w:t>At one point 47,000 Labradors were being registered every year. I know there are not those numbers these days but Labradors still top the breed popularity list at over 40,000 registered per year.</w:t>
      </w:r>
    </w:p>
    <w:p>
      <w:r>
        <w:rPr>
          <w:b w:val="0"/>
          <w:i w:val="0"/>
        </w:rPr>
        <w:t>So, how was I to find a Labrador in my pretend role of interested puppy buying, member of the public trying to contact a breeder of my chosen breed, the Labrador.</w:t>
      </w:r>
    </w:p>
    <w:p>
      <w:r>
        <w:rPr>
          <w:b w:val="0"/>
          <w:i w:val="0"/>
        </w:rPr>
        <w:t>I only got sense out of the KC website in the end by typing in Retriever (Labrador), which, yes, we know the breed by, but certainly the general public do not.</w:t>
      </w:r>
    </w:p>
    <w:p>
      <w:r>
        <w:rPr>
          <w:b w:val="0"/>
          <w:i w:val="0"/>
        </w:rPr>
        <w:t>Perhaps the KC could look into this and take a leaf out of Royal Canin's excellent website and breed list, where Labrador is Labrador or Labrador Retriever, so simple and so easy to find as compared with the KCs cryptic search requirements.</w:t>
      </w:r>
    </w:p>
    <w:p>
      <w:r>
        <w:rPr>
          <w:b w:val="0"/>
          <w:i w:val="0"/>
        </w:rPr>
        <w:t>A reminder that Richard Edwards will be giving his splendid talk entitled The Early History of the Labrador Retriever,  (note NOT Retriever (Labrador) as my comments above, )this weekend,  on Sunday 1st December at 2.pm at Langstone Village Hall, Old Chepstow Road, Langstone Newport NP18 2ND. Organised by the Labrador Retriever Club of Wales tickets are Â£5 including afternoon tea. Contact Margaret Barker email secretary@labclubof wales.co.uk tel 01443842585. Proceeds in aid of Labrador Rescue.</w:t>
      </w:r>
    </w:p>
    <w:p>
      <w:r>
        <w:rPr>
          <w:b w:val="0"/>
          <w:i w:val="0"/>
        </w:rPr>
        <w:t>Message from Julia Lewis, Secretary of Midland Counties Labrador Retriever Club - all cheques sent to the club must be made out to the Midland Counties Labrador Retriever Club in full, not as an abbreviation, as the bank will no longer accept them.</w:t>
      </w:r>
    </w:p>
    <w:p>
      <w:r>
        <w:rPr>
          <w:b w:val="0"/>
          <w:i w:val="0"/>
        </w:rPr>
        <w:t>Entries for Midland Counties Labrador Retriever Club Open Show in January close on 11 Decemeber. For the 1st time there is now an online entry with Fosse Date up to 18 December. No late paper entires will be accepted. Judge is Mr C Woodward (Wadeson).</w:t>
      </w:r>
    </w:p>
    <w:p>
      <w:r>
        <w:rPr>
          <w:b w:val="0"/>
          <w:i w:val="0"/>
        </w:rPr>
        <w:t>Ann Britton, 01989720665</w:t>
      </w:r>
    </w:p>
    <w:p>
      <w:r>
        <w:rPr>
          <w:b w:val="0"/>
          <w:i w:val="0"/>
        </w:rPr>
        <w:t>bowstones@btinmternet.com</w:t>
      </w:r>
    </w:p>
    <w:p>
      <w:r>
        <w:rPr>
          <w:b w:val="0"/>
          <w:i w:val="0"/>
        </w:rPr>
        <w:t>Back to Archive</w:t>
      </w:r>
    </w:p>
    <w:p>
      <w:r>
        <w:rPr>
          <w:b w:val="0"/>
          <w:i w:val="0"/>
        </w:rPr>
        <w:t>Back to Breed Notes Index</w:t>
      </w:r>
    </w:p>
    <w:p>
      <w:r>
        <w:rPr>
          <w:b w:val="0"/>
          <w:i w:val="0"/>
        </w:rPr>
        <w:t>Tel</w:t>
      </w:r>
      <w:r>
        <w:br/>
      </w:r>
      <w:r>
        <w:rPr>
          <w:b w:val="0"/>
          <w:i w:val="0"/>
        </w:rPr>
        <w:br/>
        <w:t>0161 709 4550</w:t>
      </w:r>
      <w:r>
        <w:br/>
      </w:r>
      <w:r>
        <w:rPr>
          <w:b w:val="0"/>
          <w:i w:val="0"/>
        </w:rPr>
        <w:br/>
        <w:t>Advertising</w:t>
      </w:r>
      <w:r>
        <w:br/>
      </w:r>
      <w:r>
        <w:rPr>
          <w:b w:val="0"/>
          <w:i w:val="0"/>
        </w:rPr>
        <w:br/>
        <w:t>0161 709 4576</w:t>
      </w:r>
      <w:r>
        <w:br/>
      </w:r>
      <w:r>
        <w:rPr>
          <w:b w:val="0"/>
          <w:i w:val="0"/>
        </w:rPr>
        <w:br/>
        <w:t>Editorial</w:t>
      </w:r>
      <w:r>
        <w:br/>
      </w:r>
      <w:r>
        <w:rPr>
          <w:b w:val="0"/>
          <w:i w:val="0"/>
        </w:rPr>
        <w:br/>
        <w:t>0161 709 4550</w:t>
      </w:r>
      <w:r>
        <w:br/>
      </w:r>
      <w:r>
        <w:rPr>
          <w:b w:val="0"/>
          <w:i w:val="0"/>
        </w:rPr>
        <w:br/>
        <w:t>Subscriptions</w:t>
      </w:r>
      <w:r>
        <w:br/>
      </w:r>
      <w:r>
        <w:rPr>
          <w:b w:val="0"/>
          <w:i w:val="0"/>
        </w:rPr>
        <w:br/>
        <w:t>0161 709 4559</w:t>
      </w:r>
      <w:r>
        <w:br/>
      </w:r>
      <w:r>
        <w:rPr>
          <w:b w:val="0"/>
          <w:i w:val="0"/>
        </w:rPr>
        <w:br/>
        <w:t>Mail Order</w:t>
      </w:r>
      <w:r>
        <w:br/>
      </w:r>
      <w:r>
        <w:rPr>
          <w:b w:val="0"/>
          <w:i w:val="0"/>
        </w:rPr>
        <w:br/>
        <w:t>0161 709 4562</w:t>
      </w:r>
      <w:r>
        <w:br/>
      </w:r>
      <w:r>
        <w:rPr>
          <w:b w:val="0"/>
          <w:i w:val="0"/>
        </w:rPr>
        <w:br/>
        <w:t>Show Reports</w:t>
      </w:r>
      <w:r>
        <w:br/>
      </w:r>
      <w:r>
        <w:rPr>
          <w:b w:val="0"/>
          <w:i w:val="0"/>
        </w:rPr>
        <w:br/>
        <w:t>0161 709 4571</w:t>
      </w:r>
      <w:r>
        <w:br/>
      </w:r>
      <w:r>
        <w:rPr>
          <w:b w:val="0"/>
          <w:i w:val="0"/>
        </w:rPr>
        <w:br/>
        <w:t>SEND YOUR REPORT</w:t>
      </w:r>
      <w:r>
        <w:br/>
      </w:r>
      <w:r>
        <w:rPr>
          <w:b w:val="0"/>
          <w:i w:val="0"/>
        </w:rPr>
        <w:br/>
        <w:t>Competitions</w:t>
      </w:r>
      <w:r>
        <w:br/>
      </w:r>
      <w:r>
        <w:rPr>
          <w:b w:val="0"/>
          <w:i w:val="0"/>
        </w:rPr>
        <w:br/>
        <w:t>TOP DOG</w:t>
      </w:r>
      <w:r>
        <w:br/>
      </w:r>
      <w:r>
        <w:rPr>
          <w:b w:val="0"/>
          <w:i w:val="0"/>
        </w:rPr>
        <w:br/>
        <w:t>TOP PUPPY</w:t>
      </w:r>
      <w:r>
        <w:br/>
      </w:r>
      <w:r>
        <w:rPr>
          <w:b w:val="0"/>
          <w:i w:val="0"/>
        </w:rPr>
        <w:br/>
        <w:t>TOP BREEDER</w:t>
      </w:r>
      <w:r>
        <w:br/>
      </w:r>
      <w:r>
        <w:rPr>
          <w:b w:val="0"/>
          <w:i w:val="0"/>
        </w:rPr>
        <w:br/>
        <w:t>TOP STUD</w:t>
      </w:r>
      <w:r>
        <w:br/>
      </w:r>
      <w:r>
        <w:rPr>
          <w:b w:val="0"/>
          <w:i w:val="0"/>
        </w:rPr>
        <w:br/>
        <w:t>TOP BROOD</w:t>
      </w:r>
      <w:r>
        <w:br/>
      </w:r>
      <w:r>
        <w:rPr>
          <w:b w:val="0"/>
          <w:i w:val="0"/>
        </w:rPr>
        <w:br/>
        <w:t>Members' Area</w:t>
      </w:r>
      <w:r>
        <w:br/>
      </w:r>
      <w:r>
        <w:rPr>
          <w:b w:val="0"/>
          <w:i w:val="0"/>
        </w:rPr>
        <w:br/>
        <w:t>BREED NOTES</w:t>
      </w:r>
      <w:r>
        <w:br/>
      </w:r>
      <w:r>
        <w:rPr>
          <w:b w:val="0"/>
          <w:i w:val="0"/>
        </w:rPr>
        <w:br/>
        <w:t>CHAMP SHOWS</w:t>
      </w:r>
      <w:r>
        <w:br/>
      </w:r>
      <w:r>
        <w:rPr>
          <w:b w:val="0"/>
          <w:i w:val="0"/>
        </w:rPr>
        <w:br/>
        <w:t>GENERAL SHOWS</w:t>
      </w:r>
      <w:r>
        <w:br/>
      </w:r>
      <w:r>
        <w:rPr>
          <w:b w:val="0"/>
          <w:i w:val="0"/>
        </w:rPr>
        <w:br/>
        <w:t>REGULAR FEATURES</w:t>
      </w:r>
      <w:r>
        <w:br/>
      </w:r>
      <w:r>
        <w:rPr>
          <w:b w:val="0"/>
          <w:i w:val="0"/>
        </w:rPr>
        <w:br/>
        <w:t>DIGITAL EDITION</w:t>
      </w:r>
      <w:r>
        <w:br/>
      </w:r>
      <w:r>
        <w:rPr>
          <w:b w:val="0"/>
          <w:i w:val="0"/>
        </w:rPr>
        <w:br/>
        <w:t>Sign up for our newsletter</w:t>
      </w:r>
      <w:r>
        <w:br/>
      </w:r>
      <w:r>
        <w:rPr>
          <w:b w:val="0"/>
          <w:i w:val="0"/>
        </w:rPr>
        <w:br/>
        <w:t>Follow Us</w:t>
      </w:r>
    </w:p>
    <w:p>
      <w:r>
        <w:rPr>
          <w:b w:val="0"/>
          <w:i w:val="0"/>
        </w:rPr>
        <w:t>© Our Dogs Publishing All Rights Reserved. | Privacy Policy</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