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- 17 Sep 2010"</w:t>
      </w:r>
      <w:r>
        <w:br/>
      </w:r>
      <w:r>
        <w:rPr>
          <w:b w:val="0"/>
          <w:i w:val="0"/>
        </w:rPr>
        <w:br/>
        <w:t>date_original: "17 Sep 2010"</w:t>
      </w:r>
      <w:r>
        <w:br/>
      </w:r>
      <w:r>
        <w:rPr>
          <w:b w:val="0"/>
          <w:i w:val="0"/>
        </w:rPr>
        <w:br/>
        <w:t>source_url: "https://www.ourdogs.co.uk/members/breednotes/2010/RetrieverLabrador/RetrieverLabrador-sep17.htm"</w:t>
      </w:r>
      <w:r>
        <w:br/>
      </w:r>
      <w:r>
        <w:rPr>
          <w:b w:val="0"/>
          <w:i w:val="0"/>
        </w:rPr>
        <w:br/>
        <w:t>archive_type: "static_html"</w:t>
      </w:r>
      <w:r>
        <w:br/>
      </w:r>
      <w:r>
        <w:rPr>
          <w:b w:val="0"/>
          <w:i w:val="0"/>
        </w:rPr>
        <w:br/>
        <w:t>scraped_at: "2026-09-13T22:01:16"</w:t>
      </w:r>
      <w:r>
        <w:br/>
      </w:r>
      <w:r>
        <w:rPr>
          <w:b w:val="0"/>
          <w:i w:val="0"/>
        </w:rPr>
        <w:br/>
        <w:t>word_count: 1374</w:t>
      </w:r>
    </w:p>
    <w:p>
      <w:r>
        <w:t>――――――――――――――――――――――――――――――</w:t>
      </w:r>
    </w:p>
    <w:p>
      <w:r>
        <w:rPr>
          <w:b w:val="0"/>
          <w:i w:val="0"/>
        </w:rPr>
        <w:t>Welcome !</w:t>
      </w:r>
    </w:p>
    <w:p>
      <w:r>
        <w:rPr>
          <w:b w:val="0"/>
          <w:i w:val="0"/>
        </w:rPr>
        <w:t>Hello and welcome to the Our Dogs home page.</w:t>
      </w:r>
    </w:p>
    <w:p>
      <w:r>
        <w:rPr>
          <w:b w:val="0"/>
          <w:i w:val="0"/>
        </w:rPr>
        <w:t>Click here</w:t>
      </w:r>
      <w:r>
        <w:br/>
      </w:r>
      <w:r>
        <w:rPr>
          <w:b w:val="0"/>
          <w:i w:val="0"/>
        </w:rPr>
        <w:br/>
        <w:t>to view our welcome page.</w:t>
      </w:r>
    </w:p>
    <w:p>
      <w:r>
        <w:rPr>
          <w:b w:val="0"/>
          <w:i w:val="0"/>
        </w:rPr>
        <w:t>Mobile Site</w:t>
      </w:r>
    </w:p>
    <w:p>
      <w:r>
        <w:rPr>
          <w:b w:val="0"/>
          <w:i w:val="0"/>
        </w:rPr>
        <w:t>Click here</w:t>
      </w:r>
      <w:r>
        <w:br/>
      </w:r>
      <w:r>
        <w:rPr>
          <w:b w:val="0"/>
          <w:i w:val="0"/>
        </w:rPr>
        <w:br/>
        <w:t>to view our mobile site</w:t>
      </w:r>
    </w:p>
    <w:p>
      <w:r>
        <w:rPr>
          <w:b w:val="0"/>
          <w:i w:val="0"/>
        </w:rPr>
        <w:t>Members' Area</w:t>
      </w:r>
      <w:r>
        <w:br/>
      </w:r>
      <w:r>
        <w:rPr>
          <w:b w:val="0"/>
          <w:i w:val="0"/>
        </w:rPr>
        <w:br/>
        <w:t>The Our Dogs Members' Area</w:t>
      </w:r>
    </w:p>
    <w:p>
      <w:r>
        <w:rPr>
          <w:b w:val="0"/>
          <w:i w:val="0"/>
        </w:rPr>
        <w:t>Subscribe to OUR DOGS</w:t>
      </w:r>
    </w:p>
    <w:p>
      <w:r>
        <w:rPr>
          <w:b w:val="0"/>
          <w:i w:val="0"/>
        </w:rPr>
        <w:t>SUBSCRIBE by Direct Debit - Get the weekly issue DELIVERED to your door, the BIGGEST and BEST Our Dogs Annual and FREE access to the Our Dogs Members' Area.</w:t>
      </w:r>
    </w:p>
    <w:p>
      <w:r>
        <w:rPr>
          <w:b w:val="0"/>
          <w:i w:val="0"/>
        </w:rPr>
        <w:t>Read more...</w:t>
      </w:r>
    </w:p>
    <w:p>
      <w:r>
        <w:rPr>
          <w:b w:val="0"/>
          <w:i w:val="0"/>
        </w:rPr>
        <w:t>Online only subscription. Ideal for our readers from overseas.</w:t>
      </w:r>
      <w:r>
        <w:br/>
      </w:r>
      <w:r>
        <w:rPr>
          <w:b w:val="0"/>
          <w:i w:val="0"/>
        </w:rPr>
        <w:br/>
        <w:t>Click here.</w:t>
      </w:r>
      <w:r>
        <w:br/>
      </w:r>
      <w:r>
        <w:rPr>
          <w:b w:val="0"/>
          <w:i w:val="0"/>
        </w:rPr>
        <w:br/>
        <w:t>Choose your subscription option -</w:t>
      </w:r>
      <w:r>
        <w:br/>
      </w:r>
      <w:r>
        <w:rPr>
          <w:b w:val="0"/>
          <w:i w:val="0"/>
        </w:rPr>
        <w:br/>
        <w:t>Click Here</w:t>
      </w:r>
    </w:p>
    <w:p>
      <w:r>
        <w:rPr>
          <w:b w:val="0"/>
          <w:i w:val="0"/>
        </w:rPr>
        <w:t>Our Dogs Online has archives of</w:t>
      </w:r>
      <w:r>
        <w:br/>
      </w:r>
      <w:r>
        <w:rPr>
          <w:b w:val="0"/>
          <w:i w:val="0"/>
        </w:rPr>
        <w:br/>
        <w:t>CHAMP SHOW REPORTS</w:t>
      </w:r>
      <w:r>
        <w:br/>
      </w:r>
      <w:r>
        <w:rPr>
          <w:b w:val="0"/>
          <w:i w:val="0"/>
        </w:rPr>
        <w:br/>
        <w:t>OPEN SHOW REPORTS</w:t>
      </w:r>
      <w:r>
        <w:br/>
      </w:r>
      <w:r>
        <w:rPr>
          <w:b w:val="0"/>
          <w:i w:val="0"/>
        </w:rPr>
        <w:br/>
        <w:t>BREED NOTES</w:t>
      </w:r>
      <w:r>
        <w:br/>
      </w:r>
      <w:r>
        <w:rPr>
          <w:b w:val="0"/>
          <w:i w:val="0"/>
        </w:rPr>
        <w:br/>
        <w:t>REGULAR FEATURES</w:t>
      </w:r>
      <w:r>
        <w:br/>
      </w:r>
      <w:r>
        <w:rPr>
          <w:b w:val="0"/>
          <w:i w:val="0"/>
        </w:rPr>
        <w:br/>
        <w:t>NEWS</w:t>
      </w:r>
      <w:r>
        <w:br/>
      </w:r>
      <w:r>
        <w:rPr>
          <w:b w:val="0"/>
          <w:i w:val="0"/>
        </w:rPr>
        <w:br/>
        <w:t>going back to the beginning of the century.</w:t>
      </w:r>
      <w:r>
        <w:br/>
      </w:r>
      <w:r>
        <w:rPr>
          <w:b w:val="0"/>
          <w:i w:val="0"/>
        </w:rPr>
        <w:br/>
        <w:t>Show Reports are added daily to the website</w:t>
      </w:r>
      <w:r>
        <w:br/>
      </w:r>
      <w:r>
        <w:rPr>
          <w:b w:val="0"/>
          <w:i w:val="0"/>
        </w:rPr>
        <w:br/>
        <w:t>Page turning digital edition</w:t>
      </w:r>
      <w:r>
        <w:br/>
      </w:r>
      <w:r>
        <w:rPr>
          <w:b w:val="0"/>
          <w:i w:val="0"/>
        </w:rPr>
        <w:br/>
        <w:t>Plus much, much more!</w:t>
      </w:r>
    </w:p>
    <w:p>
      <w:r>
        <w:rPr>
          <w:b w:val="0"/>
          <w:i w:val="0"/>
        </w:rPr>
        <w:t>Buy an Issue</w:t>
      </w:r>
      <w:r>
        <w:br/>
      </w:r>
      <w:r>
        <w:rPr>
          <w:b w:val="0"/>
          <w:i w:val="0"/>
        </w:rPr>
        <w:br/>
        <w:t>Direct Debit</w:t>
      </w:r>
      <w:r>
        <w:br/>
      </w:r>
      <w:r>
        <w:rPr>
          <w:b w:val="0"/>
          <w:i w:val="0"/>
        </w:rPr>
        <w:br/>
        <w:t>Dual Subscription</w:t>
      </w:r>
      <w:r>
        <w:br/>
      </w:r>
      <w:r>
        <w:rPr>
          <w:b w:val="0"/>
          <w:i w:val="0"/>
        </w:rPr>
        <w:br/>
        <w:t>Pay Pal</w:t>
      </w:r>
      <w:r>
        <w:br/>
      </w:r>
      <w:r>
        <w:rPr>
          <w:b w:val="0"/>
          <w:i w:val="0"/>
        </w:rPr>
        <w:br/>
        <w:t>Shop</w:t>
      </w:r>
      <w:r>
        <w:br/>
      </w:r>
      <w:r>
        <w:rPr>
          <w:b w:val="0"/>
          <w:i w:val="0"/>
        </w:rPr>
        <w:br/>
        <w:t>Shop Home</w:t>
      </w:r>
      <w:r>
        <w:br/>
      </w:r>
      <w:r>
        <w:rPr>
          <w:b w:val="0"/>
          <w:i w:val="0"/>
        </w:rPr>
        <w:br/>
        <w:t>Breed Books</w:t>
      </w:r>
      <w:r>
        <w:br/>
      </w:r>
      <w:r>
        <w:rPr>
          <w:b w:val="0"/>
          <w:i w:val="0"/>
        </w:rPr>
        <w:br/>
        <w:t>General Books</w:t>
      </w:r>
      <w:r>
        <w:br/>
      </w:r>
      <w:r>
        <w:rPr>
          <w:b w:val="0"/>
          <w:i w:val="0"/>
        </w:rPr>
        <w:br/>
        <w:t>DVDs</w:t>
      </w:r>
      <w:r>
        <w:br/>
      </w:r>
      <w:r>
        <w:rPr>
          <w:b w:val="0"/>
          <w:i w:val="0"/>
        </w:rPr>
        <w:br/>
        <w:t>Annuals</w:t>
      </w:r>
      <w:r>
        <w:br/>
      </w:r>
      <w:r>
        <w:rPr>
          <w:b w:val="0"/>
          <w:i w:val="0"/>
        </w:rPr>
        <w:br/>
        <w:t>Show Calendar</w:t>
      </w:r>
      <w:r>
        <w:br/>
      </w:r>
      <w:r>
        <w:rPr>
          <w:b w:val="0"/>
          <w:i w:val="0"/>
        </w:rPr>
        <w:br/>
        <w:t>Champ Shows Index</w:t>
      </w:r>
      <w:r>
        <w:br/>
      </w:r>
      <w:r>
        <w:rPr>
          <w:b w:val="0"/>
          <w:i w:val="0"/>
        </w:rPr>
        <w:br/>
        <w:t>Show Dates</w:t>
      </w:r>
      <w:r>
        <w:br/>
      </w:r>
      <w:r>
        <w:rPr>
          <w:b w:val="0"/>
          <w:i w:val="0"/>
        </w:rPr>
        <w:br/>
        <w:t>Entries Closing</w:t>
      </w:r>
      <w:r>
        <w:br/>
      </w:r>
      <w:r>
        <w:rPr>
          <w:b w:val="0"/>
          <w:i w:val="0"/>
        </w:rPr>
        <w:br/>
        <w:t>Calendar</w:t>
      </w:r>
      <w:r>
        <w:br/>
      </w:r>
      <w:r>
        <w:rPr>
          <w:b w:val="0"/>
          <w:i w:val="0"/>
        </w:rPr>
        <w:br/>
        <w:t>International Shows</w:t>
      </w:r>
      <w:r>
        <w:br/>
      </w:r>
      <w:r>
        <w:rPr>
          <w:b w:val="0"/>
          <w:i w:val="0"/>
        </w:rPr>
        <w:br/>
        <w:t>Misc</w:t>
      </w:r>
      <w:r>
        <w:br/>
      </w:r>
      <w:r>
        <w:rPr>
          <w:b w:val="0"/>
          <w:i w:val="0"/>
        </w:rPr>
        <w:br/>
        <w:t>Facebook</w:t>
      </w:r>
      <w:r>
        <w:br/>
      </w:r>
      <w:r>
        <w:rPr>
          <w:b w:val="0"/>
          <w:i w:val="0"/>
        </w:rPr>
        <w:br/>
        <w:t>Twitter</w:t>
      </w:r>
      <w:r>
        <w:br/>
      </w:r>
      <w:r>
        <w:rPr>
          <w:b w:val="0"/>
          <w:i w:val="0"/>
        </w:rPr>
        <w:br/>
        <w:t>Contact Us</w:t>
      </w:r>
      <w:r>
        <w:br/>
      </w:r>
      <w:r>
        <w:rPr>
          <w:b w:val="0"/>
          <w:i w:val="0"/>
        </w:rPr>
        <w:br/>
        <w:t>Photgraphers</w:t>
      </w:r>
      <w:r>
        <w:br/>
      </w:r>
      <w:r>
        <w:rPr>
          <w:b w:val="0"/>
          <w:i w:val="0"/>
        </w:rPr>
        <w:br/>
        <w:t>Newsletter...</w:t>
      </w:r>
      <w:r>
        <w:br/>
      </w:r>
      <w:r>
        <w:rPr>
          <w:b w:val="0"/>
          <w:i w:val="0"/>
        </w:rPr>
        <w:br/>
        <w:t>Advertise</w:t>
      </w:r>
      <w:r>
        <w:br/>
      </w:r>
      <w:r>
        <w:rPr>
          <w:b w:val="0"/>
          <w:i w:val="0"/>
        </w:rPr>
        <w:br/>
        <w:t>Breed Features</w:t>
      </w:r>
      <w:r>
        <w:br/>
      </w:r>
      <w:r>
        <w:rPr>
          <w:b w:val="0"/>
          <w:i w:val="0"/>
        </w:rPr>
        <w:br/>
        <w:t>Trade Advertising</w:t>
      </w:r>
      <w:r>
        <w:br/>
      </w:r>
      <w:r>
        <w:rPr>
          <w:b w:val="0"/>
          <w:i w:val="0"/>
        </w:rPr>
        <w:br/>
        <w:t>Breeder Advertising</w:t>
      </w:r>
      <w:r>
        <w:br/>
      </w:r>
      <w:r>
        <w:rPr>
          <w:b w:val="0"/>
          <w:i w:val="0"/>
        </w:rPr>
        <w:br/>
        <w:t>Club Advertising</w:t>
      </w:r>
      <w:r>
        <w:br/>
      </w:r>
      <w:r>
        <w:rPr>
          <w:b w:val="0"/>
          <w:i w:val="0"/>
        </w:rPr>
        <w:br/>
        <w:t>Web Advertising</w:t>
      </w:r>
      <w:r>
        <w:br/>
      </w:r>
      <w:r>
        <w:rPr>
          <w:b w:val="0"/>
          <w:i w:val="0"/>
        </w:rPr>
        <w:br/>
        <w:t>Web Only</w:t>
      </w:r>
      <w:r>
        <w:br/>
      </w:r>
      <w:r>
        <w:rPr>
          <w:b w:val="0"/>
          <w:i w:val="0"/>
        </w:rPr>
        <w:br/>
        <w:t>Direct Debit</w:t>
      </w:r>
      <w:r>
        <w:br/>
      </w:r>
      <w:r>
        <w:rPr>
          <w:b w:val="0"/>
          <w:i w:val="0"/>
        </w:rPr>
        <w:br/>
        <w:t>Web + Paper</w:t>
      </w:r>
      <w:r>
        <w:br/>
      </w:r>
      <w:r>
        <w:rPr>
          <w:b w:val="0"/>
          <w:i w:val="0"/>
        </w:rPr>
        <w:br/>
        <w:t>Pay Pal</w:t>
      </w:r>
      <w:r>
        <w:br/>
      </w:r>
      <w:r>
        <w:rPr>
          <w:b w:val="0"/>
          <w:i w:val="0"/>
        </w:rPr>
        <w:br/>
        <w:t>Buy an issue</w:t>
      </w:r>
      <w:r>
        <w:br/>
      </w:r>
      <w:r>
        <w:rPr>
          <w:b w:val="0"/>
          <w:i w:val="0"/>
        </w:rPr>
        <w:br/>
        <w:t>Members Info</w:t>
      </w:r>
      <w:r>
        <w:br/>
      </w:r>
      <w:r>
        <w:rPr>
          <w:b w:val="0"/>
          <w:i w:val="0"/>
        </w:rPr>
        <w:br/>
        <w:t>Quick</w:t>
      </w:r>
      <w:r>
        <w:br/>
      </w:r>
      <w:r>
        <w:rPr>
          <w:b w:val="0"/>
          <w:i w:val="0"/>
        </w:rPr>
        <w:br/>
        <w:t>Members Index</w:t>
      </w:r>
      <w:r>
        <w:br/>
      </w:r>
      <w:r>
        <w:rPr>
          <w:b w:val="0"/>
          <w:i w:val="0"/>
        </w:rPr>
        <w:br/>
        <w:t>News Archive</w:t>
      </w:r>
      <w:r>
        <w:br/>
      </w:r>
      <w:r>
        <w:rPr>
          <w:b w:val="0"/>
          <w:i w:val="0"/>
        </w:rPr>
        <w:br/>
        <w:t>News</w:t>
      </w:r>
      <w:r>
        <w:br/>
      </w:r>
      <w:r>
        <w:rPr>
          <w:b w:val="0"/>
          <w:i w:val="0"/>
        </w:rPr>
        <w:br/>
        <w:t>Lost Password</w:t>
      </w:r>
      <w:r>
        <w:br/>
      </w:r>
      <w:r>
        <w:rPr>
          <w:b w:val="0"/>
          <w:i w:val="0"/>
        </w:rPr>
        <w:br/>
        <w:t>Facebook</w:t>
      </w:r>
      <w:r>
        <w:br/>
      </w:r>
      <w:r>
        <w:rPr>
          <w:b w:val="0"/>
          <w:i w:val="0"/>
        </w:rPr>
        <w:br/>
        <w:t>Twitter</w:t>
      </w:r>
      <w:r>
        <w:br/>
      </w:r>
      <w:r>
        <w:rPr>
          <w:b w:val="0"/>
          <w:i w:val="0"/>
        </w:rPr>
        <w:br/>
        <w:t>Vulnerable Breeds</w:t>
      </w:r>
      <w:r>
        <w:br/>
      </w:r>
      <w:r>
        <w:rPr>
          <w:b w:val="0"/>
          <w:i w:val="0"/>
        </w:rPr>
        <w:br/>
        <w:t>Our Dogs on the Road</w:t>
      </w:r>
      <w:r>
        <w:br/>
      </w:r>
      <w:r>
        <w:rPr>
          <w:b w:val="0"/>
          <w:i w:val="0"/>
        </w:rPr>
        <w:br/>
        <w:t>Our Dogs Ireland</w:t>
      </w:r>
      <w:r>
        <w:br/>
      </w:r>
      <w:r>
        <w:rPr>
          <w:b w:val="0"/>
          <w:i w:val="0"/>
        </w:rPr>
        <w:br/>
        <w:t>Our Dogs International</w:t>
      </w:r>
      <w:r>
        <w:br/>
      </w:r>
      <w:r>
        <w:rPr>
          <w:b w:val="0"/>
          <w:i w:val="0"/>
        </w:rPr>
        <w:br/>
        <w:t>More links</w:t>
      </w:r>
      <w:r>
        <w:br/>
      </w:r>
      <w:r>
        <w:rPr>
          <w:b w:val="0"/>
          <w:i w:val="0"/>
        </w:rPr>
        <w:br/>
        <w:t>Advertise</w:t>
      </w:r>
      <w:r>
        <w:br/>
      </w:r>
      <w:r>
        <w:rPr>
          <w:b w:val="0"/>
          <w:i w:val="0"/>
        </w:rPr>
        <w:br/>
        <w:t>Breed Note Writers</w:t>
      </w:r>
      <w:r>
        <w:br/>
      </w:r>
      <w:r>
        <w:rPr>
          <w:b w:val="0"/>
          <w:i w:val="0"/>
        </w:rPr>
        <w:br/>
        <w:t>Cookies</w:t>
      </w:r>
      <w:r>
        <w:br/>
      </w:r>
      <w:r>
        <w:rPr>
          <w:b w:val="0"/>
          <w:i w:val="0"/>
        </w:rPr>
        <w:br/>
        <w:t>Podcast</w:t>
      </w:r>
      <w:r>
        <w:br/>
      </w:r>
      <w:r>
        <w:rPr>
          <w:b w:val="0"/>
          <w:i w:val="0"/>
        </w:rPr>
        <w:br/>
        <w:t>Video</w:t>
      </w:r>
      <w:r>
        <w:br/>
      </w:r>
      <w:r>
        <w:rPr>
          <w:b w:val="0"/>
          <w:i w:val="0"/>
        </w:rPr>
        <w:br/>
        <w:t>Joking Aside</w:t>
      </w:r>
      <w:r>
        <w:br/>
      </w:r>
      <w:r>
        <w:rPr>
          <w:b w:val="0"/>
          <w:i w:val="0"/>
        </w:rPr>
        <w:br/>
        <w:t>Vulnerable Breeds - Leaders</w:t>
      </w:r>
      <w:r>
        <w:br/>
      </w:r>
      <w:r>
        <w:rPr>
          <w:b w:val="0"/>
          <w:i w:val="0"/>
        </w:rPr>
        <w:br/>
        <w:t>Web Directory</w:t>
      </w:r>
      <w:r>
        <w:br/>
      </w:r>
      <w:r>
        <w:rPr>
          <w:b w:val="0"/>
          <w:i w:val="0"/>
        </w:rPr>
        <w:br/>
        <w:t>Letters to the Editor</w:t>
      </w:r>
      <w:r>
        <w:br/>
      </w:r>
      <w:r>
        <w:rPr>
          <w:b w:val="0"/>
          <w:i w:val="0"/>
        </w:rPr>
        <w:br/>
        <w:t>Breeder Directory - Old</w:t>
      </w:r>
      <w:r>
        <w:br/>
      </w:r>
      <w:r>
        <w:rPr>
          <w:b w:val="0"/>
          <w:i w:val="0"/>
        </w:rPr>
        <w:br/>
        <w:t>Breeder Directory - New</w:t>
      </w:r>
      <w:r>
        <w:br/>
      </w:r>
      <w:r>
        <w:rPr>
          <w:b w:val="0"/>
          <w:i w:val="0"/>
        </w:rPr>
        <w:br/>
        <w:t>A-Z of Breeds</w:t>
      </w:r>
      <w:r>
        <w:br/>
      </w:r>
      <w:r>
        <w:rPr>
          <w:b w:val="0"/>
          <w:i w:val="0"/>
        </w:rPr>
        <w:br/>
        <w:t>Health</w:t>
      </w:r>
      <w:r>
        <w:br/>
      </w:r>
      <w:r>
        <w:rPr>
          <w:b w:val="0"/>
          <w:i w:val="0"/>
        </w:rPr>
        <w:br/>
        <w:t>Classified - Newspaper</w:t>
      </w:r>
      <w:r>
        <w:br/>
      </w:r>
      <w:r>
        <w:rPr>
          <w:b w:val="0"/>
          <w:i w:val="0"/>
        </w:rPr>
        <w:br/>
        <w:t>Classified - Web</w:t>
      </w:r>
      <w:r>
        <w:br/>
      </w:r>
      <w:r>
        <w:rPr>
          <w:b w:val="0"/>
          <w:i w:val="0"/>
        </w:rPr>
        <w:br/>
        <w:t>Show Photos</w:t>
      </w:r>
      <w:r>
        <w:br/>
      </w:r>
      <w:r>
        <w:rPr>
          <w:b w:val="0"/>
          <w:i w:val="0"/>
        </w:rPr>
        <w:br/>
        <w:t>Top Breeder Compeition</w:t>
      </w:r>
      <w:r>
        <w:br/>
      </w:r>
      <w:r>
        <w:rPr>
          <w:b w:val="0"/>
          <w:i w:val="0"/>
        </w:rPr>
        <w:br/>
        <w:t>Top Puppy Competition</w:t>
      </w:r>
      <w:r>
        <w:br/>
      </w:r>
      <w:r>
        <w:rPr>
          <w:b w:val="0"/>
          <w:i w:val="0"/>
        </w:rPr>
        <w:br/>
        <w:t>Sunday, September 13, 2026</w:t>
      </w:r>
    </w:p>
    <w:p>
      <w:r>
        <w:rPr>
          <w:b w:val="0"/>
          <w:i w:val="0"/>
        </w:rPr>
        <w:t>Search Breed:</w:t>
      </w:r>
      <w:r>
        <w:br/>
      </w:r>
      <w:r>
        <w:rPr>
          <w:b w:val="0"/>
          <w:i w:val="0"/>
        </w:rPr>
        <w:br/>
        <w:t>Adverts: 0161 709 4576 - Editorial: 0161 709 4571</w:t>
      </w:r>
      <w:r>
        <w:br/>
      </w:r>
      <w:r>
        <w:rPr>
          <w:b w:val="0"/>
          <w:i w:val="0"/>
        </w:rPr>
        <w:br/>
        <w:t>Mail Order: 0161 709 4578 - Subs: 0161 709 4575 - Webteam: 0161 709 4567</w:t>
      </w:r>
      <w:r>
        <w:br/>
      </w:r>
      <w:r>
        <w:rPr>
          <w:b w:val="0"/>
          <w:i w:val="0"/>
        </w:rPr>
        <w:br/>
        <w:t>RETRIEVER LABRADOR</w:t>
      </w:r>
    </w:p>
    <w:p>
      <w:r>
        <w:rPr>
          <w:b w:val="0"/>
          <w:i w:val="0"/>
        </w:rPr>
        <w:t>Please see the obituary in this week's Our Dogs for fond memories of Peggy Rae (Cornlands). James Hindleys heartfelt and very informative tribute to Peggy was printed in these breed notes last week but sadly the print size of that issue had to be reduced which impaired the readability in many cases! Do read James and Penny Carpanini's tributes to Peggy in full, which are now reprinted in readable text on the obituary page of this issue.</w:t>
      </w:r>
    </w:p>
    <w:p>
      <w:r>
        <w:rPr>
          <w:b w:val="0"/>
          <w:i w:val="0"/>
        </w:rPr>
        <w:t>Although entered, I missed City of Birmingham Championship Show sitting out my three weeks of enforced isolation after the bout of kennel cough we picked up at a recent championship show. The cough spread throughout the kennel. Thankfully due to my changing clothes every single time I went from one group of dogs indoors to those outside, the pups in the house did not get it and it has now cleared up completely. So, despite the fact that the dogs had stopped coughing, I stayed away from City of Birmingham and forfeited my entry fees as per the declaration we all sign on each entry form saying we will not attend shows if our dogs have been exposed to or suffered from infection during the three weeks prior to the show. Would that others did the same!</w:t>
      </w:r>
    </w:p>
    <w:p>
      <w:r>
        <w:rPr>
          <w:b w:val="0"/>
          <w:i w:val="0"/>
        </w:rPr>
        <w:t>Alan Taylor judged the Labradors and from an entry of 217 his Dog CC winner was the Allen family's yellow Sh Ch Allenies Maverick JW Sh CM (Allenies MacCallum JW x Allenies Graceful). The Dog RCC went to Chris and Claire Mills yellow Lembas Super Trouper JW. (Lembas Top Ranking JW x Carpenny Wonder with Lembas). I understand there was thunderous applause when the Bitch CC was awarded to popular exhibitors Desmond and Rosemary Airey's yellow Ronsard Me Celebrait, (Sh Ch.Rocheby Statesman x Ronsard Hope and Glory) who was made up on the day. On the way to her title, Ronsard Me Celebrait won the RCC from a huge entry at the Yellow Labrador Club under Guy Spagnolo in 2008. I awarded her second RCC at Leeds in 2009. In 2010 she won her first CC and Best in Show at the Lab Club of Scotland under David Craig, followed by her second CC at Midland Counties Labrador Club under Joan Walters and now her third crowning CC and BOB at Birmingham under Alan Taylor. Very many congratulations. The Bitch RCC went to Les Brabbans black, Foulby Queenstown At Cambremer,who is I believe the litter sister to David Craig and Angela Williams CC winning black, Foulby the Duchess, (NZ Gr Ch Croftsway First Knight x Sh Ch Foulby Buttons and Bows). Best Puppy was Rory Swifts yellow, Lembas Travelling Light By Hampsbeck (Hampsbeck Willies Choice ShCM x Lembas Wish upon a Star)</w:t>
      </w:r>
    </w:p>
    <w:p>
      <w:r>
        <w:rPr>
          <w:b w:val="0"/>
          <w:i w:val="0"/>
        </w:rPr>
        <w:t>During the summer, Pat Harrison judged in France and has kindly sent in her report, "In mid-June I judged Labradors for the Societe Centrale Canine at the Parc des Expositions at the Porte de Versailles, Paris. 103 Labradors were entered - too many under FCI rules for one judge, so the youngsters were allotted to someone else. I was left with 81, and only four of those were absent. The quality was excellent and I was particularly impressed with the dogs and bitches in the two Working classes.</w:t>
      </w:r>
    </w:p>
    <w:p>
      <w:r>
        <w:rPr>
          <w:b w:val="0"/>
          <w:i w:val="0"/>
        </w:rPr>
        <w:t>My dog CAC/CACIB was Mme Veronique Grison's Virtuose de la Vallee Cheron (Zing of Mistydreams x Romi de la Vallee Cheron). I see from my records that I awarded him the Reserve CAC/CACIB at the Eurodogshow in Belgium in late 2005 when he was a junior! Reserve CAC/CACIB went to Mlle Catherine Dubois de Montreynaud's Ahti du Puits de Chanteins (Dickendall Davaron Gambler x Rosanan Jewels 'N' Roses).</w:t>
      </w:r>
    </w:p>
    <w:p>
      <w:r>
        <w:rPr>
          <w:b w:val="0"/>
          <w:i w:val="0"/>
        </w:rPr>
        <w:t>A delighted Mme Nathalie Prodhomme was awarded the CAC/CACIB and BOB with her black bitch Automne du Labramon D'Othys (Uncle Jo de la Legende de la Loutre x Indreed's Urbains Uncrowned Queen). The Reserve CAC went to Champagne Celebration of Tintagel Winds (Utter Nonsense of Tintagel Winds x Sipping Champagne of Tintagel Winds) owned by Mmes Felicity and Kira Leith Ross. The same family picked up the Reserve Bitch CACIB with their champion West With the Night of Tintagel Winds (Ch. Sandylands Gad-About x Ch. Oozing What it Takes of Tintagel Winds).</w:t>
      </w:r>
    </w:p>
    <w:p>
      <w:r>
        <w:rPr>
          <w:b w:val="0"/>
          <w:i w:val="0"/>
        </w:rPr>
        <w:t>British kennels behind other exhibits which I graded Excellent were: Antonine, Carpenny, Foulby, Lembas, Linjor and Rocheby.</w:t>
      </w:r>
    </w:p>
    <w:p>
      <w:r>
        <w:rPr>
          <w:b w:val="0"/>
          <w:i w:val="0"/>
        </w:rPr>
        <w:t>In true French fashion the food provided at the hotel was superb, and even the cafeteria food at the venue would put to shame some of the offerings we sometimes encounter at our own shows!". Thank you for that Pat.</w:t>
      </w:r>
    </w:p>
    <w:p>
      <w:r>
        <w:rPr>
          <w:b w:val="0"/>
          <w:i w:val="0"/>
        </w:rPr>
        <w:t>Ann Britton, 01989720665</w:t>
      </w:r>
    </w:p>
    <w:p>
      <w:r>
        <w:rPr>
          <w:b w:val="0"/>
          <w:i w:val="0"/>
        </w:rPr>
        <w:t>bowstones@btinternet.com n</w:t>
      </w:r>
    </w:p>
    <w:p>
      <w:r>
        <w:rPr>
          <w:b w:val="0"/>
          <w:i w:val="0"/>
        </w:rPr>
        <w:t>"The cremation of Margie Cairns took place on Monday 6th of September at Linn Crematorium, Glasgow, with relatives and friends saying a fond farewell to someone who will be remembered with affection and respect. We all, of course, knew her deep involvement in the world of dogs, both as a successful exhibitor and judge, and that she was held in high regard throughout the UK for her ability at the top level of committee work for the Kennel Club, Scottish Kennel Club, and of course her beloved Gundog Breeds Association of Scotland. I was, however, reminded by the Minister in his service that Margie had also been involved in the Samaritans, often being on duty overnight, giving help and advice to those in need.</w:t>
      </w:r>
    </w:p>
    <w:p>
      <w:r>
        <w:rPr>
          <w:b w:val="0"/>
          <w:i w:val="0"/>
        </w:rPr>
        <w:t>I recently submitted an appreciation of Margie to Our Dogs, as she celebrated her 90th birthday with her family and friends and was relieved to hear she was appreciative of what I wrote. Roy Ellison, her partner for many years, really looked after her as her health deteriorated over the past few years, and I was totally shocked to find that Roy is now 84. How the years have raced past since we first met Roy and his wife, Eileen, at a training class for gundog novices (and their dogs) at the South West Scotland Gundog Association held in Ayrshire, in the late '60s. Our deepest sympathies to Roy and to Margie's family. Jim Nolan"</w:t>
      </w:r>
    </w:p>
    <w:p>
      <w:r>
        <w:rPr>
          <w:b w:val="0"/>
          <w:i w:val="0"/>
        </w:rPr>
        <w:t>OUR DOGS</w:t>
      </w:r>
      <w:r>
        <w:br/>
      </w:r>
      <w:r>
        <w:rPr>
          <w:b w:val="0"/>
          <w:i w:val="0"/>
        </w:rPr>
        <w:br/>
        <w:t>Northwood House</w:t>
      </w:r>
      <w:r>
        <w:br/>
      </w:r>
      <w:r>
        <w:rPr>
          <w:b w:val="0"/>
          <w:i w:val="0"/>
        </w:rPr>
        <w:br/>
        <w:t>Greenwood Business Centre</w:t>
      </w:r>
      <w:r>
        <w:br/>
      </w:r>
      <w:r>
        <w:rPr>
          <w:b w:val="0"/>
          <w:i w:val="0"/>
        </w:rPr>
        <w:br/>
        <w:t>Regent Road</w:t>
      </w:r>
      <w:r>
        <w:br/>
      </w:r>
      <w:r>
        <w:rPr>
          <w:b w:val="0"/>
          <w:i w:val="0"/>
        </w:rPr>
        <w:br/>
        <w:t>Salford</w:t>
      </w:r>
      <w:r>
        <w:br/>
      </w:r>
      <w:r>
        <w:rPr>
          <w:b w:val="0"/>
          <w:i w:val="0"/>
        </w:rPr>
        <w:br/>
        <w:t>M5 4QH</w:t>
      </w:r>
      <w:r>
        <w:br/>
      </w:r>
      <w:r>
        <w:rPr>
          <w:b w:val="0"/>
          <w:i w:val="0"/>
        </w:rPr>
        <w:br/>
        <w:t>Tel: 0161 709 4576</w:t>
      </w:r>
    </w:p>
    <w:p>
      <w:r>
        <w:rPr>
          <w:b w:val="0"/>
          <w:i w:val="0"/>
        </w:rPr>
        <w:t>THE OUR DOGS WEBSITE</w:t>
      </w:r>
      <w:r>
        <w:br/>
      </w:r>
      <w:r>
        <w:rPr>
          <w:b w:val="0"/>
          <w:i w:val="0"/>
        </w:rPr>
        <w:br/>
        <w:t>is hosted by Resolution Computers</w:t>
      </w:r>
      <w:r>
        <w:br/>
      </w:r>
      <w:r>
        <w:rPr>
          <w:b w:val="0"/>
          <w:i w:val="0"/>
        </w:rPr>
        <w:br/>
        <w:t>For professional website design and hosting,</w:t>
      </w:r>
      <w:r>
        <w:br/>
      </w:r>
      <w:r>
        <w:rPr>
          <w:b w:val="0"/>
          <w:i w:val="0"/>
        </w:rPr>
        <w:br/>
        <w:t>Tel: 0783 667 9594</w:t>
      </w:r>
      <w:r>
        <w:br/>
      </w:r>
      <w:r>
        <w:rPr>
          <w:b w:val="0"/>
          <w:i w:val="0"/>
        </w:rPr>
        <w:br/>
        <w:t>Website: www.rescomp.net</w:t>
      </w:r>
    </w:p>
    <w:p>
      <w:r>
        <w:rPr>
          <w:b w:val="0"/>
          <w:i w:val="0"/>
        </w:rPr>
        <w:t>THE OUR DOGS WEBSITE was designed &amp; is updated</w:t>
      </w:r>
      <w:r>
        <w:br/>
      </w:r>
      <w:r>
        <w:rPr>
          <w:b w:val="0"/>
          <w:i w:val="0"/>
        </w:rPr>
        <w:br/>
        <w:t>by Adam Williams, the Our Dogs webmaster</w:t>
      </w:r>
      <w:r>
        <w:br/>
      </w:r>
      <w:r>
        <w:rPr>
          <w:b w:val="0"/>
          <w:i w:val="0"/>
        </w:rPr>
        <w:br/>
        <w:t>&amp; Chris Hogan, web development</w:t>
      </w:r>
      <w:r>
        <w:br/>
      </w:r>
      <w:r>
        <w:rPr>
          <w:b w:val="0"/>
          <w:i w:val="0"/>
        </w:rPr>
        <w:br/>
        <w:t>Contact: webmaster@ourdogs.co.uk</w:t>
      </w:r>
    </w:p>
    <w:p>
      <w:r>
        <w:rPr>
          <w:b w:val="0"/>
          <w:i w:val="0"/>
        </w:rPr>
        <w:t>© Our Dogs Publishing</w:t>
      </w:r>
      <w:r>
        <w:br/>
      </w:r>
      <w:r>
        <w:rPr>
          <w:b w:val="0"/>
          <w:i w:val="0"/>
        </w:rPr>
        <w:br/>
        <w:t>webmaster@ourdogs.co.uk</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