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- 13/04/2018 - ISSUE"</w:t>
      </w:r>
      <w:r>
        <w:br/>
      </w:r>
      <w:r>
        <w:rPr>
          <w:b w:val="0"/>
          <w:i w:val="0"/>
        </w:rPr>
        <w:br/>
        <w:t>date_original: "13/04/2018 - ISSUE"</w:t>
      </w:r>
      <w:r>
        <w:br/>
      </w:r>
      <w:r>
        <w:rPr>
          <w:b w:val="0"/>
          <w:i w:val="0"/>
        </w:rPr>
        <w:br/>
        <w:t>source_url: "https://www.ourdogs.co.uk/members/breednotes/RetrieverLabradorMain.php"</w:t>
      </w:r>
      <w:r>
        <w:br/>
      </w:r>
      <w:r>
        <w:rPr>
          <w:b w:val="0"/>
          <w:i w:val="0"/>
        </w:rPr>
        <w:br/>
        <w:t>scraped_at: "2026-09-13T15:23:22"</w:t>
      </w:r>
      <w:r>
        <w:br/>
      </w:r>
      <w:r>
        <w:rPr>
          <w:b w:val="0"/>
          <w:i w:val="0"/>
        </w:rPr>
        <w:br/>
        <w:t>word_count: 655</w:t>
      </w:r>
    </w:p>
    <w:p>
      <w:r>
        <w:t>――――――――――――――――――――――――――――――</w:t>
      </w:r>
    </w:p>
    <w:p>
      <w:r>
        <w:rPr>
          <w:b w:val="0"/>
          <w:i w:val="0"/>
        </w:rPr>
        <w:t>NEWS MEMBERS' AREA SHOP SUBSCRIBE UPCOMING SHOWS MORE</w:t>
      </w:r>
    </w:p>
    <w:p>
      <w:r>
        <w:rPr>
          <w:b w:val="0"/>
          <w:i w:val="0"/>
        </w:rPr>
        <w:t>RETRIEVER LABRADOR</w:t>
      </w:r>
    </w:p>
    <w:p>
      <w:r>
        <w:rPr>
          <w:b w:val="0"/>
          <w:i w:val="0"/>
        </w:rPr>
        <w:t>Issue: 13/04/2018</w:t>
      </w:r>
    </w:p>
    <w:p>
      <w:r>
        <w:rPr>
          <w:b w:val="0"/>
          <w:i w:val="0"/>
        </w:rPr>
        <w:t xml:space="preserve">I am sorry to have to report the passing of Anne Powell of the Stavarney Labradors in Wales. A keen supporter of the Labrador Club of Wales and a Championship show judge of Labradors, Anne has seldom missed any of the clubs shows. Two of the Stavarney kennels champions in the 1970/1980s were the black dog, Sh .Ch Stavarney Simon and the bitch Sh Ch Jolene Bonnie of Stavarney. Funeral details to follow. </w:t>
      </w:r>
    </w:p>
    <w:p>
      <w:r>
        <w:rPr>
          <w:b w:val="0"/>
          <w:i w:val="0"/>
        </w:rPr>
        <w:t>Our sincere condolences go to her husband.</w:t>
      </w:r>
    </w:p>
    <w:p>
      <w:r>
        <w:rPr>
          <w:b w:val="0"/>
          <w:i w:val="0"/>
        </w:rPr>
        <w:t>There are a few spaces left. West of England Lab Club are holding a Breed Specific seminar on 22nd April 2018 at Mark Sunday 22nd April 2018: West of England Labrador Retriever Club Breed Specific Seminar at Mark Village Hall, Vole Road, Mark, Somerset TA9 4NY.</w:t>
      </w:r>
    </w:p>
    <w:p>
      <w:r>
        <w:rPr>
          <w:b w:val="0"/>
          <w:i w:val="0"/>
        </w:rPr>
        <w:t>From 9.30am welcome refreshments. Presentation and seminar by breed specialist Mrs Carole Coode (Warringah) starting at 10am. Hands on opportunity. Assessment session in the afternoon with limited places for current B list judges.</w:t>
      </w:r>
    </w:p>
    <w:p>
      <w:r>
        <w:rPr>
          <w:b w:val="0"/>
          <w:i w:val="0"/>
        </w:rPr>
        <w:t xml:space="preserve">Cost - morning including lunch and refreshments Â£15 per person or Â£25 per person for the whole day. </w:t>
      </w:r>
    </w:p>
    <w:p>
      <w:r>
        <w:rPr>
          <w:b w:val="0"/>
          <w:i w:val="0"/>
        </w:rPr>
        <w:t>For further details or to book your place please contact Lucy Kent.</w:t>
      </w:r>
    </w:p>
    <w:p>
      <w:r>
        <w:rPr>
          <w:b w:val="0"/>
          <w:i w:val="0"/>
        </w:rPr>
        <w:t>Tel: 01823 421321 or E-mail: lucy_kent_0209@hotmail.com.</w:t>
      </w:r>
    </w:p>
    <w:p>
      <w:r>
        <w:rPr>
          <w:b w:val="0"/>
          <w:i w:val="0"/>
        </w:rPr>
        <w:t>Kent Surrey and Sussex Lab Club Championship show was held on 1st April at Maidstone, Kent. The show was judged by Phillipe Lammens ( Dogs) and Judith Charlton (Bitches). The winners were Dog CC Sussie Wiles yellow Sh Ch Richbourne Londoner. The Dog RCC went to Fiona Brandon's  yellow, Trendlewood Born to Run.</w:t>
      </w:r>
    </w:p>
    <w:p>
      <w:r>
        <w:rPr>
          <w:b w:val="0"/>
          <w:i w:val="0"/>
        </w:rPr>
        <w:t>The Bitch CC was won by Marion Hopkinsons yellow Sh Ch Kilburnpark Miss Maureen at Rocheby whilst the RCC went to Dennis and Sarah McLellans  yellow Sarandon Rock My Baby.</w:t>
      </w:r>
    </w:p>
    <w:p>
      <w:r>
        <w:rPr>
          <w:b w:val="0"/>
          <w:i w:val="0"/>
        </w:rPr>
        <w:t xml:space="preserve">Best Puppy in  Show was Penny Carpaninis yellow dog Carpenny Ross. Best Veteran was Brian Haywards yellow Posters Mr Postman at Donacre whilst Best Field Trial in Show was Sault Samish of Meonvalley </w:t>
      </w:r>
    </w:p>
    <w:p>
      <w:r>
        <w:rPr>
          <w:b w:val="0"/>
          <w:i w:val="0"/>
        </w:rPr>
        <w:t>Labrador exhibitors have been having a most successful time competing in Groups at Open shows recently, having earlier won either Best of Breed or Best Puppy in Breed. Some of the recent results include the following:-</w:t>
      </w:r>
    </w:p>
    <w:p>
      <w:r>
        <w:rPr>
          <w:b w:val="0"/>
          <w:i w:val="0"/>
        </w:rPr>
        <w:t>Jenny Kings 11 month old yellow puppy dog Linthwaite  Excalibur (Ch Mattand Exodus X Linthwaite Cleopatra JW) won BPIB under judge John Millward (Elderfield) and then went BPIS under BIS judge Diane Rourke-Knights (Lestronde) at the Isle of Wight Gundog Club Open Show.  Needless to say, Jenny was absolutely delighted!</w:t>
      </w:r>
    </w:p>
    <w:p>
      <w:r>
        <w:rPr>
          <w:b w:val="0"/>
          <w:i w:val="0"/>
        </w:rPr>
        <w:t>On the 75th anniversary of North Lincs Dog Club Open Show, Carole and Mervin Reynolds black puppy bitch, Carromers Classy Read sired by their Sh Ch Carromer Blue Lagoon won BP, RBOB and Puppy Group 2.</w:t>
      </w:r>
    </w:p>
    <w:p>
      <w:r>
        <w:rPr>
          <w:b w:val="0"/>
          <w:i w:val="0"/>
        </w:rPr>
        <w:t>Gary and Jean Johnson's yellow dog Cremino Chilly Pepper went Best In Show at Windsor Gundog Open Show under judges Carolyn Jones (breed) and Jock Mackay (BIS).</w:t>
      </w:r>
    </w:p>
    <w:p>
      <w:r>
        <w:rPr>
          <w:b w:val="0"/>
          <w:i w:val="0"/>
        </w:rPr>
        <w:t>At Gundog Society of Wales Open show my own 11month old black dog, Llanstinan Louis Lewis Bowstones (Llanstinan Double Jeopardy x Bowstones Good Day Sunshine) won BP and RBOB under Sarah Sevastopulo and went on to win Reserve Best Puppy in Show and 3rd in the Gundog Society of Wales, RBOB winners on the day, all aged stakes, from a full compliment of Gundogs under Ray Scholes.</w:t>
      </w:r>
    </w:p>
    <w:p>
      <w:r>
        <w:rPr>
          <w:b w:val="0"/>
          <w:i w:val="0"/>
        </w:rPr>
        <w:t>Short notes this week. Written before setting off on the journey to  Lanark to judge Labradors at the Lab Club of Scotland Ch Show.</w:t>
      </w:r>
    </w:p>
    <w:p>
      <w:r>
        <w:rPr>
          <w:b w:val="0"/>
          <w:i w:val="0"/>
        </w:rPr>
        <w:t xml:space="preserve">Ann Britton </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