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- 01/05/2020 - ISSUE"</w:t>
      </w:r>
      <w:r>
        <w:br/>
      </w:r>
      <w:r>
        <w:rPr>
          <w:b w:val="0"/>
          <w:i w:val="0"/>
        </w:rPr>
        <w:br/>
        <w:t>date_original: "01/05/2020 - ISSUE"</w:t>
      </w:r>
      <w:r>
        <w:br/>
      </w:r>
      <w:r>
        <w:rPr>
          <w:b w:val="0"/>
          <w:i w:val="0"/>
        </w:rPr>
        <w:br/>
        <w:t>source_url: "https://www.ourdogs.co.uk/members/breednotes/RetrieverLabradorMain.php"</w:t>
      </w:r>
      <w:r>
        <w:br/>
      </w:r>
      <w:r>
        <w:rPr>
          <w:b w:val="0"/>
          <w:i w:val="0"/>
        </w:rPr>
        <w:br/>
        <w:t>scraped_at: "2026-09-13T15:17:44"</w:t>
      </w:r>
      <w:r>
        <w:br/>
      </w:r>
      <w:r>
        <w:rPr>
          <w:b w:val="0"/>
          <w:i w:val="0"/>
        </w:rPr>
        <w:br/>
        <w:t>word_count: 1360</w:t>
      </w:r>
    </w:p>
    <w:p>
      <w:r>
        <w:t>――――――――――――――――――――――――――――――</w:t>
      </w:r>
    </w:p>
    <w:p>
      <w:r>
        <w:rPr>
          <w:b w:val="0"/>
          <w:i w:val="0"/>
        </w:rPr>
        <w:t>NEWS MEMBERS' AREA SHOP SUBSCRIBE UPCOMING SHOWS MORE</w:t>
      </w:r>
    </w:p>
    <w:p>
      <w:r>
        <w:rPr>
          <w:b w:val="0"/>
          <w:i w:val="0"/>
        </w:rPr>
        <w:t>RETRIEVER LABRADOR</w:t>
      </w:r>
    </w:p>
    <w:p>
      <w:r>
        <w:rPr>
          <w:b w:val="0"/>
          <w:i w:val="0"/>
        </w:rPr>
        <w:t>Issue: 01/05/2020</w:t>
      </w:r>
    </w:p>
    <w:p>
      <w:r>
        <w:rPr>
          <w:b w:val="0"/>
          <w:i w:val="0"/>
        </w:rPr>
        <w:t xml:space="preserve">I write these notes on what should have been the third and final day of WELKS 2020. Cancelled this year due to Covid19. </w:t>
      </w:r>
    </w:p>
    <w:p>
      <w:r>
        <w:rPr>
          <w:b w:val="0"/>
          <w:i w:val="0"/>
        </w:rPr>
        <w:t>It is ironic that this year when there was no show, the weather was perfect, blue skies and warm sunbathing sunshine, whereas for the past three years at WELKS the rain has tipped down, the winds have been gale force with huge marquees from the adjacent Spring Flower Show taking off, dustbins flying through the air like shuttlecocks and all our careful preparations for the first outdoor dog show of the year dashed, all judging moved to safety indoors, undercover.</w:t>
      </w:r>
    </w:p>
    <w:p>
      <w:r>
        <w:rPr>
          <w:b w:val="0"/>
          <w:i w:val="0"/>
        </w:rPr>
        <w:t>I see Leeds Championship Show on 26th Ã¢â‚¬â€œ 28th July is another added to the ever lengthening list of show cancellations due to lockdown. So far amongst those on the cancellation list are WELKS, The National, SKC (May), Three Counties, Border Union and Windsor. Blackpool have suspended their entries to date rather than cancelling. The Labrador Retriever Club Ch Show and the Joint Labrador Clubs Ch show after Windsor are both cancelled.</w:t>
      </w:r>
    </w:p>
    <w:p>
      <w:r>
        <w:rPr>
          <w:b w:val="0"/>
          <w:i w:val="0"/>
        </w:rPr>
        <w:t xml:space="preserve">We are now into week five of Covid19 isolation, it is certainly becoming less easy spending every single minute of every single day on oneÃ¢â‚¬â„¢s own, with no one bar the dogs to chatter to. Thank you, to those who have relieved my solitude by telephone and email. </w:t>
      </w:r>
    </w:p>
    <w:p>
      <w:r>
        <w:rPr>
          <w:b w:val="0"/>
          <w:i w:val="0"/>
        </w:rPr>
        <w:t xml:space="preserve">There is a beauty though in the pure silence of human inactivity, the birdsong is exquisite, the night skies, free of aircraft overhead, display the stars to silent perfection on clear nights. Whilst our lives are changed for the time being, the pattern of nature in the countryside remains the same as any year; the snowdrops and daffodils have died down, the Camellias and Rhododendrons are flowering profusely, the orchards are filled with apple-blossom and the grass needs cutting every four days. </w:t>
      </w:r>
    </w:p>
    <w:p>
      <w:r>
        <w:rPr>
          <w:b w:val="0"/>
          <w:i w:val="0"/>
        </w:rPr>
        <w:t xml:space="preserve">The only invasive noise comes from the territorial rooks in the rookery behind the house who are loudly squarking all day long as they feed their enormous black chicks, who hungrily squark louder than ever to spur their desperate parents on to collect even more food to stuff into their wide open, very cruel looking beaks. </w:t>
      </w:r>
    </w:p>
    <w:p>
      <w:r>
        <w:rPr>
          <w:b w:val="0"/>
          <w:i w:val="0"/>
        </w:rPr>
        <w:t xml:space="preserve">One has to be in awe of the utterly selfless devotion of those in the nursing profession caring for the thousands of sick and dying patients suffering from coronavirus. There have been many chances to donate to various collections for NHS workers and one such had been set up over just a few days in the Labrador world. A cheering note has come from Judi Neachell whose idea it was. </w:t>
      </w:r>
    </w:p>
    <w:p>
      <w:r>
        <w:rPr>
          <w:b w:val="0"/>
          <w:i w:val="0"/>
        </w:rPr>
        <w:t>Judi writes Ã¢â‚¬Å"To everybody who generously donated towards providing hand cream for our brave and hard-working nurses on the Coronavirus wards A GREAT BIG THANK YOU!</w:t>
      </w:r>
    </w:p>
    <w:p>
      <w:r>
        <w:rPr>
          <w:b w:val="0"/>
          <w:i w:val="0"/>
        </w:rPr>
        <w:t>You fabulous lot donated one thousand three hundred and fifty pounds.</w:t>
      </w:r>
    </w:p>
    <w:p>
      <w:r>
        <w:rPr>
          <w:b w:val="0"/>
          <w:i w:val="0"/>
        </w:rPr>
        <w:t>We have now purchased many hand creams and lip balms and they have been sent to various hospitals... all the hospitals have either someone we all know working on the Covid wards, or a member of their family is. We are hoping to receive photos at some point.</w:t>
      </w:r>
    </w:p>
    <w:p>
      <w:r>
        <w:rPr>
          <w:b w:val="0"/>
          <w:i w:val="0"/>
        </w:rPr>
        <w:t>As there is still money coming in and we have a small amount left we will now hopefully find another way to help our NHS workers.Ã¢â‚¬Â</w:t>
      </w:r>
    </w:p>
    <w:p>
      <w:r>
        <w:rPr>
          <w:b w:val="0"/>
          <w:i w:val="0"/>
        </w:rPr>
        <w:t xml:space="preserve">Well done Judi setting the collection up. </w:t>
      </w:r>
    </w:p>
    <w:p>
      <w:r>
        <w:rPr>
          <w:b w:val="0"/>
          <w:i w:val="0"/>
        </w:rPr>
        <w:t>A similar catastrophic Plague in the UK occurred in 1655/6. It rampaged for two years killing many thousands of people the length and breadth of Britain. It was the time that Samuel Pepys wrote his famous diaries. To entertain us over the weeks, Tony Jury is very kindly writing a lockdown blog in the style of Samual Pepys dictated by his Labrador.</w:t>
      </w:r>
    </w:p>
    <w:p>
      <w:r>
        <w:rPr>
          <w:b w:val="0"/>
          <w:i w:val="0"/>
        </w:rPr>
        <w:t>The Occasional Diary of Mr Pepys - Labrador</w:t>
      </w:r>
    </w:p>
    <w:p>
      <w:r>
        <w:rPr>
          <w:b w:val="0"/>
          <w:i w:val="0"/>
        </w:rPr>
        <w:t xml:space="preserve">Saturday, April 5th 1655 (or thereabouts.) </w:t>
      </w:r>
    </w:p>
    <w:p>
      <w:r>
        <w:rPr>
          <w:b w:val="0"/>
          <w:i w:val="0"/>
        </w:rPr>
        <w:t xml:space="preserve">Spring is upon us and I am, although in full coat, suffering from a lack of exhibitions. All the sporting halls are shuttered fast and there is not a pair of frilly pantaloons to behold. </w:t>
      </w:r>
    </w:p>
    <w:p>
      <w:r>
        <w:rPr>
          <w:b w:val="0"/>
          <w:i w:val="0"/>
        </w:rPr>
        <w:t xml:space="preserve">An unusually hot sun has shown his face today, but fearful of the impending pestilence, we did not venture out until 7 oÃ¢â‚¬â„¢clock because we are all self-isolating. </w:t>
      </w:r>
    </w:p>
    <w:p>
      <w:r>
        <w:rPr>
          <w:b w:val="0"/>
          <w:i w:val="0"/>
        </w:rPr>
        <w:t xml:space="preserve">For myself, I am bored with peeing up the garden ornaments and being told to sit in the shade where I am unable to see my princely neighbour in his courtyard fighting with his new-fangled sun-parasol and falling into the cooking pit. The oaths are enough to make oneÃ¢â‚¬â„¢s coat curl. TrÃƒÂ©s un-typical! </w:t>
      </w:r>
    </w:p>
    <w:p>
      <w:r>
        <w:rPr>
          <w:b w:val="0"/>
          <w:i w:val="0"/>
        </w:rPr>
        <w:t xml:space="preserve">Customarily, we did perambulate down by the sweet little river that spills merrily through the town (and, occasionally, when winter tests our souls, through the dwellings of the poor also!) Here, we young dogs could socialize freely, swopping gossip and olfactory emanations. Naturally, when Cupid smiled, I would attempt a joust with Coco, my current paramour. Suffice it to say, Coco is most comely to behold, being a well-rounded chocolate with the neatest of feet. And, her tail is finely clothed - as befits the finest Otter. </w:t>
      </w:r>
    </w:p>
    <w:p>
      <w:r>
        <w:rPr>
          <w:b w:val="0"/>
          <w:i w:val="0"/>
        </w:rPr>
        <w:t xml:space="preserve">With GodÃ¢â‚¬â„¢s will, my Mistress assures me, we shall have an Ã¢â‚¬ËœunderstandingÃ¢â‚¬â„¢. </w:t>
      </w:r>
    </w:p>
    <w:p>
      <w:r>
        <w:rPr>
          <w:b w:val="0"/>
          <w:i w:val="0"/>
        </w:rPr>
        <w:t>Well: Hey Ho! and Fol-de-Rol!Ã¢â‚¬â„¢ As we say on the benches. Coco gave me the eye (of lovely shape. Obvs,) when we last met, but the nearest to intimacy IÃ¢â‚¬â„¢ve managed yet is a serious tangling of leads Ã¢â‚¬â€œ but I live in hope Ã¢â‚¬â€œ for I am a Labrador.</w:t>
      </w:r>
    </w:p>
    <w:p>
      <w:r>
        <w:rPr>
          <w:b w:val="0"/>
          <w:i w:val="0"/>
        </w:rPr>
        <w:t xml:space="preserve">Wednesday, April 15th. Now-a-days we must perforce do our roaming in the cool of the evening. Domiciled as we are, on the fringe of the town, we fortunate ones have a fair-size pasture to gambol in. Except in November when they bring the ewes in for tupping. Then we hounds, being naturally biddable as well as active (Obvs.) must remain tethered on our extension-leads. </w:t>
      </w:r>
    </w:p>
    <w:p>
      <w:r>
        <w:rPr>
          <w:b w:val="0"/>
          <w:i w:val="0"/>
        </w:rPr>
        <w:t xml:space="preserve">Inconsiderately, such beasts expel mounds of ordure upon the grass which is an abomination. And, what is more, it tastes rubbish (FYI). </w:t>
      </w:r>
    </w:p>
    <w:p>
      <w:r>
        <w:rPr>
          <w:b w:val="0"/>
          <w:i w:val="0"/>
        </w:rPr>
        <w:t xml:space="preserve">Now, who do I see that takes my eye on entering the pasture (or do I mean ring?) It is the foxy Nina, as I speak. Nina is an old-fashioned yellow (with the sweetest of expressions Obvs.) the kind of maiden bitch (I use the term cautiously - advise me if I be impolite) that our Masters extol when they meet at the coffee house for a breed appreciation ceremony. These are quiz games, I think - newly imposed to replace the ducking stool as entertainment. </w:t>
      </w:r>
    </w:p>
    <w:p>
      <w:r>
        <w:rPr>
          <w:b w:val="0"/>
          <w:i w:val="0"/>
        </w:rPr>
        <w:t xml:space="preserve">Although I am on the point of a betrothal to Coco, I would not object to a quick tangle with Nina, purely accidentally of course. Even though her coat is a trifle curly in places and her muzzle is going a touch grey (but it is of the correct length, FYI.) </w:t>
      </w:r>
    </w:p>
    <w:p>
      <w:r>
        <w:rPr>
          <w:b w:val="0"/>
          <w:i w:val="0"/>
        </w:rPr>
        <w:t>Mr. Pepys knows type when he sees it! And, she is over fifteen. So thatÃ¢â‚¬â„¢s OK. As yet, I havenÃ¢â‚¬â„¢t tangled leads Ã¢â‚¬â€œ but there is still time. LOL.</w:t>
      </w:r>
    </w:p>
    <w:p>
      <w:r>
        <w:rPr>
          <w:b w:val="0"/>
          <w:i w:val="0"/>
        </w:rPr>
        <w:t>Friday, 17th April. Master enters bearing the Thursday Journal: Ã¢â‚¬ËœSamuel Pepys,Ã¢â‚¬â„¢ he trills. Ã¢â‚¬ËœThey are planning an exhibition in Bognor! To coincide with Harvest Festival! This will be a Premier Exhibition!Ã¢â‚¬Â</w:t>
      </w:r>
    </w:p>
    <w:p>
      <w:r>
        <w:rPr>
          <w:b w:val="0"/>
          <w:i w:val="0"/>
        </w:rPr>
        <w:t>I shall order a carriage with a crate. Fol-de-Rol!Ã¢â‚¬Â</w:t>
      </w:r>
    </w:p>
    <w:p>
      <w:r>
        <w:rPr>
          <w:b w:val="0"/>
          <w:i w:val="0"/>
        </w:rPr>
        <w:t>Further accounts from Mr Pepys to follow. Thank you Tony.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