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- 31/12/2021 - ISSUE"</w:t>
      </w:r>
      <w:r>
        <w:br/>
      </w:r>
      <w:r>
        <w:rPr>
          <w:b w:val="0"/>
          <w:i w:val="0"/>
        </w:rPr>
        <w:br/>
        <w:t>date_original: "31/12/2021 - ISSUE"</w:t>
      </w:r>
      <w:r>
        <w:br/>
      </w:r>
      <w:r>
        <w:rPr>
          <w:b w:val="0"/>
          <w:i w:val="0"/>
        </w:rPr>
        <w:br/>
        <w:t>source_url: "https://www.ourdogs.co.uk/members/breednotes/RetrieverLabradorMain.php"</w:t>
      </w:r>
      <w:r>
        <w:br/>
      </w:r>
      <w:r>
        <w:rPr>
          <w:b w:val="0"/>
          <w:i w:val="0"/>
        </w:rPr>
        <w:br/>
        <w:t>scraped_at: "2026-09-13T15:13:13"</w:t>
      </w:r>
      <w:r>
        <w:br/>
      </w:r>
      <w:r>
        <w:rPr>
          <w:b w:val="0"/>
          <w:i w:val="0"/>
        </w:rPr>
        <w:br/>
        <w:t>word_count: 225</w:t>
      </w:r>
    </w:p>
    <w:p>
      <w:r>
        <w:t>――――――――――――――――――――――――――――――</w:t>
      </w:r>
    </w:p>
    <w:p>
      <w:r>
        <w:rPr>
          <w:b w:val="0"/>
          <w:i w:val="0"/>
        </w:rPr>
        <w:t>NEWS MEMBERS' AREA SHOP SUBSCRIBE UPCOMING SHOWS MORE</w:t>
      </w:r>
    </w:p>
    <w:p>
      <w:r>
        <w:rPr>
          <w:b w:val="0"/>
          <w:i w:val="0"/>
        </w:rPr>
        <w:t>RETRIEVER LABRADOR</w:t>
      </w:r>
    </w:p>
    <w:p>
      <w:r>
        <w:rPr>
          <w:b w:val="0"/>
          <w:i w:val="0"/>
        </w:rPr>
        <w:t>Issue: 31/12/2021</w:t>
      </w:r>
    </w:p>
    <w:p>
      <w:r>
        <w:rPr>
          <w:b w:val="0"/>
          <w:i w:val="0"/>
        </w:rPr>
        <w:t xml:space="preserve">News comes from Anne Hoban on the forthcoming Open Show of West of England Labrador Club. </w:t>
      </w:r>
    </w:p>
    <w:p>
      <w:r>
        <w:rPr>
          <w:b w:val="0"/>
          <w:i w:val="0"/>
        </w:rPr>
        <w:t xml:space="preserve">Ã¢â‚¬Å"The entries for our planned Welrc show on January 8th at Woolavington, near Bridgewater, are 93 dogs making 116 entries which you will agree is excellent! </w:t>
      </w:r>
    </w:p>
    <w:p>
      <w:r>
        <w:rPr>
          <w:b w:val="0"/>
          <w:i w:val="0"/>
        </w:rPr>
        <w:t xml:space="preserve">Ã¢â‚¬ËœWe would request all our exhibitors to please wear masks in the ring unless, like our judge, you are exempt, due to health reasons. </w:t>
      </w:r>
    </w:p>
    <w:p>
      <w:r>
        <w:rPr>
          <w:b w:val="0"/>
          <w:i w:val="0"/>
        </w:rPr>
        <w:t>Ã¢â‚¬ËœHowever, she would be happy to wear one whilst going over your dog, if you so wished.</w:t>
      </w:r>
    </w:p>
    <w:p>
      <w:r>
        <w:rPr>
          <w:b w:val="0"/>
          <w:i w:val="0"/>
        </w:rPr>
        <w:t>Ã¢â‚¬ËœIn the meantime, we shall look forward to welcoming you at our first event of 2022 but should Covid regulations and arrangements change, we will update through our Welrc Facebook page and other media chat.Ã¢â‚¬â„¢</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