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- 21/10/2016 - ISSUE"</w:t>
      </w:r>
      <w:r>
        <w:br/>
      </w:r>
      <w:r>
        <w:rPr>
          <w:b w:val="0"/>
          <w:i w:val="0"/>
        </w:rPr>
        <w:br/>
        <w:t>date_original: "21/10/2016 - ISSUE"</w:t>
      </w:r>
      <w:r>
        <w:br/>
      </w:r>
      <w:r>
        <w:rPr>
          <w:b w:val="0"/>
          <w:i w:val="0"/>
        </w:rPr>
        <w:br/>
        <w:t>source_url: "https://www.ourdogs.co.uk/members/breednotes/RetrieverLabradorMain.php"</w:t>
      </w:r>
      <w:r>
        <w:br/>
      </w:r>
      <w:r>
        <w:rPr>
          <w:b w:val="0"/>
          <w:i w:val="0"/>
        </w:rPr>
        <w:br/>
        <w:t>scraped_at: "2026-09-13T15:27:40"</w:t>
      </w:r>
      <w:r>
        <w:br/>
      </w:r>
      <w:r>
        <w:rPr>
          <w:b w:val="0"/>
          <w:i w:val="0"/>
        </w:rPr>
        <w:br/>
        <w:t>word_count: 764</w:t>
      </w:r>
    </w:p>
    <w:p>
      <w:r>
        <w:t>――――――――――――――――――――――――――――――</w:t>
      </w:r>
    </w:p>
    <w:p>
      <w:r>
        <w:rPr>
          <w:b w:val="0"/>
          <w:i w:val="0"/>
        </w:rPr>
        <w:t>NEWS MEMBERS' AREA SHOP SUBSCRIBE UPCOMING SHOWS MORE</w:t>
      </w:r>
    </w:p>
    <w:p>
      <w:r>
        <w:rPr>
          <w:b w:val="0"/>
          <w:i w:val="0"/>
        </w:rPr>
        <w:t>RETRIEVER LABRADOR</w:t>
      </w:r>
    </w:p>
    <w:p>
      <w:r>
        <w:rPr>
          <w:b w:val="0"/>
          <w:i w:val="0"/>
        </w:rPr>
        <w:t>Issue: 21/10/2016</w:t>
      </w:r>
    </w:p>
    <w:p>
      <w:r>
        <w:rPr>
          <w:b w:val="0"/>
          <w:i w:val="0"/>
        </w:rPr>
        <w:t>No shows for me at the moment as I have a lovely all black litter to enjoy with their first time mum. I always say it, but I just dont know how people get to shows when they have a litter at home, but there you are, thats just me. I seem to be in the old fashioned , ultra careful minority.</w:t>
      </w:r>
    </w:p>
    <w:p>
      <w:r>
        <w:rPr>
          <w:b w:val="0"/>
          <w:i w:val="0"/>
        </w:rPr>
        <w:t>Gundog Society of Wales  Ch Show was held midweek at Malvern. The Labrador judge was Murray Armstrong with an entry of 139 dogs and bitches. David Coode won the Dog CC with his yellow Ch Warringahs Perth JW This was his 10th CC. He has also won 17 RCCs and has sportingly travelled the length and breadth of the British Isles to most of the annual Championship shows in the show calendar over two or more years. The Dog RCC was won by Marion Hopkinsons Rocheby Old Punch.</w:t>
      </w:r>
    </w:p>
    <w:p>
      <w:r>
        <w:rPr>
          <w:b w:val="0"/>
          <w:i w:val="0"/>
        </w:rPr>
        <w:t>The Bitch CC, her second, and Best of Breed was won by Marion Hopkinsons yellow, Killburnpark Miss Maureen at Rocheby, which was happy news for me, at home puppy minding, as I had awarded her her first CC last autumn at Midland Counties CS show at Stafford. The Bitch RCC was won by Franco Barberis Nora Iceflower of Finnwoods, whilst Gary Johnsons yellow Cremino Crushed Ice went Best Puppy in Breed.</w:t>
      </w:r>
    </w:p>
    <w:p>
      <w:r>
        <w:rPr>
          <w:b w:val="0"/>
          <w:i w:val="0"/>
        </w:rPr>
        <w:t xml:space="preserve">Time rolls by and the meticulous task of preparing and editing the forthcoming Pedigree Labradors of the United Kingdom 2017  pedigree book by Rosemary Hewitt and Erica Jayes is in its early stages. The books were initially edited and published by Harold Clayton every five years from 1972 until his death, after which sad event, Erica Jayes, Rosemary Hewitt and </w:t>
      </w:r>
    </w:p>
    <w:p>
      <w:r>
        <w:rPr>
          <w:b w:val="0"/>
          <w:i w:val="0"/>
        </w:rPr>
        <w:t>I jointly took on the task, editing the 2003 and 2007 editions and Erica and Rosemary continuing together to edit the 2012 edition at the time my late husband George was so severely ill.</w:t>
      </w:r>
    </w:p>
    <w:p>
      <w:r>
        <w:rPr>
          <w:b w:val="0"/>
          <w:i w:val="0"/>
        </w:rPr>
        <w:t>Now it is time for the next 2017 edition.</w:t>
      </w:r>
    </w:p>
    <w:p>
      <w:r>
        <w:rPr>
          <w:b w:val="0"/>
          <w:i w:val="0"/>
        </w:rPr>
        <w:t>I understand application forms and details of cost and which dogs qualify for entry have been handed out at a couple of championship shows. For those, like me who have been absent from recent shows and only heard about the next book on the grapevine, Micheal Hewitt has kindly forwarded the details of qualifying criteria to share with everyone, through the breed notes . For application forms, details of the cost or help with applications, Erica Jayes may be contacted at  sandylandslabs@aol.com and Rosemary Hewitt at newinnlabradors@hotmail.co.uk .</w:t>
      </w:r>
    </w:p>
    <w:p>
      <w:r>
        <w:rPr>
          <w:b w:val="0"/>
          <w:i w:val="0"/>
        </w:rPr>
        <w:t>Below are the qualifications required for Pedigree Labradors of the United Kingdom 2017.</w:t>
      </w:r>
    </w:p>
    <w:p>
      <w:r>
        <w:rPr>
          <w:b w:val="0"/>
          <w:i w:val="0"/>
        </w:rPr>
        <w:t>Qualification will run to the end of 2016</w:t>
      </w:r>
    </w:p>
    <w:p>
      <w:r>
        <w:rPr>
          <w:b w:val="0"/>
          <w:i w:val="0"/>
        </w:rPr>
        <w:t>1. Awarded a United Kingdom Kennel Club Stud Book Number.</w:t>
      </w:r>
    </w:p>
    <w:p>
      <w:pPr>
        <w:pStyle w:val="ListNumber"/>
      </w:pPr>
      <w:r>
        <w:rPr>
          <w:b w:val="0"/>
          <w:i w:val="0"/>
        </w:rPr>
        <w:t>Won a 1st prize at a UK Championship Show in</w:t>
      </w:r>
    </w:p>
    <w:p>
      <w:r>
        <w:rPr>
          <w:b w:val="0"/>
          <w:i w:val="0"/>
        </w:rPr>
        <w:t>Minor Puppy, Puppy, Junior, Yearling, Post Graduate, Mid Limit.</w:t>
      </w:r>
    </w:p>
    <w:p>
      <w:pPr>
        <w:pStyle w:val="ListNumber"/>
      </w:pPr>
      <w:r>
        <w:rPr>
          <w:b w:val="0"/>
          <w:i w:val="0"/>
        </w:rPr>
        <w:br/>
      </w:r>
      <w:r>
        <w:rPr>
          <w:b w:val="0"/>
          <w:i w:val="0"/>
        </w:rPr>
        <w:t>Awarded a Certificate of Merit or higher at a Field Trial.</w:t>
      </w:r>
      <w:r>
        <w:rPr>
          <w:b w:val="0"/>
          <w:i w:val="0"/>
        </w:rPr>
        <w:br/>
      </w:r>
    </w:p>
    <w:p>
      <w:pPr>
        <w:pStyle w:val="ListNumber"/>
      </w:pPr>
      <w:r>
        <w:rPr>
          <w:b w:val="0"/>
          <w:i w:val="0"/>
        </w:rPr>
        <w:br/>
      </w:r>
      <w:r>
        <w:rPr>
          <w:b w:val="0"/>
          <w:i w:val="0"/>
        </w:rPr>
        <w:t>Dogs Bred and Registered in the UK that have won titles abroad.</w:t>
      </w:r>
      <w:r>
        <w:rPr>
          <w:b w:val="0"/>
          <w:i w:val="0"/>
        </w:rPr>
        <w:br/>
      </w:r>
    </w:p>
    <w:p>
      <w:pPr>
        <w:pStyle w:val="ListNumber"/>
      </w:pPr>
      <w:r>
        <w:rPr>
          <w:b w:val="0"/>
          <w:i w:val="0"/>
        </w:rPr>
        <w:br/>
      </w:r>
      <w:r>
        <w:rPr>
          <w:b w:val="0"/>
          <w:i w:val="0"/>
        </w:rPr>
        <w:t>Dogs from important blood lines may be considered for inclusion.</w:t>
      </w:r>
      <w:r>
        <w:rPr>
          <w:b w:val="0"/>
          <w:i w:val="0"/>
        </w:rPr>
        <w:br/>
      </w:r>
    </w:p>
    <w:p>
      <w:pPr>
        <w:pStyle w:val="ListNumber"/>
      </w:pPr>
      <w:r>
        <w:rPr>
          <w:b w:val="0"/>
          <w:i w:val="0"/>
        </w:rPr>
        <w:br/>
      </w:r>
      <w:r>
        <w:rPr>
          <w:b w:val="0"/>
          <w:i w:val="0"/>
        </w:rPr>
        <w:t xml:space="preserve">Dogs featured in previous books will not be included unless they have become </w:t>
      </w:r>
      <w:r>
        <w:rPr>
          <w:b w:val="0"/>
          <w:i w:val="0"/>
        </w:rPr>
        <w:br/>
      </w:r>
    </w:p>
    <w:p>
      <w:r>
        <w:rPr>
          <w:b w:val="0"/>
          <w:i w:val="0"/>
        </w:rPr>
        <w:t>Show Champions or Champions.</w:t>
      </w:r>
    </w:p>
    <w:p>
      <w:r>
        <w:rPr>
          <w:b w:val="0"/>
          <w:i w:val="0"/>
        </w:rPr>
        <w:t>The editors retain the right to refuse any proposed entry.</w:t>
      </w:r>
    </w:p>
    <w:p>
      <w:r>
        <w:rPr>
          <w:b w:val="0"/>
          <w:i w:val="0"/>
        </w:rPr>
        <w:t>Dogs will appear in alphabetical order under the name of the owner.</w:t>
      </w:r>
    </w:p>
    <w:p>
      <w:r>
        <w:rPr>
          <w:b w:val="0"/>
          <w:i w:val="0"/>
        </w:rPr>
        <w:t>One dog per page.</w:t>
      </w:r>
    </w:p>
    <w:p>
      <w:r>
        <w:rPr>
          <w:b w:val="0"/>
          <w:i w:val="0"/>
        </w:rPr>
        <w:t>Ideally a five generation pedigree from the Kennel Club should be enclosed to abode mistakes.</w:t>
      </w:r>
    </w:p>
    <w:p>
      <w:r>
        <w:rPr>
          <w:b w:val="0"/>
          <w:i w:val="0"/>
        </w:rPr>
        <w:t>So if your dog qualifies, time to get the very best photo taken for the book as these books are collectors items and your dog will be on view for many a year.</w:t>
      </w:r>
    </w:p>
    <w:p>
      <w:r>
        <w:rPr>
          <w:b w:val="0"/>
          <w:i w:val="0"/>
        </w:rPr>
        <w:t>Although, he wasn't showing a Labrador, mention has to be made of Ed Casey whose spectacularly presented English Springer Spaniel Australian Supreme Ch Sandicam the Look of Love owned in partnership with Cameron Cavallo, gained his title , won the Gundog Group and then went Best in Show at South Wales Kennel Association recent CH show at Builth. What an achievement. Lovely photos of both dog and handler in the dog press. Many congratulations.</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