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- 28/12/2018 - ISSUE"</w:t>
      </w:r>
      <w:r>
        <w:br/>
      </w:r>
      <w:r>
        <w:rPr>
          <w:b w:val="0"/>
          <w:i w:val="0"/>
        </w:rPr>
        <w:br/>
        <w:t>date_original: "28/12/2018 - ISSUE"</w:t>
      </w:r>
      <w:r>
        <w:br/>
      </w:r>
      <w:r>
        <w:rPr>
          <w:b w:val="0"/>
          <w:i w:val="0"/>
        </w:rPr>
        <w:br/>
        <w:t>source_url: "https://www.ourdogs.co.uk/members/breednotes/RetrieverLabradorMain.php"</w:t>
      </w:r>
      <w:r>
        <w:br/>
      </w:r>
      <w:r>
        <w:rPr>
          <w:b w:val="0"/>
          <w:i w:val="0"/>
        </w:rPr>
        <w:br/>
        <w:t>scraped_at: "2026-09-13T15:21:25"</w:t>
      </w:r>
      <w:r>
        <w:br/>
      </w:r>
      <w:r>
        <w:rPr>
          <w:b w:val="0"/>
          <w:i w:val="0"/>
        </w:rPr>
        <w:br/>
        <w:t>word_count: 1294</w:t>
      </w:r>
    </w:p>
    <w:p>
      <w:r>
        <w:t>――――――――――――――――――――――――――――――</w:t>
      </w:r>
    </w:p>
    <w:p>
      <w:r>
        <w:rPr>
          <w:b w:val="0"/>
          <w:i w:val="0"/>
        </w:rPr>
        <w:t>NEWS MEMBERS' AREA SHOP SUBSCRIBE UPCOMING SHOWS MORE</w:t>
      </w:r>
    </w:p>
    <w:p>
      <w:r>
        <w:rPr>
          <w:b w:val="0"/>
          <w:i w:val="0"/>
        </w:rPr>
        <w:t>RETRIEVER LABRADOR</w:t>
      </w:r>
    </w:p>
    <w:p>
      <w:r>
        <w:rPr>
          <w:b w:val="0"/>
          <w:i w:val="0"/>
        </w:rPr>
        <w:t>Issue: 28/12/2018</w:t>
      </w:r>
    </w:p>
    <w:p>
      <w:r>
        <w:rPr>
          <w:b w:val="0"/>
          <w:i w:val="0"/>
        </w:rPr>
        <w:t>It is with great sadness I pass on the news of the death of Mary Barrenger on Wednesday 5th December 2018. She was a highly respected committee member of the Labrador Retriever Club and very active with both show and working Labradors. Our thoughts are with her husband Peter.</w:t>
      </w:r>
    </w:p>
    <w:p>
      <w:r>
        <w:rPr>
          <w:b w:val="0"/>
          <w:i w:val="0"/>
        </w:rPr>
        <w:t>Anne Taylor (Fabracken) judged an entry of 184 at LKA on 16th December. Entries in the male classes were decidedly down with only 4 present in Puppy Dog, 5 in Junior, 3 in Yearling, 4 in Limit and just two present in Open. From these figures it would appear that at the moment, exhibitors are preferring to show bitches rather more than dogs. The Bitch classes were well filled as ever. The winners were:</w:t>
      </w:r>
    </w:p>
    <w:p>
      <w:r>
        <w:rPr>
          <w:b w:val="0"/>
          <w:i w:val="0"/>
        </w:rPr>
        <w:t>Dog CC and Best of Breed - Fiona Macleans 4 year old chocolate Afinmore Alain JW ShCM (Afinmore Aristotle x Afinmore Alana) winner of Limit dog.</w:t>
      </w:r>
    </w:p>
    <w:p>
      <w:r>
        <w:rPr>
          <w:b w:val="0"/>
          <w:i w:val="0"/>
        </w:rPr>
        <w:t>The Dog RCC went to Margaret Litherlands black Oakhouse Oh Two. (Oakhouse Offside x Oakhouse Orinoco Flow) winner of Mid Limit.</w:t>
      </w:r>
    </w:p>
    <w:p>
      <w:r>
        <w:rPr>
          <w:b w:val="0"/>
          <w:i w:val="0"/>
        </w:rPr>
        <w:t>The Bitch CC and made up on the day was Brian and Trish Parrotts 5 year old black Lougin Lyin Eyes winner of Open. Many congratulations.</w:t>
      </w:r>
    </w:p>
    <w:p>
      <w:r>
        <w:rPr>
          <w:b w:val="0"/>
          <w:i w:val="0"/>
        </w:rPr>
        <w:t>The Bitch RCC went to the Hodge family's black junior, Naiken Dance Rhythm, (Ch Naiken Zephyr x Ch Naiken Russian Rhythm), whilst Best Puppy was the Brown family's Minor Puppy black dog Ramsayville Revolver (Am Ch Can Ch Paradocs Bellwether Heath x Foulby Krista).</w:t>
      </w:r>
    </w:p>
    <w:p>
      <w:r>
        <w:rPr>
          <w:b w:val="0"/>
          <w:i w:val="0"/>
        </w:rPr>
        <w:t>In case anyone has missed the notice re the revised payment requirements for CC judges. Here they are from the Kennel Club:</w:t>
      </w:r>
    </w:p>
    <w:p>
      <w:r>
        <w:rPr>
          <w:b w:val="0"/>
          <w:i w:val="0"/>
        </w:rPr>
        <w:t>ESTABLISHED SINGLE BREED CC JUDGES TO BE LICENSED FOR FREE</w:t>
      </w:r>
    </w:p>
    <w:p>
      <w:r>
        <w:rPr>
          <w:b w:val="0"/>
          <w:i w:val="0"/>
        </w:rPr>
        <w:t>Must have been approved to award CCs by 1 July 2019</w:t>
      </w:r>
    </w:p>
    <w:p>
      <w:r>
        <w:rPr>
          <w:b w:val="0"/>
          <w:i w:val="0"/>
        </w:rPr>
        <w:t>Must apply for licence within 18-month window (ends 31 December 2020)</w:t>
      </w:r>
    </w:p>
    <w:p>
      <w:r>
        <w:rPr>
          <w:b w:val="0"/>
          <w:i w:val="0"/>
        </w:rPr>
        <w:t>Eligible to judge additional breeds at JCF Level 1 (open show level)</w:t>
      </w:r>
    </w:p>
    <w:p>
      <w:r>
        <w:rPr>
          <w:b w:val="0"/>
          <w:i w:val="0"/>
        </w:rPr>
        <w:t>Under newly-approved changes to the Judges Competency Framework (JCF), which begins in 2019, the Kennel Club has announced that there will be no licence fee for single breed judges approved to award Challenge Certificates by 1 July 2019.</w:t>
      </w:r>
    </w:p>
    <w:p>
      <w:r>
        <w:rPr>
          <w:b w:val="0"/>
          <w:i w:val="0"/>
        </w:rPr>
        <w:t>In order to qualify for a free licence and maintain it, judges must not aspire to award CCs in an additional breed.</w:t>
      </w:r>
    </w:p>
    <w:p>
      <w:r>
        <w:rPr>
          <w:b w:val="0"/>
          <w:i w:val="0"/>
        </w:rPr>
        <w:t>These changes have come about as a result of a review of the JCF carried out by the Judges Committee following feedback, including comments received at the Kennel Club SGM in November.</w:t>
      </w:r>
    </w:p>
    <w:p>
      <w:r>
        <w:rPr>
          <w:b w:val="0"/>
          <w:i w:val="0"/>
        </w:rPr>
        <w:t xml:space="preserve">Such judges will be exempt from paying a fee provided they apply for their licence between the latter half of 2019, when the JCF online system goes live, and the end of 2020. After this period, the option of a free licence will no longer be available and all single breed CC judges will be charged Â£10 annually for the duration of their judging career. </w:t>
      </w:r>
    </w:p>
    <w:p>
      <w:r>
        <w:rPr>
          <w:b w:val="0"/>
          <w:i w:val="0"/>
        </w:rPr>
        <w:t xml:space="preserve">The previously announced Â£26 annual licence fee will apply to judges who award CCs in more than one breed, including those who judge a breed with more than one variety (eg Dachshunds and Poodles). This charge also applies to any licensed judge who judges more than one breed at JCF Level 2 or above (entitled to judge more than 3 (4) classes at open shows), including single breed CC judges who aspire to judge a further breed at CC level. </w:t>
      </w:r>
    </w:p>
    <w:p>
      <w:r>
        <w:rPr>
          <w:b w:val="0"/>
          <w:i w:val="0"/>
        </w:rPr>
        <w:t>It has also been announced this week that all licensed single breed CC judges will be entitled under the JCF to judge up to 3 (4) classes of an additional breed or breeds at open show level (JCF Level 1). There is no change to plans to allow these judges to continue to be able to judge BIS, groups and AV classes at such shows.</w:t>
      </w:r>
    </w:p>
    <w:p>
      <w:r>
        <w:rPr>
          <w:b w:val="0"/>
          <w:i w:val="0"/>
        </w:rPr>
        <w:t>This week it is the time to detail the 9 new Bitch champions made up in 2018. There are five blacks and four yellows.</w:t>
      </w:r>
    </w:p>
    <w:p>
      <w:r>
        <w:rPr>
          <w:b w:val="0"/>
          <w:i w:val="0"/>
        </w:rPr>
        <w:t>Penny Carpaninis black Sh Ch Carpenny Portia sired by Carpenny Primo x Follies Fine Finnish at Carpenny born in May 2015 was the first bitch Champion of 2018. She won the CC at Three Counties under Enir Matulla and her crowning third CC under Chris Atkinson at Southern Counties. She won further CCs at Leeds - judge Ronwein Phillips, National Gundog - judge Lorraine Tooth and West of England Lab Club with BIS under Jane Rawlinson.</w:t>
      </w:r>
    </w:p>
    <w:p>
      <w:r>
        <w:rPr>
          <w:b w:val="0"/>
          <w:i w:val="0"/>
        </w:rPr>
        <w:t>The O'Briens home bred yellow ShCh Maxfield Maybelline JW (ShCh AmCanCh Salty Dog of Tampa Bay x Mandursan Misdemeanour of Maxfield) born in September 2012 had already won two CCs and won her crowning CC at Blackpool under Fiona Braddon. I recall she was Best Puppy in Show at the Lab Club Ch Show in 2013 under Heather Wiles Fone.</w:t>
      </w:r>
    </w:p>
    <w:p>
      <w:r>
        <w:rPr>
          <w:b w:val="0"/>
          <w:i w:val="0"/>
        </w:rPr>
        <w:t>Chris and Claire Mills bred the yellow, ShCh Lembas Kiss Me Kate at Moyglas owned by Ed Casey and Cameron Cavallo. Born in April 2016, she is sired by Sh Ch Farnfield Topo Gigio JW ShCm x Sh Ch Lembas Chiquitita. Entering 2018 already with one CC, her second came at WELKS with BOB under Keith Young and her third at Bournemouth under Sheila Walton. Further CCs came from Northumberland and Durham Lab Club with BIS under judge Rosemary Hewitt and Midland Counties CS with BOB under Alison Scutcher.</w:t>
      </w:r>
    </w:p>
    <w:p>
      <w:r>
        <w:rPr>
          <w:b w:val="0"/>
          <w:i w:val="0"/>
        </w:rPr>
        <w:t xml:space="preserve">The black, ShCh A Sense of Pleasures Ylvi at Alkamhurst (imp Deu) was born in March 2016 and is owned by Maxine Woodley. She is sired by GerCh A Sense of Pleasures I'm a Joker x Waterlines Selleria. She won 4 CCs in 2018. </w:t>
      </w:r>
    </w:p>
    <w:p>
      <w:r>
        <w:rPr>
          <w:b w:val="0"/>
          <w:i w:val="0"/>
        </w:rPr>
        <w:t>She won the CC at Three Ridings LRC - judge Sian Ellis, Lab Club of Scotland with BIS under David Nightingale, and her crowning CC at Richmond under Robin Pollock. She added a further CC and BIS at the Yellow Lab Club Ch Show.</w:t>
      </w:r>
    </w:p>
    <w:p>
      <w:r>
        <w:rPr>
          <w:b w:val="0"/>
          <w:i w:val="0"/>
        </w:rPr>
        <w:t>Mervyn and Carole Reynolds yellow ShCh Carromer Shimmering Satin, born in June 2016 was sired by ShCh Rocheby Hornblower x Carromer Shimmering Tiara and won her crowning CC with Best of Breed under Christine Bailiss and Group 2 under Richard Bott at Welsh Kennel Club.</w:t>
      </w:r>
    </w:p>
    <w:p>
      <w:r>
        <w:rPr>
          <w:b w:val="0"/>
          <w:i w:val="0"/>
        </w:rPr>
        <w:t>Chris and Claire Mills home bred black Sh Ch Lembas Go Gentle was born in November 2013, sired by Sandylands Gentle Touch at Lembas x Sh Ch Lembas Mama Mia JW. She won her third CC at SWKA under Eileen Dobson.</w:t>
      </w:r>
    </w:p>
    <w:p>
      <w:r>
        <w:rPr>
          <w:b w:val="0"/>
          <w:i w:val="0"/>
        </w:rPr>
        <w:t>Karen Powells home bred yellow Ch Yellow Archangel (IntCh Eneleon Wandering Star x Seatallen Waterlily was born in May 2016. She won her first CC in 2017 under Margaret Litherland. In 2018 she won at Darlington under Mac Bedford and was made up at North West Lab Club with BIS where the judge was Richard Edwards.</w:t>
      </w:r>
    </w:p>
    <w:p>
      <w:r>
        <w:rPr>
          <w:b w:val="0"/>
          <w:i w:val="0"/>
        </w:rPr>
        <w:t>Lynda Harvey-Majors yellow, Sh Ch Anuedis Everybody's Fine in Linjor (imp Ita) was born in October 2013, sired by Ita Ch Anuedis Double Trader x Anuedis Achtung Baby. She won three CCs in 2018, at Boston under Mairi Brown, at Driffield under Andrew Brown and at Gundog Breeds of Scotland under Caroline Campbell.</w:t>
      </w:r>
    </w:p>
    <w:p>
      <w:r>
        <w:rPr>
          <w:b w:val="0"/>
          <w:i w:val="0"/>
        </w:rPr>
        <w:t xml:space="preserve">Just making it onto the list for 2018 and made up at the final show of the year, LKA, under Anne Taylor is Brian and Trish Parrotts black, Lougin Lyin Eyes (Mallorca Painted Black x Sh Ch Naiken Yelenda at Lougin) who was born in June 2013. </w:t>
      </w:r>
    </w:p>
    <w:p>
      <w:r>
        <w:rPr>
          <w:b w:val="0"/>
          <w:i w:val="0"/>
        </w:rPr>
        <w:t xml:space="preserve">Congratulations to you all. </w:t>
      </w:r>
    </w:p>
    <w:p>
      <w:r>
        <w:rPr>
          <w:b w:val="0"/>
          <w:i w:val="0"/>
        </w:rPr>
        <w:t xml:space="preserve">Ann Britton </w:t>
      </w:r>
    </w:p>
    <w:p>
      <w:r>
        <w:rPr>
          <w:b w:val="0"/>
          <w:i w:val="0"/>
        </w:rPr>
        <w:t>01989 720665</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