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- 29/03/2013"</w:t>
      </w:r>
      <w:r>
        <w:br/>
      </w:r>
      <w:r>
        <w:rPr>
          <w:b w:val="0"/>
          <w:i w:val="0"/>
        </w:rPr>
        <w:br/>
        <w:t>date_original: "29/03/2013"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"2026-09-13T22:44:14"</w:t>
      </w:r>
      <w:r>
        <w:br/>
      </w:r>
      <w:r>
        <w:rPr>
          <w:b w:val="0"/>
          <w:i w:val="0"/>
        </w:rPr>
        <w:br/>
        <w:t>word_count: 785</w:t>
      </w:r>
    </w:p>
    <w:p>
      <w:r>
        <w:t>――――――――――――――――――――――――――――――</w:t>
      </w:r>
    </w:p>
    <w:p>
      <w:r>
        <w:rPr>
          <w:b w:val="0"/>
          <w:i w:val="0"/>
        </w:rPr>
        <w:t>NEWS MEMBERS' AREA SHOP SUBSCRIBE UPCOMING SHOWS MORE</w:t>
      </w:r>
    </w:p>
    <w:p>
      <w:r>
        <w:rPr>
          <w:b w:val="0"/>
          <w:i w:val="0"/>
        </w:rPr>
        <w:t>RETRIEVER LABRADOR</w:t>
      </w:r>
    </w:p>
    <w:p>
      <w:r>
        <w:rPr>
          <w:b w:val="0"/>
          <w:i w:val="0"/>
        </w:rPr>
        <w:t>Issue: 29/03/2013</w:t>
      </w:r>
    </w:p>
    <w:p>
      <w:r>
        <w:rPr>
          <w:b w:val="0"/>
          <w:i w:val="0"/>
        </w:rPr>
        <w:t>Brrr. The latest snowfall came as a surprise. One day I was taking measurements outside in the sunshine at Three Counties Showground, thinking spring had actually sprung at last and admiring the newly seeded and turfed WELKS breed rings following the installation of land drains throughout the show site; the next, its snowing very heavily yet again and my recently serviced central heating boiler has packed up working and is in self imposed Lockout . Its absolutely freezing indoors and I am writing these notes in my heavy outdoor coat, over a sheepskin gilet, over a fleece and layers of sweaters and thick trousers and boots.</w:t>
      </w:r>
    </w:p>
    <w:p>
      <w:r>
        <w:rPr>
          <w:b w:val="0"/>
          <w:i w:val="0"/>
        </w:rPr>
        <w:t>My lucky puppies have the oil filled radiator to keep their dog room cosy and warm until the central heating chap can come and sort out the boiler. Fingers crossed the electric doesn't go off next. Ah, the joys of living in the country.</w:t>
      </w:r>
    </w:p>
    <w:p>
      <w:r>
        <w:rPr>
          <w:b w:val="0"/>
          <w:i w:val="0"/>
        </w:rPr>
        <w:t>Julia Lewis, Secretary of Midland Counties Labrador Club writes with the sad news that Frank Whitbread died on the 21st March 2013. I understand he had been poorly for about six months. His funeral will be held on Tuesday 9 April at 1200 hrs at Markeaton Crematorium, Markeaton Lane, Derby DE22 4NH</w:t>
      </w:r>
    </w:p>
    <w:p>
      <w:r>
        <w:rPr>
          <w:b w:val="0"/>
          <w:i w:val="0"/>
        </w:rPr>
        <w:t>Frank played an enormous role in MCLRCs club history and will be sorely missed.</w:t>
      </w:r>
    </w:p>
    <w:p>
      <w:r>
        <w:rPr>
          <w:b w:val="0"/>
          <w:i w:val="0"/>
        </w:rPr>
        <w:t>An obituary from the club will follow.</w:t>
      </w:r>
    </w:p>
    <w:p>
      <w:r>
        <w:rPr>
          <w:b w:val="0"/>
          <w:i w:val="0"/>
        </w:rPr>
        <w:t>For myself, I found Frank a kind, steady person dedicated to whatever task he undertook. His canine enthusiam covered many facets of dog world.  As well as breeding, showing and judging Labradors at CC level, he was hard-working Secretary of MCLRC for 25 years. He always had an encouraging word for club members old and new, and was helpful on the educational side when seminars were staged for aspiring judges.</w:t>
      </w:r>
    </w:p>
    <w:p>
      <w:r>
        <w:rPr>
          <w:b w:val="0"/>
          <w:i w:val="0"/>
        </w:rPr>
        <w:t>As well as Labradors, he was also involved with Bernese Mountain dogs and for two years organised the most colourful Bernese Mountain Dog carting dispaly at the National Dog Show when we were staging the show at the NEC Birmingham. I think the display team, with over twenty participants, travelled to many venues and events all around the country. I have an idea they put on the display one year at Crufts.</w:t>
      </w:r>
    </w:p>
    <w:p>
      <w:r>
        <w:rPr>
          <w:b w:val="0"/>
          <w:i w:val="0"/>
        </w:rPr>
        <w:t>A very special, thoughtful man; Frank will be sorely missed by all his friends.</w:t>
      </w:r>
    </w:p>
    <w:p>
      <w:r>
        <w:rPr>
          <w:b w:val="0"/>
          <w:i w:val="0"/>
        </w:rPr>
        <w:t>Rosemary Hewitt has recently returned home from hospital and is recovering following treatment to regulate an unexpected heart problem. Rosemary and Michael would like to thank everyone for their cards and messages.</w:t>
      </w:r>
    </w:p>
    <w:p>
      <w:r>
        <w:rPr>
          <w:b w:val="0"/>
          <w:i w:val="0"/>
        </w:rPr>
        <w:t>Here is some good news, young Merlin Maclean (12 years old) won the BASC under-14years  Junior Handler class in the gamekeepers ring at Crufts handling her chocolate, Afinmore Antora (who had won the BCC at East Anglian Lab Club recently). They also won the Good Citizen class at Crufts and Best Working Labrador in the gamekeeper's ring - as proud mum, Fiona Maclean says "not bad for a chocolate !".</w:t>
      </w:r>
    </w:p>
    <w:p>
      <w:r>
        <w:rPr>
          <w:b w:val="0"/>
          <w:i w:val="0"/>
        </w:rPr>
        <w:t>Well done. Keep up the good work.</w:t>
      </w:r>
    </w:p>
    <w:p>
      <w:r>
        <w:rPr>
          <w:b w:val="0"/>
          <w:i w:val="0"/>
        </w:rPr>
        <w:t>Northumberland and Durham Lab Club are running a Novice Dog, Novice Handler working test as well as a Special Show Novice Dog, Novice Handler test, for dogs which have previously qualified for Crufts, on 23rd June 2013, together with a Junior Handler test for under 16s.  The club is keen to encourage newcomers to the world of working tests, and all are welcome to enter - no experience of tests required!  For more information see www.ndlabclub.co.uk</w:t>
      </w:r>
    </w:p>
    <w:p>
      <w:r>
        <w:rPr>
          <w:b w:val="0"/>
          <w:i w:val="0"/>
        </w:rPr>
        <w:t>N&amp;D LRC are now using Paypal for memberships and working test payments, so if any members have not yet paid please feel free to make use of this easy payment method - the email address for payments is ndlabclub@gmail.com</w:t>
      </w:r>
    </w:p>
    <w:p>
      <w:r>
        <w:rPr>
          <w:b w:val="0"/>
          <w:i w:val="0"/>
        </w:rPr>
        <w:t>Ive just picked up the weekend Telegraph shopping section with "bargain" dog beds for sale. As my dogs indoor plastic beds have been given pie-crust edges by some artistic but naughty chewer, I was looking to replace them with new beds, so turned the pages to find these bargains. There they were; fur lined with a removeable inner and a zip over top - Reduced price from Â£175 to Â£139. I think I will give that one a miss!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