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title: "Labrador Breed Notes - 08/12/2017 - ISSUE"</w:t>
      </w:r>
      <w:r>
        <w:br/>
      </w:r>
      <w:r>
        <w:rPr>
          <w:b w:val="0"/>
          <w:i w:val="0"/>
        </w:rPr>
        <w:br/>
        <w:t>date_original: "08/12/2017 - ISSUE"</w:t>
      </w:r>
      <w:r>
        <w:br/>
      </w:r>
      <w:r>
        <w:rPr>
          <w:b w:val="0"/>
          <w:i w:val="0"/>
        </w:rPr>
        <w:br/>
        <w:t>source_url: "https://www.ourdogs.co.uk/members/breednotes/RetrieverLabradorMain.php"</w:t>
      </w:r>
      <w:r>
        <w:br/>
      </w:r>
      <w:r>
        <w:rPr>
          <w:b w:val="0"/>
          <w:i w:val="0"/>
        </w:rPr>
        <w:br/>
        <w:t>scraped_at: "2026-09-13T15:24:25"</w:t>
      </w:r>
      <w:r>
        <w:br/>
      </w:r>
      <w:r>
        <w:rPr>
          <w:b w:val="0"/>
          <w:i w:val="0"/>
        </w:rPr>
        <w:br/>
        <w:t>word_count: 794</w:t>
      </w:r>
    </w:p>
    <w:p>
      <w:r>
        <w:t>――――――――――――――――――――――――――――――</w:t>
      </w:r>
    </w:p>
    <w:p>
      <w:r>
        <w:rPr>
          <w:b w:val="0"/>
          <w:i w:val="0"/>
        </w:rPr>
        <w:t>NEWS MEMBERS' AREA SHOP SUBSCRIBE UPCOMING SHOWS MORE</w:t>
      </w:r>
    </w:p>
    <w:p>
      <w:r>
        <w:rPr>
          <w:b w:val="0"/>
          <w:i w:val="0"/>
        </w:rPr>
        <w:t>RETRIEVER LABRADOR</w:t>
      </w:r>
    </w:p>
    <w:p>
      <w:r>
        <w:rPr>
          <w:b w:val="0"/>
          <w:i w:val="0"/>
        </w:rPr>
        <w:t>Issue: 08/12/2017</w:t>
      </w:r>
    </w:p>
    <w:p>
      <w:r>
        <w:rPr>
          <w:b w:val="0"/>
          <w:i w:val="0"/>
        </w:rPr>
        <w:t>Swansea DCC Show will be held on Sat 10 Feb 2018 at the Neath Sports Centre SA10 7BR. There are Two Labrador breed classes with judge David L Williams, Caerphilly. AVs and Group judge: Ed Casey (Moyglass). Schedules can be downloaded at 'onlineshowentry' or email Hon Sec: paisey1@hotmail.com (BT tel 01792 310622). Postal entries close 22 Jan; online 29 Jan</w:t>
      </w:r>
    </w:p>
    <w:p>
      <w:r>
        <w:rPr>
          <w:b w:val="0"/>
          <w:i w:val="0"/>
        </w:rPr>
        <w:t>Continuing the list of 2017 CC winners. This week it is the turn of the Bitches and just the forthcoming LKA results to add after this weekends show.</w:t>
      </w:r>
    </w:p>
    <w:p>
      <w:r>
        <w:rPr>
          <w:b w:val="0"/>
          <w:i w:val="0"/>
        </w:rPr>
        <w:t>Unlike this years Dog CC winners where two dogs dominated the leader-board, the Bitch CCs were much more widely spread amongst 26 different bitches which is somewhat unusual. 21 of the bitches were yellow, 5 were black and nil were chocolate.</w:t>
      </w:r>
    </w:p>
    <w:p>
      <w:r>
        <w:rPr>
          <w:b w:val="0"/>
          <w:i w:val="0"/>
        </w:rPr>
        <w:t xml:space="preserve">Equal top with 4CCs and 2 BOBs apiece were Sussie Wiles black Sh Ch Dolehamhalt Dazzler of </w:t>
      </w:r>
    </w:p>
    <w:p>
      <w:r>
        <w:rPr>
          <w:b w:val="0"/>
          <w:i w:val="0"/>
        </w:rPr>
        <w:t>Richbourne JW, (Mambrinos Thriller at Richbourne x Buckholt Willow), one of her CCs coming from Crufts, and Angela Mitchells yellow Sh Ch Callyswood Caitlin (Fin Ch Devonshires London Edition x Cornlands Lady Flora).</w:t>
      </w:r>
    </w:p>
    <w:p>
      <w:r>
        <w:rPr>
          <w:b w:val="0"/>
          <w:i w:val="0"/>
        </w:rPr>
        <w:t xml:space="preserve">Marion Hopkinsons yellow Sh Ch Hayley Sun in Their Eyes (Am Ch Gateways Nothin But Trouble x Rocheby Sweet Crystal) won 3 CCs all with BOB and a Group 4 whilst </w:t>
      </w:r>
    </w:p>
    <w:p>
      <w:r>
        <w:rPr>
          <w:b w:val="0"/>
          <w:i w:val="0"/>
        </w:rPr>
        <w:t>Richard Staffords yellow, Sh Ch Arrowmoy Fairytale to New York Farnfield (IKC) (Sh Ch/ Am Ch Farnfield Topo Gigio JW ShCh x Philipstown Million Dollar Lady at Arrowmoy) won 3CCs, 2 BOBs and Group 3.</w:t>
      </w:r>
    </w:p>
    <w:p>
      <w:r>
        <w:rPr>
          <w:b w:val="0"/>
          <w:i w:val="0"/>
        </w:rPr>
        <w:t>Winning 3 CCs was Jo and Andy Metcalfes yellow, Sh Ch Baileydale Miss Busybody JW  (Sh Ch Ir Sh Ch Carpenny Made a Million x Sandylands Spring Blossom for Baileydale).</w:t>
      </w:r>
    </w:p>
    <w:p>
      <w:r>
        <w:rPr>
          <w:b w:val="0"/>
          <w:i w:val="0"/>
        </w:rPr>
        <w:t>On 2CCs and 2 BOBs was O'Briens yellow, Maxfield Maybelline JW (Sh Ch/Can Ch Salty Dog of Tampa Bay x Mandursans Miss Demeanour of Maxfield ).</w:t>
      </w:r>
    </w:p>
    <w:p>
      <w:r>
        <w:rPr>
          <w:b w:val="0"/>
          <w:i w:val="0"/>
        </w:rPr>
        <w:t>Winning 2CCs and 1 BOB are Mervyn and Carole Reynolds yellow, Carromer Shimmering Satin (Sh Ch Rocheby Hornblower x Carromer Shimmering Tiara) and  Bob Lennox and Morgans yellow, Sh Ch Willenmoray Collabro JW (Sh Ch/Int Ch Carpenny Micah at Suttonpark x Willenmoray Armani Diamond JW).</w:t>
      </w:r>
    </w:p>
    <w:p>
      <w:r>
        <w:rPr>
          <w:b w:val="0"/>
          <w:i w:val="0"/>
        </w:rPr>
        <w:t>Awarded 2CCs are Hayley Brambles black Sh Ch Shaymilloney Storming Norma (Mardas Roman Republic x Shaymiloney Sweet Pea) and the Rawlinson and Balshaw partnership with their yellow Shanorrell Soiree at Halshimoor (Fin Ch Devonshires London Edition x Sh Ch Shanorrell Splendour at Halshimoor)</w:t>
      </w:r>
    </w:p>
    <w:p>
      <w:r>
        <w:rPr>
          <w:b w:val="0"/>
          <w:i w:val="0"/>
        </w:rPr>
        <w:t xml:space="preserve">5 Bitches won a single CC with BOB. They are Lesley </w:t>
      </w:r>
    </w:p>
    <w:p>
      <w:r>
        <w:rPr>
          <w:b w:val="0"/>
          <w:i w:val="0"/>
        </w:rPr>
        <w:t>Parks yellow Ramsayville Rhubarb Rock at Kinchylie. (Sh Ch Brighton Sarracenia x Graybrae Golden Girl of Ramsayville), David Coodes black, Warringahs Gurley, (Ch Warringah's Gundaroo x Ch Warringah's Karkirri), Penny Carpaninis yellow Carpenny Virginia (Carpenny Primo x Sh Ch Carpenny Vassar), Karen Powells yellow, Seatallen Yellow Archangel (Int Ch Eneleon Wandering Star x Seatallan Waterlily) and Marion Hopkinsons Sh Ch Rocheby Sweet Sensation (Rocheby   Town Cryer x Rocheby Wild Snowdrop).</w:t>
      </w:r>
    </w:p>
    <w:p>
      <w:r>
        <w:rPr>
          <w:b w:val="0"/>
          <w:i w:val="0"/>
        </w:rPr>
        <w:t>11 bitches won 1 CC during 2017 and are:- Marion Hopkinsons yellow, Sh Ch Killburnpark Miss Maureen at Rocheby. (Sh Ch Silver Suede over Rocheby x Braithwell Summer Song).</w:t>
      </w:r>
    </w:p>
    <w:p>
      <w:r>
        <w:rPr>
          <w:b w:val="0"/>
          <w:i w:val="0"/>
        </w:rPr>
        <w:t>Jean and Gary Johnsons yellow Cremino Cobnut. (Sh Ch Cremino Cobweb x Cremino Callista).</w:t>
      </w:r>
    </w:p>
    <w:p>
      <w:r>
        <w:rPr>
          <w:b w:val="0"/>
          <w:i w:val="0"/>
        </w:rPr>
        <w:t xml:space="preserve">Bells black, Brigburn Sonoran at Westerluston. (Brigburn U'll Do x Fabracken Savannah at Brigburn). </w:t>
      </w:r>
    </w:p>
    <w:p>
      <w:r>
        <w:rPr>
          <w:b w:val="0"/>
          <w:i w:val="0"/>
        </w:rPr>
        <w:t>Caroline Cormacks yellow, Binnaig Atomic Blonde JW. ( Fin Ch Devonshires London Edition x Sh Ch Binnaig Wild Thyme).</w:t>
      </w:r>
    </w:p>
    <w:p>
      <w:r>
        <w:rPr>
          <w:b w:val="0"/>
          <w:i w:val="0"/>
        </w:rPr>
        <w:t>Karen Powells black Seatallan Waterlily (Ned Ch Creekwater Surf Scoter x Satallan Teasel)</w:t>
      </w:r>
    </w:p>
    <w:p>
      <w:r>
        <w:rPr>
          <w:b w:val="0"/>
          <w:i w:val="0"/>
        </w:rPr>
        <w:t>The O'Briens yellow Maxfield Arabella (Fin Ch Devonshires London Edition x Mandersons Miss Demeanour of Maxfield).</w:t>
      </w:r>
    </w:p>
    <w:p>
      <w:r>
        <w:rPr>
          <w:b w:val="0"/>
          <w:i w:val="0"/>
        </w:rPr>
        <w:t>The Gawthorpe familys yellow Waterbrook Pillowtalk (Rocheby Pillow Talk x Waterbrook Silver Rose)</w:t>
      </w:r>
    </w:p>
    <w:p>
      <w:r>
        <w:rPr>
          <w:b w:val="0"/>
          <w:i w:val="0"/>
        </w:rPr>
        <w:t>Judith Charltons yellow, Sh Ch Foxrush Spun Gold (Sh Ch Rocheby State Occasion x Foxrush Rebecca)</w:t>
      </w:r>
    </w:p>
    <w:p>
      <w:r>
        <w:rPr>
          <w:b w:val="0"/>
          <w:i w:val="0"/>
        </w:rPr>
        <w:t>Denise Timms yellow,  Lejie Peace Thyme. (Mardas Roman Republic x Lejie Thyme)</w:t>
      </w:r>
    </w:p>
    <w:p>
      <w:r>
        <w:rPr>
          <w:b w:val="0"/>
          <w:i w:val="0"/>
        </w:rPr>
        <w:t xml:space="preserve">Shaun Williansons yellow, Sharouns Victorias Secret (Shanorrell Sucession at Halshimoor x Sharouns Nostalgia) and </w:t>
      </w:r>
    </w:p>
    <w:p>
      <w:r>
        <w:rPr>
          <w:b w:val="0"/>
          <w:i w:val="0"/>
        </w:rPr>
        <w:t xml:space="preserve">Ed Caseys yellow, Lembas Kiss me Kate at Moyglas. (Sh Ch Farnfield </w:t>
      </w:r>
    </w:p>
    <w:p>
      <w:r>
        <w:rPr>
          <w:b w:val="0"/>
          <w:i w:val="0"/>
        </w:rPr>
        <w:t>Topo Gigio JW ShCM xSh Ch Lembas Chiquitita).</w:t>
      </w:r>
    </w:p>
    <w:p>
      <w:r>
        <w:rPr>
          <w:b w:val="0"/>
          <w:i w:val="0"/>
        </w:rPr>
        <w:t>Obviously there is one more CC to be won at LKA and added to the list of happy CC winners. Once again, my apologies for any errors. Its a complicated task trying not to miss someone out by accident.</w:t>
      </w:r>
    </w:p>
    <w:p>
      <w:r>
        <w:rPr>
          <w:b w:val="0"/>
          <w:i w:val="0"/>
        </w:rPr>
        <w:t xml:space="preserve">Ann Britton </w:t>
      </w:r>
    </w:p>
    <w:p>
      <w:r>
        <w:rPr>
          <w:b w:val="0"/>
          <w:i w:val="0"/>
        </w:rPr>
        <w:t xml:space="preserve">01989720665 </w:t>
      </w:r>
    </w:p>
    <w:p>
      <w:r>
        <w:rPr>
          <w:b w:val="0"/>
          <w:i w:val="0"/>
        </w:rPr>
        <w:t>email bowstones@btinternet.com</w:t>
      </w:r>
    </w:p>
    <w:p>
      <w:r>
        <w:rPr>
          <w:b w:val="0"/>
          <w:i w:val="0"/>
        </w:rPr>
        <w:t>Back to Archive</w:t>
      </w:r>
    </w:p>
    <w:p>
      <w:r>
        <w:rPr>
          <w:b w:val="0"/>
          <w:i w:val="0"/>
        </w:rPr>
        <w:t>Back to Breed Notes Index</w:t>
      </w:r>
    </w:p>
    <w:p>
      <w:r>
        <w:rPr>
          <w:b w:val="0"/>
          <w:i w:val="0"/>
        </w:rPr>
        <w:t>Tel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Advertising</w:t>
      </w:r>
      <w:r>
        <w:br/>
      </w:r>
      <w:r>
        <w:rPr>
          <w:b w:val="0"/>
          <w:i w:val="0"/>
        </w:rPr>
        <w:br/>
        <w:t>0161 709 4576</w:t>
      </w:r>
      <w:r>
        <w:br/>
      </w:r>
      <w:r>
        <w:rPr>
          <w:b w:val="0"/>
          <w:i w:val="0"/>
        </w:rPr>
        <w:br/>
        <w:t>Editorial</w:t>
      </w:r>
      <w:r>
        <w:br/>
      </w:r>
      <w:r>
        <w:rPr>
          <w:b w:val="0"/>
          <w:i w:val="0"/>
        </w:rPr>
        <w:br/>
        <w:t>0161 709 4550</w:t>
      </w:r>
      <w:r>
        <w:br/>
      </w:r>
      <w:r>
        <w:rPr>
          <w:b w:val="0"/>
          <w:i w:val="0"/>
        </w:rPr>
        <w:br/>
        <w:t>Subscriptions</w:t>
      </w:r>
      <w:r>
        <w:br/>
      </w:r>
      <w:r>
        <w:rPr>
          <w:b w:val="0"/>
          <w:i w:val="0"/>
        </w:rPr>
        <w:br/>
        <w:t>0161 709 4559</w:t>
      </w:r>
      <w:r>
        <w:br/>
      </w:r>
      <w:r>
        <w:rPr>
          <w:b w:val="0"/>
          <w:i w:val="0"/>
        </w:rPr>
        <w:br/>
        <w:t>Mail Order</w:t>
      </w:r>
      <w:r>
        <w:br/>
      </w:r>
      <w:r>
        <w:rPr>
          <w:b w:val="0"/>
          <w:i w:val="0"/>
        </w:rPr>
        <w:br/>
        <w:t>0161 709 4562</w:t>
      </w:r>
      <w:r>
        <w:br/>
      </w:r>
      <w:r>
        <w:rPr>
          <w:b w:val="0"/>
          <w:i w:val="0"/>
        </w:rPr>
        <w:br/>
        <w:t>Show Reports</w:t>
      </w:r>
      <w:r>
        <w:br/>
      </w:r>
      <w:r>
        <w:rPr>
          <w:b w:val="0"/>
          <w:i w:val="0"/>
        </w:rPr>
        <w:br/>
        <w:t>0161 709 4571</w:t>
      </w:r>
      <w:r>
        <w:br/>
      </w:r>
      <w:r>
        <w:rPr>
          <w:b w:val="0"/>
          <w:i w:val="0"/>
        </w:rPr>
        <w:br/>
        <w:t>SEND YOUR REPORT</w:t>
      </w:r>
      <w:r>
        <w:br/>
      </w:r>
      <w:r>
        <w:rPr>
          <w:b w:val="0"/>
          <w:i w:val="0"/>
        </w:rPr>
        <w:br/>
        <w:t>Competitions</w:t>
      </w:r>
      <w:r>
        <w:br/>
      </w:r>
      <w:r>
        <w:rPr>
          <w:b w:val="0"/>
          <w:i w:val="0"/>
        </w:rPr>
        <w:br/>
        <w:t>TOP DOG</w:t>
      </w:r>
      <w:r>
        <w:br/>
      </w:r>
      <w:r>
        <w:rPr>
          <w:b w:val="0"/>
          <w:i w:val="0"/>
        </w:rPr>
        <w:br/>
        <w:t>TOP PUPPY</w:t>
      </w:r>
      <w:r>
        <w:br/>
      </w:r>
      <w:r>
        <w:rPr>
          <w:b w:val="0"/>
          <w:i w:val="0"/>
        </w:rPr>
        <w:br/>
        <w:t>TOP BREEDER</w:t>
      </w:r>
      <w:r>
        <w:br/>
      </w:r>
      <w:r>
        <w:rPr>
          <w:b w:val="0"/>
          <w:i w:val="0"/>
        </w:rPr>
        <w:br/>
        <w:t>TOP STUD</w:t>
      </w:r>
      <w:r>
        <w:br/>
      </w:r>
      <w:r>
        <w:rPr>
          <w:b w:val="0"/>
          <w:i w:val="0"/>
        </w:rPr>
        <w:br/>
        <w:t>TOP BROOD</w:t>
      </w:r>
      <w:r>
        <w:br/>
      </w:r>
      <w:r>
        <w:rPr>
          <w:b w:val="0"/>
          <w:i w:val="0"/>
        </w:rPr>
        <w:br/>
        <w:t>Members' Area</w:t>
      </w:r>
      <w:r>
        <w:br/>
      </w:r>
      <w:r>
        <w:rPr>
          <w:b w:val="0"/>
          <w:i w:val="0"/>
        </w:rPr>
        <w:br/>
        <w:t>BREED NOTES</w:t>
      </w:r>
      <w:r>
        <w:br/>
      </w:r>
      <w:r>
        <w:rPr>
          <w:b w:val="0"/>
          <w:i w:val="0"/>
        </w:rPr>
        <w:br/>
        <w:t>CHAMP SHOWS</w:t>
      </w:r>
      <w:r>
        <w:br/>
      </w:r>
      <w:r>
        <w:rPr>
          <w:b w:val="0"/>
          <w:i w:val="0"/>
        </w:rPr>
        <w:br/>
        <w:t>GENERAL SHOWS</w:t>
      </w:r>
      <w:r>
        <w:br/>
      </w:r>
      <w:r>
        <w:rPr>
          <w:b w:val="0"/>
          <w:i w:val="0"/>
        </w:rPr>
        <w:br/>
        <w:t>REGULAR FEATURES</w:t>
      </w:r>
      <w:r>
        <w:br/>
      </w:r>
      <w:r>
        <w:rPr>
          <w:b w:val="0"/>
          <w:i w:val="0"/>
        </w:rPr>
        <w:br/>
        <w:t>DIGITAL EDITION</w:t>
      </w:r>
      <w:r>
        <w:br/>
      </w:r>
      <w:r>
        <w:rPr>
          <w:b w:val="0"/>
          <w:i w:val="0"/>
        </w:rPr>
        <w:br/>
        <w:t>Sign up for our newsletter</w:t>
      </w:r>
      <w:r>
        <w:br/>
      </w:r>
      <w:r>
        <w:rPr>
          <w:b w:val="0"/>
          <w:i w:val="0"/>
        </w:rPr>
        <w:br/>
        <w:t>Subscribe</w:t>
      </w:r>
      <w:r>
        <w:br/>
      </w:r>
      <w:r>
        <w:rPr>
          <w:b w:val="0"/>
          <w:i w:val="0"/>
        </w:rPr>
        <w:br/>
        <w:t>Follow Us</w:t>
      </w:r>
    </w:p>
    <w:p>
      <w:r>
        <w:rPr>
          <w:b w:val="0"/>
          <w:i w:val="0"/>
        </w:rPr>
        <w:t>© Our Dogs Publishing All Rights Reserved. | Privacy Policy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