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- 11/10/2013"</w:t>
      </w:r>
      <w:r>
        <w:br/>
      </w:r>
      <w:r>
        <w:rPr>
          <w:b w:val="0"/>
          <w:i w:val="0"/>
        </w:rPr>
        <w:br/>
        <w:t>date_original: "11/10/2013"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"2026-09-13T22:42:32"</w:t>
      </w:r>
      <w:r>
        <w:br/>
      </w:r>
      <w:r>
        <w:rPr>
          <w:b w:val="0"/>
          <w:i w:val="0"/>
        </w:rPr>
        <w:br/>
        <w:t>word_count: 1350</w:t>
      </w:r>
    </w:p>
    <w:p>
      <w:r>
        <w:t>――――――――――――――――――――――――――――――</w:t>
      </w:r>
    </w:p>
    <w:p>
      <w:r>
        <w:rPr>
          <w:b w:val="0"/>
          <w:i w:val="0"/>
        </w:rPr>
        <w:t>NEWS MEMBERS' AREA SHOP SUBSCRIBE UPCOMING SHOWS MORE</w:t>
      </w:r>
    </w:p>
    <w:p>
      <w:r>
        <w:rPr>
          <w:b w:val="0"/>
          <w:i w:val="0"/>
        </w:rPr>
        <w:t>RETRIEVER LABRADOR</w:t>
      </w:r>
    </w:p>
    <w:p>
      <w:r>
        <w:rPr>
          <w:b w:val="0"/>
          <w:i w:val="0"/>
        </w:rPr>
        <w:t>Issue: 11/10/2013</w:t>
      </w:r>
    </w:p>
    <w:p>
      <w:r>
        <w:rPr>
          <w:b w:val="0"/>
          <w:i w:val="0"/>
        </w:rPr>
        <w:t>A busy weekend for intrepid Labrador exhibitors with two breed club championship shows being held; one on Saturday in the north-east of England and the other on Sunday  in the north west of England. By the end of the weekend there were two new Scottish Dog CC winners, two BPIS awards for Scotland, a Scottish Dog and a Scottish Bitch RCC winner, an Irish RCC winner and two Bitch CCs and a Dog RCC for  England. A truly well shared weekend, it would appear.</w:t>
      </w:r>
    </w:p>
    <w:p>
      <w:r>
        <w:rPr>
          <w:b w:val="0"/>
          <w:i w:val="0"/>
        </w:rPr>
        <w:t>Northumberland and Durham LRC were celebrating their 90th year and the celebrations included  lunchtime champers  served, I believe, by happy smiling,  brightly clad "flappers" in costume from the nineteen twenties when the club was formed. To eat with the champagne were special Labrador shaped shortbread in all three colours, yellow, chocolate and black. There was a large extra colourful photo montage in the hall, all decked out by the committee to honour the celebrations. The photos showed all the championship show winners from the past 90 years. Reports back from the show were of a very happy occasion enjoyed by all who attended.</w:t>
      </w:r>
    </w:p>
    <w:p>
      <w:r>
        <w:rPr>
          <w:b w:val="0"/>
          <w:i w:val="0"/>
        </w:rPr>
        <w:t>This year the judges were Janet Cole (Dogs) and Judith Charlton (Bitches). The winners under Janet were Dog CC Diana Downeys yellow dog Tullochmohr Gibbs JW. The Dog RCC winner was Dave Wilmshurst's yellow Mandamay Fedde le Grande JW ShCM. (Richbourne Starplayer JW x Mandamay Corncrisp). The Bitch CC was won by Neil Woodburns yellow,  Centenalee Sparkiling Snow (Gib/Port Ch Rocheby Suttonpark Travis x Rocheby Snow Scene) whilst the Bitch RCC went to `Mary O'Donague's puppy, Philipstown Atlantic Breeze. Best Puppy in Show was the Browns yellow Brighton Sarracenia (Fin Ch Devonshires London Edition x Ch.Pl. Lux Ch Annie Sarracenia Majestic Chameleon).</w:t>
      </w:r>
    </w:p>
    <w:p>
      <w:r>
        <w:rPr>
          <w:b w:val="0"/>
          <w:i w:val="0"/>
        </w:rPr>
        <w:t>The very next day on the other side of England, North West Labrador Club held their championship show. Here the judges were Erica Jayes (Dogs) and Isobel Keys (Bitches). The results were a first CC, Reserve Best in Show and yet another BPIS for Brighton Sarracenia with just three days left in Minor Puppy. What a career he has had in only a handful of weeks. I cannot recall ever seeing him beaten in show competition and appear to be writing his name for BP week in and week out. Well done. The Dog RCC winner was the previous days CC winner, Diana Downeys yellow Tullochmohr Gibbs JW.</w:t>
      </w:r>
    </w:p>
    <w:p>
      <w:r>
        <w:rPr>
          <w:b w:val="0"/>
          <w:i w:val="0"/>
        </w:rPr>
        <w:t>In the Bitch ring under Isobel Keys, the Bitch CC and I believe Best in Show was won by Anne Taylors black  Fabracken Trust in Me (Mardas Roman Republic JW x Ch Fabracken Remember Me), whilst the Bitch RCC I gather  went to Frank Gilroy, but no details as no results forwarded by the time the notes went off. (Please remember if you win and want your win recorded in the notes and I am not at the show, just email me before midnight on Sunday).</w:t>
      </w:r>
    </w:p>
    <w:p>
      <w:r>
        <w:rPr>
          <w:b w:val="0"/>
          <w:i w:val="0"/>
        </w:rPr>
        <w:t>Those of us not attending all the shows have been so spoilt in the last couple of years when computer/ internet experts such as Karl Gawthorpe have been able to keep us up to date with all the breed club show results as they happen by putting them on Facebook, but sadly this wasn't possible at either show this year.</w:t>
      </w:r>
    </w:p>
    <w:p>
      <w:r>
        <w:rPr>
          <w:b w:val="0"/>
          <w:i w:val="0"/>
        </w:rPr>
        <w:t>Until now, I have never had a problem with an older bitch leaking urine after spaying. I usually get my bitches spayed once their showing days are over so that they can live a happy life indoors as a much adored family pet.</w:t>
      </w:r>
    </w:p>
    <w:p>
      <w:r>
        <w:rPr>
          <w:b w:val="0"/>
          <w:i w:val="0"/>
        </w:rPr>
        <w:t>Now I have one who leaks and am trying various hormone-type medicines from the Vet. Wanting to read more about the problem I turned to the internet and found a most interesting article on the subject. At a time when Vets seem to be pushing spaying and castration of puppies at un-suspecting puppy purchasers to be performed at the earliest possible time for no medical reason, I thought the contents were most interesting. It is un-nerving to read that there is a 20% chance of incontinence if a bitch is spayed. That's one in five spayed bitches who could apparently leak for the rest of their days. I suppose I am lucky that this is my first one.</w:t>
      </w:r>
    </w:p>
    <w:p>
      <w:r>
        <w:rPr>
          <w:b w:val="0"/>
          <w:i w:val="0"/>
        </w:rPr>
        <w:t>On hearing of the problem, an ever helpful, full of good ideas, Labrador owning pal of mine who works in a the medical field came here armed with a "present" of a huge cardboard box of incontinence sheets (intended for  humans) for my bitch!</w:t>
      </w:r>
    </w:p>
    <w:p>
      <w:r>
        <w:rPr>
          <w:b w:val="0"/>
          <w:i w:val="0"/>
        </w:rPr>
        <w:t>However, all has yet to go to plan. Having placed one of the large blue waterproof padded sheets carefully under the blanket on the dog bed, I next observed my very mischievous, hale and hearty puppy, Georgiana, had pinched it and, faster than the speed of light, had run outside and was now  careering around the garden with her prize. Tossing and shaking it in the air. Such energetic action reduced said incontinence sheet to ribbons; waterproof blue plastic shredded all over the lawns and the absorbent white lining now rendered into millions of tiny floaty absorbent cotton-balls which were spread everywhere as she flew around at speed; over the flower beds, around the shrubs , across the rose bushes; it looked as though there had been a snowstorm. It was so funny but I didn't let her see that and pretended to be extremely cross. What a mess to clear up!</w:t>
      </w:r>
    </w:p>
    <w:p>
      <w:r>
        <w:rPr>
          <w:b w:val="0"/>
          <w:i w:val="0"/>
        </w:rPr>
        <w:t>I took the following main points from the internet article by Dr Donna Spector :_</w:t>
      </w:r>
    </w:p>
    <w:p>
      <w:r>
        <w:rPr>
          <w:b w:val="0"/>
          <w:i w:val="0"/>
        </w:rPr>
        <w:t>"After a female dog is spayed, the strength of the urethral sphincter decreases in the year following surgery â€" and it often continues to weaken with age. Approximately 20 percent of spayed female dogs will develop incontinence within three years of being spayed.</w:t>
      </w:r>
    </w:p>
    <w:p>
      <w:r>
        <w:rPr>
          <w:b w:val="0"/>
          <w:i w:val="0"/>
        </w:rPr>
        <w:t>How Do You Treat Spay Incontinence?</w:t>
      </w:r>
    </w:p>
    <w:p>
      <w:r>
        <w:rPr>
          <w:b w:val="0"/>
          <w:i w:val="0"/>
        </w:rPr>
        <w:t>Urethral sphincter strength can be improved with medication â€" some 50 to 60 percent of incontinent spayed female dogs will respond to estrogen therapy, which works to increase the sensitivity of the closure receptors in the urethra.</w:t>
      </w:r>
    </w:p>
    <w:p>
      <w:r>
        <w:rPr>
          <w:b w:val="0"/>
          <w:i w:val="0"/>
        </w:rPr>
        <w:t>Estriol (Incurin) is a new, natural estrogen therapy option that will be available to veterinarians this fall. Although other estrogen formulations have been used for spay incontinence, estriol is the only FDA-approved estrogen for the condition. (FDA approval ensures drug safety and effectiveness, as well as quality and consistent manufacturing and monitoring processes.)</w:t>
      </w:r>
    </w:p>
    <w:p>
      <w:r>
        <w:rPr>
          <w:b w:val="0"/>
          <w:i w:val="0"/>
        </w:rPr>
        <w:t>Another course of treatment is phenylpropanolamine (PPA), which is a nonhormonal medication that directly stimulates closure receptors in the urethra. About 85 to 90 percent of spayed female dogs will show an excellent response to PPA. The FDA has also recently approved a PPA product called Proin for the treatment of spay incontinence.</w:t>
      </w:r>
    </w:p>
    <w:p>
      <w:r>
        <w:rPr>
          <w:b w:val="0"/>
          <w:i w:val="0"/>
        </w:rPr>
        <w:t>If incontinence fails to respond to either estrogen or PPA alone, it is recommended that both therapies be used simultaneously, since they often work better together.</w:t>
      </w:r>
    </w:p>
    <w:p>
      <w:r>
        <w:rPr>
          <w:b w:val="0"/>
          <w:i w:val="0"/>
        </w:rPr>
        <w:t>Are There Other Treatments for the Condition?</w:t>
      </w:r>
    </w:p>
    <w:p>
      <w:r>
        <w:rPr>
          <w:b w:val="0"/>
          <w:i w:val="0"/>
        </w:rPr>
        <w:t>Medication works for most dogs with spay incontinence, but when it fails or a dog experiences adverse side effects from the medications, there are other procedures that can be considered. These include collagen or bulking injections around the urethral sphincter, surgical implantation of a urethral occluder and certain bladder and urethral tacking surgeries.</w:t>
      </w:r>
    </w:p>
    <w:p>
      <w:r>
        <w:rPr>
          <w:b w:val="0"/>
          <w:i w:val="0"/>
        </w:rPr>
        <w:t>While some of these therapies have proven successful, these techniques will not necessarily provide lifelong continence, and a combination of surgical and medical options are often used jointly for the best outcome.</w:t>
      </w:r>
    </w:p>
    <w:p>
      <w:r>
        <w:rPr>
          <w:b w:val="0"/>
          <w:i w:val="0"/>
        </w:rPr>
        <w:t>I should be pleased to hear of any other remedies as the above have yet to work.</w:t>
      </w:r>
    </w:p>
    <w:p>
      <w:r>
        <w:rPr>
          <w:b w:val="0"/>
          <w:i w:val="0"/>
        </w:rPr>
        <w:t>Ann Britton 001989720665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