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- 11/01/2013"</w:t>
      </w:r>
      <w:r>
        <w:br/>
      </w:r>
      <w:r>
        <w:rPr>
          <w:b w:val="0"/>
          <w:i w:val="0"/>
        </w:rPr>
        <w:br/>
        <w:t>date_original: "11/01/2013"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"2026-09-13T22:44:45"</w:t>
      </w:r>
      <w:r>
        <w:br/>
      </w:r>
      <w:r>
        <w:rPr>
          <w:b w:val="0"/>
          <w:i w:val="0"/>
        </w:rPr>
        <w:br/>
        <w:t>word_count: 1105</w:t>
      </w:r>
    </w:p>
    <w:p>
      <w:r>
        <w:t>――――――――――――――――――――――――――――――</w:t>
      </w:r>
    </w:p>
    <w:p>
      <w:r>
        <w:rPr>
          <w:b w:val="0"/>
          <w:i w:val="0"/>
        </w:rPr>
        <w:t>NEWS MEMBERS' AREA SHOP SUBSCRIBE UPCOMING SHOWS MORE</w:t>
      </w:r>
    </w:p>
    <w:p>
      <w:r>
        <w:rPr>
          <w:b w:val="0"/>
          <w:i w:val="0"/>
        </w:rPr>
        <w:t>RETRIEVER LABRADOR</w:t>
      </w:r>
    </w:p>
    <w:p>
      <w:r>
        <w:rPr>
          <w:b w:val="0"/>
          <w:i w:val="0"/>
        </w:rPr>
        <w:t>Issue: 11/01/2013</w:t>
      </w:r>
    </w:p>
    <w:p>
      <w:r>
        <w:rPr>
          <w:b w:val="0"/>
          <w:i w:val="0"/>
        </w:rPr>
        <w:t>Don't forget Crufts entries close on line this week. Paper entries have already closed.</w:t>
      </w:r>
    </w:p>
    <w:p>
      <w:r>
        <w:rPr>
          <w:b w:val="0"/>
          <w:i w:val="0"/>
        </w:rPr>
        <w:t>Our judges are Elise Nolan (Dogs) and Tom Grant (Bitches).</w:t>
      </w:r>
    </w:p>
    <w:p>
      <w:r>
        <w:rPr>
          <w:b w:val="0"/>
          <w:i w:val="0"/>
        </w:rPr>
        <w:t>What better advert to point us in the direction of the cinema to see the light-hearted drama, "Quartet" starring Maggie Smith, Tom Courtenay, Billy Connolly and Pauline Collins than the film's latest press-release.</w:t>
      </w:r>
    </w:p>
    <w:p>
      <w:r>
        <w:rPr>
          <w:b w:val="0"/>
          <w:i w:val="0"/>
        </w:rPr>
        <w:t>Quartet is likened to  "A lovely old lolloping Labrador of a film. It bounds over to you, keen to be loved, and you allow it to curl up at your feet, doing your best to ignore the faint smell of damp fur and digestive biscuits". It sounds well worth seeing.</w:t>
      </w:r>
    </w:p>
    <w:p>
      <w:r>
        <w:rPr>
          <w:b w:val="0"/>
          <w:i w:val="0"/>
        </w:rPr>
        <w:t>A great Christmas-present read, which I found thoroughly absorbing and entertaining was the auto-biography of racing expert and Crufts TV commentator, Claire Balding's early life growing up surrounded by much adored dogs and horses in the Balding family's famous horse racing yard. A most enjoyable book and well worth reading.</w:t>
      </w:r>
    </w:p>
    <w:p>
      <w:r>
        <w:rPr>
          <w:b w:val="0"/>
          <w:i w:val="0"/>
        </w:rPr>
        <w:t>On the dog front, the never-ending wet weather has not made the Christmas / New Year period easy. Wet towels, wet clothing, wet dogs, muddy floors; all seem to be the norm. I had so many soaking wet macs, sodden right through to the inside, hanging up to dry, in the end I had to purchase yet another one; this latest one is guaranteed 100% waterproof. We will see. I am sure it will be well tested!</w:t>
      </w:r>
    </w:p>
    <w:p>
      <w:r>
        <w:rPr>
          <w:b w:val="0"/>
          <w:i w:val="0"/>
        </w:rPr>
        <w:t>The daily exercise fields and orchards resemble rice paddi fields with standing water as far as one can see; dog walks are now restricted to up and down the lanes which are covered in thick sand and soil washed down off the bordering hillside potato fields in the seemingly never ending torrential rain. The River Wye at Ross is about three miles wide; spectacular to look at but disastrous for the already sown crops rotting underneath the water.</w:t>
      </w:r>
    </w:p>
    <w:p>
      <w:r>
        <w:rPr>
          <w:b w:val="0"/>
          <w:i w:val="0"/>
        </w:rPr>
        <w:t>Sunderland &amp; D.C.S have scheduled 3 Labrador classes at the forthcoming show on 21st April at Houghton Sports Centre, Station Road, Houghton Le Spring, Durham. DH4 5AH on Sunday 21st April 2013 for breed judge Mrs Kay Cook "Exelby". The group judge is Mrs Louise Oxley "Crankross" Labradors</w:t>
      </w:r>
    </w:p>
    <w:p>
      <w:r>
        <w:rPr>
          <w:b w:val="0"/>
          <w:i w:val="0"/>
        </w:rPr>
        <w:t>schedules can be downloaded from the website - http://www.sunderlandcaninesociety.co.uk/</w:t>
      </w:r>
    </w:p>
    <w:p>
      <w:r>
        <w:rPr>
          <w:b w:val="0"/>
          <w:i w:val="0"/>
        </w:rPr>
        <w:t>Fund raising news on the rescue front from Christine Bailiss. " The 2012 competition "guess the total mileage covered to all the UK Championship shows staged during 2012" to raise funds for Labrador Rescue South East and Central, has now finished. Â£127 was raised and the prize, a statue of Reciever of Cranspire, which was donated by Michael and Judi Neachell was won by Ms E Walton from the North East. The mileage covered in the year was 10,762 miles".</w:t>
      </w:r>
    </w:p>
    <w:p>
      <w:r>
        <w:rPr>
          <w:b w:val="0"/>
          <w:i w:val="0"/>
        </w:rPr>
        <w:t>Ms Walton's was an inspired guess. I understand she is not an exhibitor, but had just popped into Northumberland and Durham Championship Show for a look round at the Labradors. Susie Wiles persuaded her to have a try at the competition and she won. Wow. What good luck!</w:t>
      </w:r>
    </w:p>
    <w:p>
      <w:r>
        <w:rPr>
          <w:b w:val="0"/>
          <w:i w:val="0"/>
        </w:rPr>
        <w:t>Ann Taylor writes of Show Gundog Working Test success over the Christmas period.  "The Hodge's Sh Ch Naiken Zephyr (now Ch) and my Fabracken Trust In Me both gained their SGWC's at the joint day held by The Lab Club/The Golden Club in December. The venue had to be changed at the last minute, due to water logging, but the organisers found a very good substitute venue in Oxfordshire. Fifteen dogs were entered for the certificate but only two were Labs. The rest were Goldens, Flat Coats and Chesapeakes. An excellent venue, it was a normal days shooting for the guns who provided us with plenty of birds to work our dogs on. There was a river nearby for the water test too. Even with the rain we enjoyed it, if you can call it enjoy when you are shaking your wellies. So Jackie and I had a happy journey home, accompanied by the Hodge family's new Champion." Ann Taylor.</w:t>
      </w:r>
    </w:p>
    <w:p>
      <w:r>
        <w:rPr>
          <w:b w:val="0"/>
          <w:i w:val="0"/>
        </w:rPr>
        <w:t>For a period from 2013 to 2015 inclusive, the Kennel Club have approved an application that Paignton Championship show will  be held over four days and not the usual three. The revised dates for 2013 are as follows: Saturday 3rd August - Gundogs &amp; Terriers.Sunday 4th August - Hounds. Monday 5th August - Working &amp; Pastoral</w:t>
      </w:r>
    </w:p>
    <w:p>
      <w:r>
        <w:rPr>
          <w:b w:val="0"/>
          <w:i w:val="0"/>
        </w:rPr>
        <w:t>and Tuesday 6th August - Utility and Toys</w:t>
      </w:r>
    </w:p>
    <w:p>
      <w:r>
        <w:rPr>
          <w:b w:val="0"/>
          <w:i w:val="0"/>
        </w:rPr>
        <w:t>Val Tiller writes. "Optigen are offering 30% discount off DNA tests, paid for online, at Val Tiller's next Optigen 20/20 Clinic, on Tuesday, 5th February, in Epsom, Surrey.</w:t>
      </w:r>
    </w:p>
    <w:p>
      <w:r>
        <w:rPr>
          <w:b w:val="0"/>
          <w:i w:val="0"/>
        </w:rPr>
        <w:t>Labradors invited to be DNA tested for prcd-PRA, RC/OSD &amp; NARC.  Clients may attend the clinic in person, or be Postal Participants. Contact Val Tiller direct for further details and to book places. She is away from 8th-15th January, but will be back after that. E-mail: val.tiller@talk21.com or Tel: (01372) 273597.</w:t>
      </w:r>
    </w:p>
    <w:p>
      <w:r>
        <w:rPr>
          <w:b w:val="0"/>
          <w:i w:val="0"/>
        </w:rPr>
        <w:t>Linda Heron writes of a really interesting seminar; I wish it wasn't so far away. " We are pleased to announce details of Croft Breeder's seminar for 2013. Saturday 2nd February 2013</w:t>
      </w:r>
    </w:p>
    <w:p>
      <w:r>
        <w:rPr>
          <w:b w:val="0"/>
          <w:i w:val="0"/>
        </w:rPr>
        <w:t>Croft Veterinary Hospital, Northumberland Business Park West, Cramlington, Northumberland NE23 7RH. 0191 250 3800</w:t>
      </w:r>
    </w:p>
    <w:p>
      <w:r>
        <w:rPr>
          <w:b w:val="0"/>
          <w:i w:val="0"/>
        </w:rPr>
        <w:t>Speakers include: Professor Sheila Crispin MA VetMB BSc PhD DVA DVOphthal DipECVO FRCVS - "Using the BVA/KC/ISDS Eye Scheme to best effect"</w:t>
      </w:r>
    </w:p>
    <w:p>
      <w:r>
        <w:rPr>
          <w:b w:val="0"/>
          <w:i w:val="0"/>
        </w:rPr>
        <w:t>Carolyn Danbury BVMS MRCVS - "Puppy brain development and learning "</w:t>
      </w:r>
    </w:p>
    <w:p>
      <w:r>
        <w:rPr>
          <w:b w:val="0"/>
          <w:i w:val="0"/>
        </w:rPr>
        <w:t>Malcolm Ness B. Vet.Med. Cert SAO, DipECVS, FRCVS - "The BVA/KC Hip and Elbow Schemes - what are we missing?"</w:t>
      </w:r>
    </w:p>
    <w:p>
      <w:r>
        <w:rPr>
          <w:b w:val="0"/>
          <w:i w:val="0"/>
        </w:rPr>
        <w:t>Louise McLean - BVSc CertSAM CertVDI MRCVS Head of Croft Reproduction - "All about the boy - stud dogs, sperm and straws"</w:t>
      </w:r>
    </w:p>
    <w:p>
      <w:r>
        <w:rPr>
          <w:b w:val="0"/>
          <w:i w:val="0"/>
        </w:rPr>
        <w:t>Tickets are Â£20 which includes a two course lunch and tea and coffee. There will be comfort breaks and ample opportunity to ask questions of our experts.</w:t>
      </w:r>
    </w:p>
    <w:p>
      <w:r>
        <w:rPr>
          <w:b w:val="0"/>
          <w:i w:val="0"/>
        </w:rPr>
        <w:t>Proceedings commence with registration at 9.30 for a 10am start and aim to finish approx 4.30pm.</w:t>
      </w:r>
    </w:p>
    <w:p>
      <w:r>
        <w:rPr>
          <w:b w:val="0"/>
          <w:i w:val="0"/>
        </w:rPr>
        <w:t>For more information or to book your place at the Seminar contact</w:t>
      </w:r>
    </w:p>
    <w:p>
      <w:r>
        <w:rPr>
          <w:b w:val="0"/>
          <w:i w:val="0"/>
        </w:rPr>
        <w:t>Croft Veterinary Hospital on 0191 250 3800.</w:t>
      </w:r>
    </w:p>
    <w:p>
      <w:r>
        <w:rPr>
          <w:b w:val="0"/>
          <w:i w:val="0"/>
        </w:rPr>
        <w:t>www.croft-reproduction.co.uk</w:t>
      </w:r>
    </w:p>
    <w:p>
      <w:r>
        <w:rPr>
          <w:b w:val="0"/>
          <w:i w:val="0"/>
        </w:rPr>
        <w:t>Ann Britton</w:t>
      </w:r>
    </w:p>
    <w:p>
      <w:r>
        <w:rPr>
          <w:b w:val="0"/>
          <w:i w:val="0"/>
        </w:rPr>
        <w:t>01989720665</w:t>
      </w:r>
    </w:p>
    <w:p>
      <w:r>
        <w:rPr>
          <w:b w:val="0"/>
          <w:i w:val="0"/>
        </w:rPr>
        <w:t>Email:bowstones@btinternet.com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