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- 10/05/2024 - ISSUE"</w:t>
      </w:r>
      <w:r>
        <w:br/>
      </w:r>
      <w:r>
        <w:rPr>
          <w:b w:val="0"/>
          <w:i w:val="0"/>
        </w:rPr>
        <w:br/>
        <w:t>date_original: "10/05/2024 - ISSUE"</w:t>
      </w:r>
      <w:r>
        <w:br/>
      </w:r>
      <w:r>
        <w:rPr>
          <w:b w:val="0"/>
          <w:i w:val="0"/>
        </w:rPr>
        <w:br/>
        <w:t>source_url: "https://www.ourdogs.co.uk/members/breednotes/RetrieverLabradorMain.php"</w:t>
      </w:r>
      <w:r>
        <w:br/>
      </w:r>
      <w:r>
        <w:rPr>
          <w:b w:val="0"/>
          <w:i w:val="0"/>
        </w:rPr>
        <w:br/>
        <w:t>scraped_at: "2026-09-13T15:08:13"</w:t>
      </w:r>
      <w:r>
        <w:br/>
      </w:r>
      <w:r>
        <w:rPr>
          <w:b w:val="0"/>
          <w:i w:val="0"/>
        </w:rPr>
        <w:br/>
        <w:t>word_count: 859</w:t>
      </w:r>
    </w:p>
    <w:p>
      <w:r>
        <w:t>――――――――――――――――――――――――――――――</w:t>
      </w:r>
    </w:p>
    <w:p>
      <w:r>
        <w:rPr>
          <w:b w:val="0"/>
          <w:i w:val="0"/>
        </w:rPr>
        <w:t>NEWS MEMBERS' AREA SHOP SUBSCRIBE UPCOMING SHOWS MORE</w:t>
      </w:r>
    </w:p>
    <w:p>
      <w:r>
        <w:rPr>
          <w:b w:val="0"/>
          <w:i w:val="0"/>
        </w:rPr>
        <w:t>RETRIEVER LABRADOR</w:t>
      </w:r>
    </w:p>
    <w:p>
      <w:r>
        <w:rPr>
          <w:b w:val="0"/>
          <w:i w:val="0"/>
        </w:rPr>
        <w:t>Issue: 10/05/2024</w:t>
      </w:r>
    </w:p>
    <w:p>
      <w:r>
        <w:rPr>
          <w:b w:val="0"/>
          <w:i w:val="0"/>
        </w:rPr>
        <w:t xml:space="preserve">Congratulations to Gary Johnson whose black Dog Cremino Celebrity has recently gained his Junior Warrant. Hopefully, from a kennel whose numbers over many years include several yellow dog and bitch champions, Cremino Celebrity will become Garyâ€™s long  awaited and much anticipated extra special BLACK dog. </w:t>
      </w:r>
    </w:p>
    <w:p>
      <w:r>
        <w:rPr>
          <w:b w:val="0"/>
          <w:i w:val="0"/>
        </w:rPr>
        <w:t xml:space="preserve">Sad news that one of our kindest Labrador breeders/ exhibitors Mo Permain has passed away. </w:t>
      </w:r>
    </w:p>
    <w:p>
      <w:r>
        <w:rPr>
          <w:b w:val="0"/>
          <w:i w:val="0"/>
        </w:rPr>
        <w:t>She exhibited Labradors in the 1980/90s under the Bradmain affix and awarded CCs in the breed. Her other great interests included tennis and she was one of the respected Wimbledon Tennis  Centre-Court line Judges, often spied on tv fully concentrating on possible erring shots from mega famous tennis stars in exciting matches.</w:t>
      </w:r>
    </w:p>
    <w:p>
      <w:r>
        <w:rPr>
          <w:b w:val="0"/>
          <w:i w:val="0"/>
        </w:rPr>
        <w:t>Emily Rachel Evans attended the Spring International Show, the World Dog Show and the Retriever Club of Croatiaâ€™s Weekend Speciality in Croatia and has very kindly written an account of her exciting and successful trip for readers to enjoy.</w:t>
      </w:r>
    </w:p>
    <w:p>
      <w:r>
        <w:rPr>
          <w:b w:val="0"/>
          <w:i w:val="0"/>
        </w:rPr>
        <w:t>â€œMy journey to the World Dog Show in Croatia started by leaving a friends house in Surrey at 12:30am on Tuesday 23rd April, with a short journey to the tunnel and a long stretch to cover after that. We ended up arriving in Croatia at 12am in the early hours of Wednesday 24th morning after many traffic delays and road closures.</w:t>
      </w:r>
    </w:p>
    <w:p>
      <w:r>
        <w:rPr>
          <w:b w:val="0"/>
          <w:i w:val="0"/>
        </w:rPr>
        <w:t>The first show was later the same day, Wednesday and was the Spring International Show, for all breeds but limited to 4000 dogs.</w:t>
      </w:r>
    </w:p>
    <w:p>
      <w:r>
        <w:rPr>
          <w:b w:val="0"/>
          <w:i w:val="0"/>
        </w:rPr>
        <w:t>Labrador dogs were judged by Kacia Kacian and bitches by Matija Ficko of Capronca Labradors.A total entry of 64 Labradors; 27 Dogs &amp; 37 Bitches.Best of Breed went to a Black dog from Croatia -  Snoopyâ€™s Gang Oliver Twist.</w:t>
      </w:r>
    </w:p>
    <w:p>
      <w:r>
        <w:rPr>
          <w:b w:val="0"/>
          <w:i w:val="0"/>
        </w:rPr>
        <w:t>on Thursday we had a rest day and spent it catching up on sleep and then having a wander around the shows doing some shopping</w:t>
      </w:r>
    </w:p>
    <w:p>
      <w:r>
        <w:rPr>
          <w:b w:val="0"/>
          <w:i w:val="0"/>
        </w:rPr>
        <w:t>Friday - Two shows in one day. World Dog Show in the morning with an entry of 212 Labradors ; 97 Dogs &amp; 115 Bitches folllwed by the Croatia Winners Show.</w:t>
      </w:r>
    </w:p>
    <w:p>
      <w:r>
        <w:rPr>
          <w:b w:val="0"/>
          <w:i w:val="0"/>
        </w:rPr>
        <w:t>At the World DS, Dogs were judged by Patsy Hollings and Bitches by Augusto Benedicto Santos lll.</w:t>
      </w:r>
    </w:p>
    <w:p>
      <w:r>
        <w:rPr>
          <w:b w:val="0"/>
          <w:i w:val="0"/>
        </w:rPr>
        <w:t>Best Dog and Best of Breed was IT CH Rodstar Rocks Owen Best Bitch and Best Opposite Sex was Mult Ch Hit of Hit Fly</w:t>
      </w:r>
    </w:p>
    <w:p>
      <w:r>
        <w:rPr>
          <w:b w:val="0"/>
          <w:i w:val="0"/>
        </w:rPr>
        <w:t>Both these dogs are now World Winner 2024.</w:t>
      </w:r>
    </w:p>
    <w:p>
      <w:r>
        <w:rPr>
          <w:b w:val="0"/>
          <w:i w:val="0"/>
        </w:rPr>
        <w:t>The Second show on the Friday was the Croatia Winner Show.</w:t>
      </w:r>
    </w:p>
    <w:p>
      <w:r>
        <w:rPr>
          <w:b w:val="0"/>
          <w:i w:val="0"/>
        </w:rPr>
        <w:t>100 Labrador entries; 44 Dogs &amp; 56 Bitches</w:t>
      </w:r>
    </w:p>
    <w:p>
      <w:r>
        <w:rPr>
          <w:b w:val="0"/>
          <w:i w:val="0"/>
        </w:rPr>
        <w:t>Dogs were judged by Gerardo A.Paolucci and Bitches by Peter Friedrich Berchtold. Best Dog : Multi Ch Vareal Use</w:t>
      </w:r>
    </w:p>
    <w:p>
      <w:r>
        <w:rPr>
          <w:b w:val="0"/>
          <w:i w:val="0"/>
        </w:rPr>
        <w:t>Best Of Opposite Sex: Capronca Farrah Fawcett</w:t>
      </w:r>
    </w:p>
    <w:p>
      <w:r>
        <w:rPr>
          <w:b w:val="0"/>
          <w:i w:val="0"/>
        </w:rPr>
        <w:t>It was interesting to see the difference in judging done in Europe compared to the UK as they judge to the FCI rules.I found judges focused more on movement than we do in the UK. In the open bitch class at World Dog Show I counted and was made to run around the ring 6 times in total.I do feel this allowed the judges to really see how they could keep their movement up throughout the class.A Labrador should be able to do a days work so a few times around the ring should be easy for them.</w:t>
      </w:r>
    </w:p>
    <w:p>
      <w:r>
        <w:rPr>
          <w:b w:val="0"/>
          <w:i w:val="0"/>
        </w:rPr>
        <w:t>On Saturday and Sunday we attended the 2 day Retriever Club of Croatia Retriever Speciality Weekend 20 minutes away from the World Dog Show venue on a school field. Every exhibitor was gifted a goodie bag that included a T-shirt,car stickers,dog treats and poo bags, which was a really nice idea.</w:t>
      </w:r>
    </w:p>
    <w:p>
      <w:r>
        <w:rPr>
          <w:b w:val="0"/>
          <w:i w:val="0"/>
        </w:rPr>
        <w:t>The judges for Labradors over the weekend were; Alison Rogers from USA,Nicolas Jolly-Rodriquez from France, Margaret Brown and Jim Richardson both from the UK.</w:t>
      </w:r>
    </w:p>
    <w:p>
      <w:r>
        <w:rPr>
          <w:b w:val="0"/>
          <w:i w:val="0"/>
        </w:rPr>
        <w:t>Saturday, out of 136 Labradors,Best of Breed (Judged by Margaret Brown )went to Hit Of Hit Carte Blanche (Bitch, Junior) and Best Opposite Sex went to Mult CH Lab SPb Gazprom EWâ€™23.</w:t>
      </w:r>
    </w:p>
    <w:p>
      <w:r>
        <w:rPr>
          <w:b w:val="0"/>
          <w:i w:val="0"/>
        </w:rPr>
        <w:t>Sunday out of 115 Labradors,Best of Breed (Judged by Alison Rogers) Mult CH Lab SPb Gazprom EWâ€™23 (Dog) And Best Opposite Sex went to Panda Band You&amp;me (Bitch)</w:t>
      </w:r>
    </w:p>
    <w:p>
      <w:r>
        <w:rPr>
          <w:b w:val="0"/>
          <w:i w:val="0"/>
        </w:rPr>
        <w:t>I was also really pleased with my results over the week. Nancy- Eminala Starstruck Farnfield results were -</w:t>
      </w:r>
    </w:p>
    <w:p>
      <w:r>
        <w:rPr>
          <w:b w:val="0"/>
          <w:i w:val="0"/>
        </w:rPr>
        <w:t>Wednesday 24th - Spring international show- 4th Open Bitch and Friday- World Dog Show- 3rd Open Bitch out of 24 entries!</w:t>
      </w:r>
    </w:p>
    <w:p>
      <w:r>
        <w:rPr>
          <w:b w:val="0"/>
          <w:i w:val="0"/>
        </w:rPr>
        <w:t>Saturday Croatia Winners Show- 1st Open Bitch &amp; CAC</w:t>
      </w:r>
    </w:p>
    <w:p>
      <w:r>
        <w:rPr>
          <w:b w:val="0"/>
          <w:i w:val="0"/>
        </w:rPr>
        <w:t>Nancy now joins 1 of 3 UK Bred and Owned dogs to have been placed at World Dog Show.â€</w:t>
      </w:r>
    </w:p>
    <w:p>
      <w:r>
        <w:rPr>
          <w:b w:val="0"/>
          <w:i w:val="0"/>
        </w:rPr>
        <w:t xml:space="preserve">Very well done Emily and hopefully many more successful foreign show trips for you to enjoy in future. Thank you very much for the report.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