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- 31/01/2014 - ISSUE"</w:t>
      </w:r>
      <w:r>
        <w:br/>
      </w:r>
      <w:r>
        <w:rPr>
          <w:b w:val="0"/>
          <w:i w:val="0"/>
        </w:rPr>
        <w:br/>
        <w:t>date_original: "31/01/2014 - ISSUE"</w:t>
      </w:r>
      <w:r>
        <w:br/>
      </w:r>
      <w:r>
        <w:rPr>
          <w:b w:val="0"/>
          <w:i w:val="0"/>
        </w:rPr>
        <w:br/>
        <w:t>source_url: "https://www.ourdogs.co.uk/members/breednotes/RetrieverLabradorMain.php"</w:t>
      </w:r>
      <w:r>
        <w:br/>
      </w:r>
      <w:r>
        <w:rPr>
          <w:b w:val="0"/>
          <w:i w:val="0"/>
        </w:rPr>
        <w:br/>
        <w:t>scraped_at: "2026-09-13T15:34:58"</w:t>
      </w:r>
      <w:r>
        <w:br/>
      </w:r>
      <w:r>
        <w:rPr>
          <w:b w:val="0"/>
          <w:i w:val="0"/>
        </w:rPr>
        <w:br/>
        <w:t>word_count: 1110</w:t>
      </w:r>
    </w:p>
    <w:p>
      <w:r>
        <w:t>――――――――――――――――――――――――――――――</w:t>
      </w:r>
    </w:p>
    <w:p>
      <w:r>
        <w:rPr>
          <w:b w:val="0"/>
          <w:i w:val="0"/>
        </w:rPr>
        <w:t>NEWS MEMBERS' AREA SHOP SUBSCRIBE UPCOMING SHOWS MORE</w:t>
      </w:r>
    </w:p>
    <w:p>
      <w:r>
        <w:rPr>
          <w:b w:val="0"/>
          <w:i w:val="0"/>
        </w:rPr>
        <w:t>RETRIEVER LABRADOR</w:t>
      </w:r>
    </w:p>
    <w:p>
      <w:r>
        <w:rPr>
          <w:b w:val="0"/>
          <w:i w:val="0"/>
        </w:rPr>
        <w:t>Issue: 31/01/2014</w:t>
      </w:r>
    </w:p>
    <w:p>
      <w:r>
        <w:rPr>
          <w:b w:val="0"/>
          <w:i w:val="0"/>
        </w:rPr>
        <w:t xml:space="preserve">The rain continues unabated. The mud gets muddier. House training my puppies is a rain sodden task. One day Spring will come, surely? </w:t>
      </w:r>
    </w:p>
    <w:p>
      <w:r>
        <w:rPr>
          <w:b w:val="0"/>
          <w:i w:val="0"/>
        </w:rPr>
        <w:t xml:space="preserve">For those who like a bargain, WELKS is trialling a new, enter-early, reduced entry fee system for the April 2014 Championship show.   Whilst the regular entry fee for WELKS 2014 is Â£26 per dog for all breeds with CCs, for everyone who enters early, ie. by March 5th , which is before Crufts, WELKS is reducing the entry fee to just Â£23 for each first entry per dog whether the entry is by post or on-line.  From March 6th up to the close of postal entries on Wednesday 12th March (postmark) postal entries for the show will be Â£26. On-line entries, via Fosse Data, will close eight days later, at midnight on Thursday March 20th, however after midnight on Wednesday 12th March (the closing date for paper entries), there will be an additional Â£1 charge made for each first entry </w:t>
      </w:r>
    </w:p>
    <w:p>
      <w:r>
        <w:rPr>
          <w:b w:val="0"/>
          <w:i w:val="0"/>
        </w:rPr>
        <w:t xml:space="preserve">per dog made on-line, Â£27. So, if you intend to go to WELKS get yourself a bargain quickly and enter now! </w:t>
      </w:r>
    </w:p>
    <w:p>
      <w:r>
        <w:rPr>
          <w:b w:val="0"/>
          <w:i w:val="0"/>
        </w:rPr>
        <w:t xml:space="preserve">David and Carole Coode have a new email address from 1st February 2014. It is warringahlabradors@btinternet.com </w:t>
      </w:r>
    </w:p>
    <w:p>
      <w:r>
        <w:rPr>
          <w:b w:val="0"/>
          <w:i w:val="0"/>
        </w:rPr>
        <w:t xml:space="preserve">Anne Johnson has kindly sent in the results of Three Ridings Lab Club Open Show held on 26th January, where Linda Thompson was the judge. The winners were Best in Show - Judith Charltons yellow, Sh Ch Foxrush Remember the Time JW and  Reserve Best in Show - Ken Roberts yellow Sh Ch Stormrose Morning Jewel JW ShCM. Best Puppy was Schopen's Barnagrow Arkadina. Despite the awful weather, there were very few absentees. </w:t>
      </w:r>
    </w:p>
    <w:p>
      <w:r>
        <w:rPr>
          <w:b w:val="0"/>
          <w:i w:val="0"/>
        </w:rPr>
        <w:t xml:space="preserve">I was saddened to hear of the passing of Roy Ellison. He was 86. I gather he was taken ill on Tuesday 21st January and sadly died the following day.   Roy was a keen dog person; a Kennel Club Member utterly involved in the world of dog-  show organisation for many years. He showed and bred Labradors with his late wife Eileen   under the Konoboly affix, making up two champions in the 1970s, Sh Ch Sandylands Sonnet of Konoboly and  Sh Ch Konoboly Bunny Girl. Both Roy and Eileen awarded CCs in Labradors.  </w:t>
      </w:r>
    </w:p>
    <w:p>
      <w:r>
        <w:rPr>
          <w:b w:val="0"/>
          <w:i w:val="0"/>
        </w:rPr>
        <w:t xml:space="preserve">Roy was a former Secretary of the Lab Club of Scotland where Eileen also served on the committee and he sat on the Scottish Kennel Club committee. He was the Secretary of Gundog Breeds Association of Scotland and Eileen was Treasurer from its start. </w:t>
      </w:r>
    </w:p>
    <w:p>
      <w:r>
        <w:rPr>
          <w:b w:val="0"/>
          <w:i w:val="0"/>
        </w:rPr>
        <w:t xml:space="preserve">Several years ago Roy Ellison's friend, the late Margie Cairns (Blaircourt), wrote about the birth of Gundog Breeds Association of Scotland of which she and the Ellisons were founder members. It is an interesting article, to read on a wet soggy day, and it is reproduced below.  ' For quite some time I had been of the opinion that Scotland lacked a Gundog Association which embraced the entire Country. Of course there were other well established Gundog Societies but they were regional. Let me put the record straight. There was never the intention of impeding on their activities but, naturally, there was opposition. Nevertheless, I persevered with my thoughts and was quite determined to achieve my aim of a Gundog Group Championship Show in Scotland. </w:t>
      </w:r>
    </w:p>
    <w:p>
      <w:r>
        <w:rPr>
          <w:b w:val="0"/>
          <w:i w:val="0"/>
        </w:rPr>
        <w:t xml:space="preserve">'The idea was one thing but putting it into operation quite another. Obviously it was not a venture to be tackled single-handed by nor was it for the faint hearted. Where to begin! I talked at length with Eileen Ellison and after much consideration she agreed with my thoughts. The next step proved much more difficult but eventually the two of us convinced Roy Ellison to join us in this daunting project. </w:t>
      </w:r>
    </w:p>
    <w:p>
      <w:r>
        <w:rPr>
          <w:b w:val="0"/>
          <w:i w:val="0"/>
        </w:rPr>
        <w:t xml:space="preserve">'Between us we set the wheels in motion to form a club. Roy drafted a Constitution and we soon had in excess of 100 Founder Members. Next, I invited everyone interested to an informal meeting in my house when it was unanimously agreed by all present that we should proceed with the formation of an Association. Scottish Kennel Club was very supportive. An inaugural meeting was held in 1977. Subject to Kennel Club approval Officials and Management Committee were elected. President Margie Cairns (Blaircourt), Vice President Jeanette Allan (Swanley), Hon. Secretary Roy Ellison (Konoboly), Hon Treasurer Eileen Ellison (Konoboly), and Management Committee consisting of one representative for each breed of Gundog; the officials and management committee to be resident in Scotland. We were an enthusiastic group with many innovative ideas to raise funds. If we were to achieve the ambition of attaining Championship Show status it was necessary to have a good bank balance. </w:t>
      </w:r>
    </w:p>
    <w:p>
      <w:r>
        <w:rPr>
          <w:b w:val="0"/>
          <w:i w:val="0"/>
        </w:rPr>
        <w:t xml:space="preserve">'Eventually Kennel Club approved the application for registration. The official title granted was the Gundog Breeds Association of Scotland. The first Open Show was held at Kinross on 19th February 1979. During the next two years the team worked even more diligently towards our ultimate goal. The adrenalin worked overtime. </w:t>
      </w:r>
    </w:p>
    <w:p>
      <w:r>
        <w:rPr>
          <w:b w:val="0"/>
          <w:i w:val="0"/>
        </w:rPr>
        <w:t xml:space="preserve">'Just imagine my delight when the Kennel Club granted the Association permission to hold a Championship Show in November 1981. My pipe dream had materialised in less time that I had ever imagined. Without tremendous support this would never have achieved. I have to thank everyone most sincerely for having confidence in my initial idea and for enabling me to make it all possible. For most of my life dogs have played a very important part, gundogs and in particular Labrador Retrievers, have been my main interest, therefore it gave me very much pleasure to be involved in the formation of the Gundog Group in Scotland. 'It is a privilege to be President of this Association. I hope most sincerely that the high reputation which has been achieved and which we all guard so jealously will be maintained in future years. Margie Cairns.' </w:t>
      </w:r>
    </w:p>
    <w:p>
      <w:r>
        <w:rPr>
          <w:b w:val="0"/>
          <w:i w:val="0"/>
        </w:rPr>
        <w:t xml:space="preserve">Without the selfless work and enthusiasm which, in the past, people such as Margie Cairns and the Ellisons put in to setting up new dog show societies, there would be few shows for us to enjoy today. We take much for granted yet have so much to thank them for.  </w:t>
      </w:r>
    </w:p>
    <w:p>
      <w:r>
        <w:rPr>
          <w:b w:val="0"/>
          <w:i w:val="0"/>
        </w:rPr>
        <w:t>Ann Britton, 01989720665</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