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May 2008"</w:t>
      </w:r>
      <w:r>
        <w:br/>
      </w:r>
      <w:r>
        <w:rPr>
          <w:b w:val="0"/>
          <w:i w:val="0"/>
        </w:rPr>
        <w:br/>
        <w:t>date_original: "23 May 2008"</w:t>
      </w:r>
      <w:r>
        <w:br/>
      </w:r>
      <w:r>
        <w:rPr>
          <w:b w:val="0"/>
          <w:i w:val="0"/>
        </w:rPr>
        <w:br/>
        <w:t>source_url: "https://www.ourdogs.co.uk/members/breednotes/2008/RetrieverLabrador/RetrieverLabrador-may23.htm"</w:t>
      </w:r>
      <w:r>
        <w:br/>
      </w:r>
      <w:r>
        <w:rPr>
          <w:b w:val="0"/>
          <w:i w:val="0"/>
        </w:rPr>
        <w:br/>
        <w:t>archive_type: "static_html"</w:t>
      </w:r>
      <w:r>
        <w:br/>
      </w:r>
      <w:r>
        <w:rPr>
          <w:b w:val="0"/>
          <w:i w:val="0"/>
        </w:rPr>
        <w:br/>
        <w:t>scraped_at: "2026-09-13T22:05:30"</w:t>
      </w:r>
      <w:r>
        <w:br/>
      </w:r>
      <w:r>
        <w:rPr>
          <w:b w:val="0"/>
          <w:i w:val="0"/>
        </w:rPr>
        <w:br/>
        <w:t>word_count: 1613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Cotswold &amp; Wyevern LRC have had to change the date of their forthcoming Championship Show. It will now be held on Wednesday 9th July 2008 and not the 2nd July. The show venue remains the same and will still be held at The Avon Hall, Three Counties Showground, Malvern. The club apologises for any inconvenience this may cause to exhibitors, but the Officers and Committee will look forward to seeing you all again this year. For further enquiries contact Karl Gawthorpe. Hon Secretary 07917645015 / 01932 874539</w:t>
      </w:r>
    </w:p>
    <w:p>
      <w:r>
        <w:rPr>
          <w:b w:val="0"/>
          <w:i w:val="0"/>
        </w:rPr>
        <w:t>The National Dog Show was held in lovely sunny weather over four days at Stafford. The Groups are rotated every year and this year Gundog day was on the Thursday, which is not the easiest day for those in full time employment to attend, coupled with the fact that the M6 on a weekday is incredibly busy both coming and returning home. Labradors were judged outside in the Pavilion with in and out grass rings. Our judges were June Minns (Dogs) and John Crook (Bitches) with a joint entry of 203 dogs and bitches. The Dog CC and Best of Breed went to Brown, Todd and Farquarson’s yellow dog, Ramsayville Rain Stops Play (Poolstead Plan of Action x Ramsayville Rhian), who was shortlisted in the Group under Ron James.</w:t>
      </w:r>
    </w:p>
    <w:p>
      <w:r>
        <w:rPr>
          <w:b w:val="0"/>
          <w:i w:val="0"/>
        </w:rPr>
        <w:t>The Dog RCC went to the Allen family’s yellow Allenies Maverick JW Sh CM (Allenies MacCallum Jw x Allenies Graceful).</w:t>
      </w:r>
    </w:p>
    <w:p>
      <w:r>
        <w:rPr>
          <w:b w:val="0"/>
          <w:i w:val="0"/>
        </w:rPr>
        <w:t>The Bitch CC was a first for Miss Artingstalls yellow bitch, Hightrevoran Honeysuckle (Sh Ch Tapeatom Gadding Around at Sandylands x Hightrevoran Out of the Blue).</w:t>
      </w:r>
    </w:p>
    <w:p>
      <w:r>
        <w:rPr>
          <w:b w:val="0"/>
          <w:i w:val="0"/>
        </w:rPr>
        <w:t>The Bitch RCC was won by the Brown family’s yellow Sh Ch Alanwood Spring Breeze over Ramsayville (Greenworth Odds Against x Alanwood Lady Jazmine), whilst Best Puppy went to Mrs Kings yellow bitch, Linthwaite Andromeda (Sh Ch Silver Suede over Rocheby x Linthwaite Fleur).</w:t>
      </w:r>
    </w:p>
    <w:p>
      <w:r>
        <w:rPr>
          <w:b w:val="0"/>
          <w:i w:val="0"/>
        </w:rPr>
        <w:t>The YKC held a training weekend in conjunction with the National and on the hot and sunny Saturday afternoon I visited their rings for a few minutes to see how they were all getting on. It was so engrossing I stayed well over an hour. It was a tonic to see everyone having such a really good time, enjoying their dogs in the sunshine. 49 YKC children had enrolled for the weekend, many camping overnight in tents with their parents, (some of whom, unaccustomed to sleeping on the ground found their campsite beds a trifle firm, but all in a good cause!).</w:t>
      </w:r>
    </w:p>
    <w:p>
      <w:r>
        <w:rPr>
          <w:b w:val="0"/>
          <w:i w:val="0"/>
        </w:rPr>
        <w:t>I watched the well-filled tuition classes of agility, show-handling and obedience. The standard was so good; young handlers with equally young dogs of all shapes and sizes learning and succeeding so well in getting them to walk to heel, sit on command, lie down on command; all most impressive, I felt like enrolling myself! The tutor of one of the handling classes was our own Rebecca Hodge (Naiken), whose youthful energy seems to know no bounds; one week winning the CC and BOB in Belfast, and the next day judging at an Open Show in the Midlands; six days later instructing at the National, which I gather was followed the very next day showing at the Lab Club of Wales in Usk . Oh to be young once more!!</w:t>
      </w:r>
    </w:p>
    <w:p>
      <w:r>
        <w:rPr>
          <w:b w:val="0"/>
          <w:i w:val="0"/>
        </w:rPr>
        <w:t>On May 11th the Lab Club of Wales held their Open Show at the super Usk College venue they have used before. Sadly I missed the show, still working at the National, The judge was Angela Hancock (Hancourt, Ireland) who attracted a super entry of 111 dogs making a total of 153 class entries. The results were B.I.S. Ms. L. Harvey Major's black dog, Linjor Shiraz. Reserve Best in Showh Mr.&amp; Mrs. A.&amp; J. Metcalfe's black bitch Lewisan La-Di-Da To Baileydale. Best Puppy was Mr.&amp; Mrs. D.&amp; F. Braddon's black dog, Trendlewood Only To Fly, with Reserve Best Puppy going to Mrs. V. Ashby &amp; Miss D. Pitts's yellow minor puppy bitch Widgerwood She's The One.</w:t>
      </w:r>
    </w:p>
    <w:p>
      <w:r>
        <w:rPr>
          <w:b w:val="0"/>
          <w:i w:val="0"/>
        </w:rPr>
        <w:t>The Labrador Retriever Club of Wales will be running a breed specific advanced judging seminar on Sunday October 19th at Risca, near Newport, Gwent. It is to be presented by Carole Coode and will cost £25.00 including lunch. Spaces are limited, but we can take observers at a cost of £10.00 (£15.00 with lunch). Anyone interested can contact Margaret Barker on 01443 842585 or e-mail: secretary@labclubofwales.co.uk</w:t>
      </w:r>
    </w:p>
    <w:p>
      <w:r>
        <w:rPr>
          <w:b w:val="0"/>
          <w:i w:val="0"/>
        </w:rPr>
        <w:t>Anne Taylor would like the thank everyone for the calls and cards she received after making up Ch Fabracken Remember Me at WELKS in April. She is Annes 6th Champion and won her first CC from Tony Floyd at Three Counties 2007 (not as stated previously).</w:t>
      </w:r>
    </w:p>
    <w:p>
      <w:r>
        <w:rPr>
          <w:b w:val="0"/>
          <w:i w:val="0"/>
        </w:rPr>
        <w:t>Anne writes "People seem to think that just because a breeder has had success for many years they take it in a matter of fact way. Nothing could be further from the truth. Making up a Champion in Labs is not easy, especially when one only keeps a small number of dogs and so for each carefully planned litter and puppy that is kept, hopes rest on whether will it be good enough; not just for the ring, or for work, but good enough to one day, in the future, breed the next generation. Making up Gale was still as exciting as ever."__An interesting question comes from Colin Harrison (Stebel); "what is the greatest distance apart that husband and wife have judged the same breed, at the same time on the same day?"</w:t>
      </w:r>
    </w:p>
    <w:p>
      <w:r>
        <w:rPr>
          <w:b w:val="0"/>
          <w:i w:val="0"/>
        </w:rPr>
        <w:t>"I am claiming the record for today, as my wife, Pat, judged the South African Lab Champ Show in Johannesburg and I did the Mid Herts Gundog Labs at Keysoe in Beds. I guess about 6,500 miles apart.!!"</w:t>
      </w:r>
    </w:p>
    <w:p>
      <w:r>
        <w:rPr>
          <w:b w:val="0"/>
          <w:i w:val="0"/>
        </w:rPr>
        <w:t>Has anyone any similar contributions?</w:t>
      </w:r>
    </w:p>
    <w:p>
      <w:r>
        <w:rPr>
          <w:b w:val="0"/>
          <w:i w:val="0"/>
        </w:rPr>
        <w:t>On Sunday June 1st Penny Carpanini will be judging a Companion Show at the Belvoir Hunt Kennels, Belvoir Castle, Nr Grantham Lincs NG32 1PQ, in conjunction with the Belvoir Hunt Kennels Open Day. Judging starts at 12.30 and entries will be taken on the day.</w:t>
      </w:r>
    </w:p>
    <w:p>
      <w:r>
        <w:rPr>
          <w:b w:val="0"/>
          <w:i w:val="0"/>
        </w:rPr>
        <w:t>There will be a special novelty class for puppies 3 to 6 months, Fancy Dress, Best Labrador, Best Working Labrador, (at least one parent must be working bred) as well as all the usual Pedigree classes, plus 11 Fun Classes, including junior handler, best sausage catcher, best 6 legs, best trick etc. There are lots of trophies to be won outright, which will be presented by the Duchess Of Rutland and also some super special rosettes for Best Puppy 3-6 months, Best Puppy, both of the Best Labrador Classes, Junior Handling and Best In Show. The Castle will be open to visitors and also the Kennels and Stables. There are trade stands, craft stalls, home made refreshments and a bar, as well as lots of displays and a parade of hounds. It's a really good day out for the whole family. Entry to the Open Day is by voluntary donation and the Dog Show is £1.50 per class. If anybody wants any more details they can ring Elaine Grummitt on 01664 822258 or 07951 927514.</w:t>
      </w:r>
    </w:p>
    <w:p>
      <w:r>
        <w:rPr>
          <w:b w:val="0"/>
          <w:i w:val="0"/>
        </w:rPr>
        <w:t>A reminder that those who had Optigen tests done before 2008 might like to send the results to the KC. Contact Susan.Swainson@thekennelclub.org.uk or send a copy of the results, either by post, email, or fax direct to the Kennel Club. The pre 08 results are especially important, as they are not automatically included in the KC up to date list of PRA Clear, Carrrier or Affected Labradors.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