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- 07/12/2012"</w:t>
      </w:r>
      <w:r>
        <w:br/>
      </w:r>
      <w:r>
        <w:rPr>
          <w:b w:val="0"/>
          <w:i w:val="0"/>
        </w:rPr>
        <w:br/>
        <w:t>date_original: "07/12/2012"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"2026-09-13T22:45:00"</w:t>
      </w:r>
      <w:r>
        <w:br/>
      </w:r>
      <w:r>
        <w:rPr>
          <w:b w:val="0"/>
          <w:i w:val="0"/>
        </w:rPr>
        <w:br/>
        <w:t>word_count: 446</w:t>
      </w:r>
    </w:p>
    <w:p>
      <w:r>
        <w:t>――――――――――――――――――――――――――――――</w:t>
      </w:r>
    </w:p>
    <w:p>
      <w:r>
        <w:rPr>
          <w:b w:val="0"/>
          <w:i w:val="0"/>
        </w:rPr>
        <w:t>NEWS MEMBERS' AREA SHOP SUBSCRIBE UPCOMING SHOWS MORE</w:t>
      </w:r>
    </w:p>
    <w:p>
      <w:r>
        <w:rPr>
          <w:b w:val="0"/>
          <w:i w:val="0"/>
        </w:rPr>
        <w:t>RETRIEVER LABRADOR</w:t>
      </w:r>
    </w:p>
    <w:p>
      <w:r>
        <w:rPr>
          <w:b w:val="0"/>
          <w:i w:val="0"/>
        </w:rPr>
        <w:t>Issue: 07/12/2012</w:t>
      </w:r>
    </w:p>
    <w:p>
      <w:r>
        <w:rPr>
          <w:b w:val="0"/>
          <w:i w:val="0"/>
        </w:rPr>
        <w:t>Catching up with results after my holiday. At Gundog Breeds of Scotland championship show, held at Ingleston, Edinburgh in November, the judges were Stephen Hollings (Dogs) and Brian Lowe (Bitches). The winners from an entry of 122 were Dog CC and Best of Breed Mr &amp; Mrs R Pollhams black dog Pollham Penny Royal JW. Dog RCC Richard Staffords black Farnfield Phantom Menace JW Sh.CM. The Bitch CC winner was Fiona Macleans chocolate Afinmore Alexandrova  with the Bitch RCC going to Diana Downey Tullochs Tullochmohr Aura JW</w:t>
      </w:r>
    </w:p>
    <w:p>
      <w:r>
        <w:rPr>
          <w:b w:val="0"/>
          <w:i w:val="0"/>
        </w:rPr>
        <w:t>Best Puppy  was Richard Staffords yellow dog Farnfield Topo Gigio</w:t>
      </w:r>
    </w:p>
    <w:p>
      <w:r>
        <w:rPr>
          <w:b w:val="0"/>
          <w:i w:val="0"/>
        </w:rPr>
        <w:t>Phil and Donna Goodalls 2 year old black bitch Bowstones Busy Bee by Beaverbrook won her second Limited Show BIS this year. At Lichfield Canine Society on Friday 23rd Nov at Shenstone Village Hall, she won AV Gundog Open, Best Gundog and then BIS. Judge Mr Joe Smith (Mowgli).</w:t>
      </w:r>
    </w:p>
    <w:p>
      <w:r>
        <w:rPr>
          <w:b w:val="0"/>
          <w:i w:val="0"/>
        </w:rPr>
        <w:t>Good news also for Wendy Manning. The KC have confirmed that Ormeland Summer Dream with Overmarsh (Overmarsh Second to None x Cariad Highland Peggy) has been awarded her Show Cert. of Merit.</w:t>
      </w:r>
    </w:p>
    <w:p>
      <w:r>
        <w:rPr>
          <w:b w:val="0"/>
          <w:i w:val="0"/>
        </w:rPr>
        <w:t>West of England Labrador Club held their championship show at Hutton Moor Leisure Centre on Sunday 2nd December. What a joy to travel to this show on a Sunday where the busy weekend motorway traffic is so much lighter and hold ups at roadworks much shorter than on the shows usual Saturday date in late September. The judges were Richard Morris (Dogs) and  David Hopkinshon  (Bitches) who had a joint entry of 211 dogs and bitches.</w:t>
      </w:r>
    </w:p>
    <w:p>
      <w:r>
        <w:rPr>
          <w:b w:val="0"/>
          <w:i w:val="0"/>
        </w:rPr>
        <w:t>The Dog CC was won by Heinlo's black Est Fin Ch Follies Ivar shown in Open by Margaret Brown. The Dog RCC went to the Limit winner Rawlinsons black Fullwell Fair Trade with Halshimoor. The Bitch CC, her second, Best Puppy and Best in Show (I gather on the referees decision as I had set off for home by the time BIS was judged), went on her last day in Puppy classes to Judith Charltons yellow Foxrush Remember the Time JW. The Bitch RCC went to Sussie Wiles yellow Open winner Richbourne Silver Surprise JW</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