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- 21/02/2025 - ISSUE"</w:t>
      </w:r>
      <w:r>
        <w:br/>
      </w:r>
      <w:r>
        <w:rPr>
          <w:b w:val="0"/>
          <w:i w:val="0"/>
        </w:rPr>
        <w:br/>
        <w:t>date_original: "21/02/2025 - ISSUE"</w:t>
      </w:r>
      <w:r>
        <w:br/>
      </w:r>
      <w:r>
        <w:rPr>
          <w:b w:val="0"/>
          <w:i w:val="0"/>
        </w:rPr>
        <w:br/>
        <w:t>source_url: "https://www.ourdogs.co.uk/members/breednotes/RetrieverLabradorMain.php"</w:t>
      </w:r>
      <w:r>
        <w:br/>
      </w:r>
      <w:r>
        <w:rPr>
          <w:b w:val="0"/>
          <w:i w:val="0"/>
        </w:rPr>
        <w:br/>
        <w:t>scraped_at: "2026-09-13T15:06:23"</w:t>
      </w:r>
      <w:r>
        <w:br/>
      </w:r>
      <w:r>
        <w:rPr>
          <w:b w:val="0"/>
          <w:i w:val="0"/>
        </w:rPr>
        <w:br/>
        <w:t>word_count: 605</w:t>
      </w:r>
    </w:p>
    <w:p>
      <w:r>
        <w:t>――――――――――――――――――――――――――――――</w:t>
      </w:r>
    </w:p>
    <w:p>
      <w:r>
        <w:rPr>
          <w:b w:val="0"/>
          <w:i w:val="0"/>
        </w:rPr>
        <w:t>NEWS MEMBERS' AREA SHOP SUBSCRIBE UPCOMING SHOWS MORE</w:t>
      </w:r>
    </w:p>
    <w:p>
      <w:r>
        <w:rPr>
          <w:b w:val="0"/>
          <w:i w:val="0"/>
        </w:rPr>
        <w:t>RETRIEVER LABRADOR</w:t>
      </w:r>
    </w:p>
    <w:p>
      <w:r>
        <w:rPr>
          <w:b w:val="0"/>
          <w:i w:val="0"/>
        </w:rPr>
        <w:t>Issue: 21/02/2025</w:t>
      </w:r>
    </w:p>
    <w:p>
      <w:r>
        <w:rPr>
          <w:b w:val="0"/>
          <w:i w:val="0"/>
        </w:rPr>
        <w:t>Results of Northumberland and Durham Lab Club Ch show on Feb  16th at Haltwhistle under Judge Alison Scutcher. Dog CC and Res Best in Show. - Sh Ch Westerluston John. Dog RCC - Berlan Get Up and Go at Sandylands, Bitch CC and  Best in Show - Sh Ch Lapema Masquerade at Sandylands, Res Bitch CC - Wynfaul Dancing Flame, Best Puppy Bitch and Best Puppy in Show - Binnaig Sea Salt and Best Veteran - Pattilands Shining Star.</w:t>
      </w:r>
    </w:p>
    <w:p>
      <w:r>
        <w:rPr>
          <w:b w:val="0"/>
          <w:i w:val="0"/>
        </w:rPr>
        <w:t>I hear lots of Labradors have gone down with kennel cough. It can be a killer of old dogs and young pups so if your dog coughs like itâ€™s trying to clear something stuck in its throat you must NOT take it out walking with other dogs, to training classes or to a show where every other dog it meets will be at risk. It spreads like wildfire and whilst there is a Kennel Cough vaccination available at the vets, personally I find it seldom works as it does not cover all the variations of Kennel Cough, and sodâ€™s law means a dog will pick up one of the uncovered varieties.</w:t>
      </w:r>
    </w:p>
    <w:p>
      <w:r>
        <w:rPr>
          <w:b w:val="0"/>
          <w:i w:val="0"/>
        </w:rPr>
        <w:t>It is typical this has happened in the run up to Crufts and sadly, how many exhibitors will just ignore their dogs hacking cough and the risk to others just for the sake of being there? Itâ€™s the same with the Crufts human flu bug every single year. Someone attends knowing full well they have it and are infectious to others and hey presto, five days later loads of judges, committee, exhibitors and visitors also have it too!</w:t>
      </w:r>
    </w:p>
    <w:p>
      <w:r>
        <w:rPr>
          <w:b w:val="0"/>
          <w:i w:val="0"/>
        </w:rPr>
        <w:t>A note for Crufts weekend, the M25 is closed both ways from 2200 hours, 7th March until 0600 hours Monday 10th March A3 junction.</w:t>
      </w:r>
    </w:p>
    <w:p>
      <w:r>
        <w:rPr>
          <w:b w:val="0"/>
          <w:i w:val="0"/>
        </w:rPr>
        <w:t>East Anglian Lab Club Championship show is being held on 1st March 2025 at One Leisure St Ives, Westwood Road, St Ives PE27 6WU. The judges are Ed Casey (Dogs)and Rosa Agostini from Italy, (Bitches) judging commences at 9.30am  for Bitches and 10am for Dogs. Refreshments available. There is still time to enter this popular breed club championship show via Fosse Data as online entry has now been extended to 18th February. For further information contact Miss Jane Digweed, tel 01440 786811 email willokinlabradors@gmail.com</w:t>
      </w:r>
    </w:p>
    <w:p>
      <w:r>
        <w:rPr>
          <w:b w:val="0"/>
          <w:i w:val="0"/>
        </w:rPr>
        <w:t>The Labrador Club of Wales are holding their open single breed show (held under Kennel Club Limited Rules &amp; Show Regulations) at Penyrheol Community Centre, Heol Aneurin, Caerphilly, CF83 2PG on Saturday April 12th 2025.  10.00am Judging: 10.30am Judge: Miss Michelle Dawson (Bekersby), Prize Money in all Classes. Postal entries close Saturday 22nd March 2025 (P/m), postal entries to be sent to the secretary: Mrs. M.H. Barker, â€œHaulwenâ€, Church Lane, Nantgarw, Cardiff, CF15 7TQ, Tel: 01443 842585 E-mail: secretary@labclubofwales.co.uk On-line entries can be made up until midnight on Sunday March 30th 2025 www.onlineshowentry.</w:t>
      </w:r>
    </w:p>
    <w:p>
      <w:r>
        <w:rPr>
          <w:b w:val="0"/>
          <w:i w:val="0"/>
        </w:rPr>
        <w:t>A reminder that this is a column about Labradors for everyone to contribute their own personal thoughts and stories. Email text to me for publication in the next available copy.</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