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- 08/11/2013"</w:t>
      </w:r>
      <w:r>
        <w:br/>
      </w:r>
      <w:r>
        <w:rPr>
          <w:b w:val="0"/>
          <w:i w:val="0"/>
        </w:rPr>
        <w:br/>
        <w:t>date_original: "08/11/2013"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"2026-09-13T22:42:24"</w:t>
      </w:r>
      <w:r>
        <w:br/>
      </w:r>
      <w:r>
        <w:rPr>
          <w:b w:val="0"/>
          <w:i w:val="0"/>
        </w:rPr>
        <w:br/>
        <w:t>word_count: 1495</w:t>
      </w:r>
    </w:p>
    <w:p>
      <w:r>
        <w:t>――――――――――――――――――――――――――――――</w:t>
      </w:r>
    </w:p>
    <w:p>
      <w:r>
        <w:rPr>
          <w:b w:val="0"/>
          <w:i w:val="0"/>
        </w:rPr>
        <w:t>NEWS MEMBERS' AREA SHOP SUBSCRIBE UPCOMING SHOWS MORE</w:t>
      </w:r>
    </w:p>
    <w:p>
      <w:r>
        <w:rPr>
          <w:b w:val="0"/>
          <w:i w:val="0"/>
        </w:rPr>
        <w:t>RETRIEVER LABRADOR</w:t>
      </w:r>
    </w:p>
    <w:p>
      <w:r>
        <w:rPr>
          <w:b w:val="0"/>
          <w:i w:val="0"/>
        </w:rPr>
        <w:t>Issue: 08/11/2013</w:t>
      </w:r>
    </w:p>
    <w:p>
      <w:r>
        <w:rPr>
          <w:b w:val="0"/>
          <w:i w:val="0"/>
        </w:rPr>
        <w:t>Copy for the  Labrador Club of Scotland's year book is needed  by the end of November. Please send to Kathy Spacey at kathybouch@hotmail.com or to Lyndsey Steele atgerrylyndsey@stonielea.co.uk.</w:t>
      </w:r>
    </w:p>
    <w:p>
      <w:r>
        <w:rPr>
          <w:b w:val="0"/>
          <w:i w:val="0"/>
        </w:rPr>
        <w:t>Midland Counties Canine Society held their four day championship show at  Stafford.  Labrador exhibitors were once again happily benched and judged in the Sandylands Centre.</w:t>
      </w:r>
    </w:p>
    <w:p>
      <w:r>
        <w:rPr>
          <w:b w:val="0"/>
          <w:i w:val="0"/>
        </w:rPr>
        <w:t>There were horrendous storms and widespread damage forecast for that same night once the show was over. I was initially taking a pal to the show, but at 7.30am that morning she rang to say her fence had blown down so was staying at home.</w:t>
      </w:r>
    </w:p>
    <w:p>
      <w:r>
        <w:rPr>
          <w:b w:val="0"/>
          <w:i w:val="0"/>
        </w:rPr>
        <w:t>The dire warnings of storm damage foretold on every TV programme, minute by minute in the preceding hours made me think perhaps I too should stay at home and not risk going to the show; it might be sensible to be safe at home in case the wind hit my house on the hilltop or the kennels, resulting in whopping boughs falling down as has previously happened.</w:t>
      </w:r>
    </w:p>
    <w:p>
      <w:r>
        <w:rPr>
          <w:b w:val="0"/>
          <w:i w:val="0"/>
        </w:rPr>
        <w:t>Then I remembered I needed some white VetBed for a litter I was expecting, so in fact I did actually need to go to Stafford to collect it. However leaving the dog sitter to watch over things I decided to be safe and just do the shopping but not show so that I could get home before the storm hit. So for company, I loaded just one of the three Labradors entered and went to the show to do my shopping.</w:t>
      </w:r>
    </w:p>
    <w:p>
      <w:r>
        <w:rPr>
          <w:b w:val="0"/>
          <w:i w:val="0"/>
        </w:rPr>
        <w:t>We never know what is round the corner, of late for me most times it is bad; but in this case the outcome was absolutely brilliant.</w:t>
      </w:r>
    </w:p>
    <w:p>
      <w:r>
        <w:rPr>
          <w:b w:val="0"/>
          <w:i w:val="0"/>
        </w:rPr>
        <w:t>Having bought the VetBed, I decided I wouldn't go back home, I would take the risk and stay on to show my bitch.</w:t>
      </w:r>
    </w:p>
    <w:p>
      <w:r>
        <w:rPr>
          <w:b w:val="0"/>
          <w:i w:val="0"/>
        </w:rPr>
        <w:t>The rest is history, under judge, Maureen Floyd, she won the Bitch CC, her first, at two years of age, to go with the two RCCs she has already gained. I believe it is her breeder Margaret Sidaways first CC so something to celebrate at last as husband Geoff is poorly.</w:t>
      </w:r>
    </w:p>
    <w:p>
      <w:r>
        <w:rPr>
          <w:b w:val="0"/>
          <w:i w:val="0"/>
        </w:rPr>
        <w:t>So, needless to say, I was really pleased and relieved I had decided to stay on and not just go home to escape the dire storm.</w:t>
      </w:r>
    </w:p>
    <w:p>
      <w:r>
        <w:rPr>
          <w:b w:val="0"/>
          <w:i w:val="0"/>
        </w:rPr>
        <w:t>The Dog CC his second and Best of Breed was won by Yo Shirtons yellow, Woolman Cadell. The Dog RCC went to Penny Carpanini's yellow Carpenny Melrose whilst the Bitch RCC was won by Louise Lewis yellow Crammonkirk Morning MistJW. Best Puppy was Carole and Mervyn Reynolds yellow bitch Carromer Hot off the Press.</w:t>
      </w:r>
    </w:p>
    <w:p>
      <w:r>
        <w:rPr>
          <w:b w:val="0"/>
          <w:i w:val="0"/>
        </w:rPr>
        <w:t>The following weekend West of England Lab Club held their championship show under judges Tony Floyd (Dogs) and Sheelin Cuthbert (Bitches).</w:t>
      </w:r>
    </w:p>
    <w:p>
      <w:r>
        <w:rPr>
          <w:b w:val="0"/>
          <w:i w:val="0"/>
        </w:rPr>
        <w:t>This time I did indeed have to stay at home as my bitch Daisy (B Bring Me Sunshine) decided she would whelp her litter by Llanstinan Hot Toddy JW early.</w:t>
      </w:r>
    </w:p>
    <w:p>
      <w:r>
        <w:rPr>
          <w:b w:val="0"/>
          <w:i w:val="0"/>
        </w:rPr>
        <w:t>By the end of the day, we had 11pups, average weight 1lb 2oz, heaviest 1lb 5oz.</w:t>
      </w:r>
    </w:p>
    <w:p>
      <w:r>
        <w:rPr>
          <w:b w:val="0"/>
          <w:i w:val="0"/>
        </w:rPr>
        <w:t>6 Bitches, 5 Dogs, all a glorious warm dark yellow, the colour of the autumn copper-beech leaves outside in the garden.</w:t>
      </w:r>
    </w:p>
    <w:p>
      <w:r>
        <w:rPr>
          <w:b w:val="0"/>
          <w:i w:val="0"/>
        </w:rPr>
        <w:t>The mathematician in me says that's over twelve pounds of puppy being carried by the bitch not counting the fluids and afterbirths. Makes one single human baby sound quite puny!</w:t>
      </w:r>
    </w:p>
    <w:p>
      <w:r>
        <w:rPr>
          <w:b w:val="0"/>
          <w:i w:val="0"/>
        </w:rPr>
        <w:t>It was a great day for two exhibitors Yo Shirton and Anne Taylor who both won their third CCs on the day and made up their exhibits. Yo's yellow dog Sh Ch Woolman Cadell at under two years of age, has had a great career winning his three CCs more or less on the trot recently. Anne Taylors Ch Fabracken Trust in Me becomes a full champion. Her Dam Ch Fabracken Remember Me was Best Veteran in Show. Well done to you all.</w:t>
      </w:r>
    </w:p>
    <w:p>
      <w:r>
        <w:rPr>
          <w:b w:val="0"/>
          <w:i w:val="0"/>
        </w:rPr>
        <w:t>The Dog RCC went to  Richard Stafford s yellow Farnfield Topo Gigio, whilst the Bitch RCC was won Fiona Macleans chocolate Afinmore Antora. Best Puppy was David Coodes chocolate Rayleas Hot Shot at Warringah.</w:t>
      </w:r>
    </w:p>
    <w:p>
      <w:r>
        <w:rPr>
          <w:b w:val="0"/>
          <w:i w:val="0"/>
        </w:rPr>
        <w:t>The Coodes have successfully completed the Junior Warrants with their yellow Bitch Warrinag's Maal Kai at 13 months of age and their chocolate Rayleas Hot Shot at Warringah at ten months of age. Well done.</w:t>
      </w:r>
    </w:p>
    <w:p>
      <w:r>
        <w:rPr>
          <w:b w:val="0"/>
          <w:i w:val="0"/>
        </w:rPr>
        <w:t>Andrew and Joanne Watson editors of the Labrador Club Yearbook writes: " Just a reminder, we are fast approaching the closing date to place an advertisement in this years LRC Year Book.  The closing date being 17th November 2013.  Please forward any ads to Andrew and Joanne Watson, 43 School Field, Bamber Bridge, Preston, PR5 8BJ.  Tel. (01772) 491045. Email yearbook@thelabradorretrieverclub.com.</w:t>
      </w:r>
    </w:p>
    <w:p>
      <w:r>
        <w:rPr>
          <w:b w:val="0"/>
          <w:i w:val="0"/>
        </w:rPr>
        <w:t>We will be at The Lab Club Open Show on the 17th November should you wish to pass your advertisement on to us at the show".  Great to hear from the Kennel Club that there is now improved access from the South carpark to the Kennel Club Building at Stoneleigh and that the walkway and lighting are complete and in use. Regarding the wet, flooded, pothole-ridden carpark, which we endured three weeks ago when the Joint Lab Club hired the venue and carpark, the Kennel Club Educational Trust is liaising with the tenant, Ruby Farmers Market, and the landlord to ensure the state of the surface is monitored and repairs are made as quickly as possible.</w:t>
      </w:r>
    </w:p>
    <w:p>
      <w:r>
        <w:rPr>
          <w:b w:val="0"/>
          <w:i w:val="0"/>
        </w:rPr>
        <w:t>Not before time in my opinion; it just puts people off hiring what is, once inside, an excellent venue, returning some of the expenditure invested in it.</w:t>
      </w:r>
    </w:p>
    <w:p>
      <w:r>
        <w:rPr>
          <w:b w:val="0"/>
          <w:i w:val="0"/>
        </w:rPr>
        <w:t>As part of KC Education and Training month, four seminars will be held at the Royal Welsh Showground in Builth Wells over the weekend of 16th and 17th  November. Saturday 16th November</w:t>
      </w:r>
    </w:p>
    <w:p>
      <w:r>
        <w:rPr>
          <w:b w:val="0"/>
          <w:i w:val="0"/>
        </w:rPr>
        <w:t>Requirements of a Dog Show Judge (Kennel Club Rules and Judging Procedures)</w:t>
      </w:r>
    </w:p>
    <w:p>
      <w:r>
        <w:rPr>
          <w:b w:val="0"/>
          <w:i w:val="0"/>
        </w:rPr>
        <w:t>This seminar focuses on providing the essential knowledge and understanding of Kennel Club Rules and Regulations and Ring Procedure. It is for those who wish to develop knowledge, skills and confidence in their understanding of key aspects of Kennel Club Rules and Regulations and is aimed at all those involved in exhibiting and judging, in particular those who aspire to award Challenge Certificates. An examination paper on Requirements of a Dog Show Judge follows this seminar for those wishing to award CCs.  Successful candidates will receive a certificate which is a requirement for the first time CC questionnaire.</w:t>
      </w:r>
    </w:p>
    <w:p>
      <w:r>
        <w:rPr>
          <w:b w:val="0"/>
          <w:i w:val="0"/>
        </w:rPr>
        <w:t>Managing a Dog Society. This seminar focuses on best practice guidelines as published in the Manual for Kennel Club Registered Societies. It looks at the effective management of a club/society through the committee working as a team. The seminar is designed to assist existing and potential new officers and committee members or those who might be interested in being involved in dog societies. Seminar delegates will gain an understanding of the roles and responsibilities of all interested parties, including the Kennel Club, members of the society, the committee and the public.</w:t>
      </w:r>
    </w:p>
    <w:p>
      <w:r>
        <w:rPr>
          <w:b w:val="0"/>
          <w:i w:val="0"/>
        </w:rPr>
        <w:t>Sunday 17th November. Conformation &amp; Movement and Points of the Dog Assessment. Aimed at all those who wish to develop knowledge, skills and confidence in their understanding of key aspects of conformation structure and movement, the seminar complements the 'Points of the Dog' assessment and is aimed at all those involved in exhibiting and judging, and in particular those who aspire to give Challenge Certificates. A Kennel Club attendance certificate will be presented at the end of the seminar. A certificate will be awarded to successful candidates for the Points of the Dog Assessment, which is a requirement for those aspiring to award CCs.</w:t>
      </w:r>
    </w:p>
    <w:p>
      <w:r>
        <w:rPr>
          <w:b w:val="0"/>
          <w:i w:val="0"/>
        </w:rPr>
        <w:t>Show Management Seminar. This one-day seminar is primarily aimed at those who will have a role to play in</w:t>
      </w:r>
    </w:p>
    <w:p>
      <w:r>
        <w:rPr>
          <w:b w:val="0"/>
          <w:i w:val="0"/>
        </w:rPr>
        <w:t>the organisation of Kennel Club registered societies shows and events. Delegates may include those elected as show officials of breed club shows. The main focus is on show planning and administration, covering the sequence of events required from 18 months prior to the show, what is required at the show and what is required afterwards.  All the most up-to-date information, legislation and Kennel Club Rules and Regulations are included in this seminar.</w:t>
      </w:r>
    </w:p>
    <w:p>
      <w:r>
        <w:rPr>
          <w:b w:val="0"/>
          <w:i w:val="0"/>
        </w:rPr>
        <w:t>If you are interested in attending any of the seminars, bookings are now being taken on a first come, first served basis. To apply, or for more information, please contact Joanna Howe, Education and Training Specialist at the Kennel Club via joanna.howe@thekennelclub.org.uk or call 0844 4633 980 ext 225.</w:t>
      </w:r>
    </w:p>
    <w:p>
      <w:r>
        <w:rPr>
          <w:b w:val="0"/>
          <w:i w:val="0"/>
        </w:rPr>
        <w:t>Ann Britton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