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- 10/01/2014 - ISSUE"</w:t>
      </w:r>
      <w:r>
        <w:br/>
      </w:r>
      <w:r>
        <w:rPr>
          <w:b w:val="0"/>
          <w:i w:val="0"/>
        </w:rPr>
        <w:br/>
        <w:t>date_original: "10/01/2014 - ISSUE"</w:t>
      </w:r>
      <w:r>
        <w:br/>
      </w:r>
      <w:r>
        <w:rPr>
          <w:b w:val="0"/>
          <w:i w:val="0"/>
        </w:rPr>
        <w:br/>
        <w:t>source_url: "https://www.ourdogs.co.uk/members/breednotes/RetrieverLabradorMain.php"</w:t>
      </w:r>
      <w:r>
        <w:br/>
      </w:r>
      <w:r>
        <w:rPr>
          <w:b w:val="0"/>
          <w:i w:val="0"/>
        </w:rPr>
        <w:br/>
        <w:t>scraped_at: "2026-09-13T15:35:08"</w:t>
      </w:r>
      <w:r>
        <w:br/>
      </w:r>
      <w:r>
        <w:rPr>
          <w:b w:val="0"/>
          <w:i w:val="0"/>
        </w:rPr>
        <w:br/>
        <w:t>word_count: 1107</w:t>
      </w:r>
    </w:p>
    <w:p>
      <w:r>
        <w:t>――――――――――――――――――――――――――――――</w:t>
      </w:r>
    </w:p>
    <w:p>
      <w:r>
        <w:rPr>
          <w:b w:val="0"/>
          <w:i w:val="0"/>
        </w:rPr>
        <w:t>NEWS MEMBERS' AREA SHOP SUBSCRIBE UPCOMING SHOWS MORE</w:t>
      </w:r>
    </w:p>
    <w:p>
      <w:r>
        <w:rPr>
          <w:b w:val="0"/>
          <w:i w:val="0"/>
        </w:rPr>
        <w:t>RETRIEVER LABRADOR</w:t>
      </w:r>
    </w:p>
    <w:p>
      <w:r>
        <w:rPr>
          <w:b w:val="0"/>
          <w:i w:val="0"/>
        </w:rPr>
        <w:t>Issue: 10/01/2014</w:t>
      </w:r>
    </w:p>
    <w:p>
      <w:r>
        <w:rPr>
          <w:b w:val="0"/>
          <w:i w:val="0"/>
        </w:rPr>
        <w:t>For all my huffing and puffing about the hard work rearing the eleven pups, now all, bar the two pups I have retained, have departed for their various lovely homes, life seems oh so quiet and normal. The football team is disbanded and no more demand my attention nearly every hour of the day. I actually do miss the chaos they brought!</w:t>
      </w:r>
    </w:p>
    <w:p>
      <w:r>
        <w:rPr>
          <w:b w:val="0"/>
          <w:i w:val="0"/>
        </w:rPr>
        <w:t>At times, as eleven pups in one place became unmanageable and I had separated them, I felt like a whirling dervish, dashing about between dog puppy room and bitch puppy room with food dishes or poop scoopers at the ready, and oh, the never ending bucket and shovel duties!   By the time the pups were six weeks old, I swore I would never breed another litter again.</w:t>
      </w:r>
    </w:p>
    <w:p>
      <w:r>
        <w:rPr>
          <w:b w:val="0"/>
          <w:i w:val="0"/>
        </w:rPr>
        <w:t>Yet time is a great healer; all is quiet now; they are in their new homes, the puppy rooms have been vacated, the whelping bed dismantled and everything to do with puppy rearing,  including the rooms themselves, steam cleaned from top to bottom. I stopped and asked myself a question, "having cleaned and stored everything so meticulously did that actually mean that I intended to repeat the operation at some future date?" Answerâ€¦.  "most probably,  yes", as why had I cleaned up so well, other than for the "next time".  To retain my composure, hopefully "next time" may be a long way off!</w:t>
      </w:r>
    </w:p>
    <w:p>
      <w:r>
        <w:rPr>
          <w:b w:val="0"/>
          <w:i w:val="0"/>
        </w:rPr>
        <w:t xml:space="preserve">The Yellow Labrador Club will be running various events over and above its normal program of shows and trials in 2014.  The first is a Show Gundog Working Certificate day at New Farm, Norton, Nr. Evesham, Worcestershire WR11 4TN, by kind permission of Mr &amp; Mrs N. Onens.  This will be on Thursday 16th January, 2014 meeting at 09.00 for 09.30 start.  Entry is confined to retrievers who have won a Challenge Certificate or previously qualified for Crufts through a breed class.  Entry fees are Members: Â£30.00; Non-Members: Â£35.00;  Gamekeepers: Â£25.00.  </w:t>
      </w:r>
    </w:p>
    <w:p>
      <w:r>
        <w:rPr>
          <w:b w:val="0"/>
          <w:i w:val="0"/>
        </w:rPr>
        <w:t xml:space="preserve">The club will also be running a Novice Judging Seminar at Stoneleigh on Sunday 23th March for aspiring show judges, and will be hosting its regular Show/Working Funday on Saturday 19th July.  This has proved to be a very popular event over the last few years. Details for both events have yet to be finalised but please out the dates into your diaries. Anyone interested in any of these events should contact club Secretary, Sussie Wiles on 01895 823227 or by email at sussiewiles@yahoo.co.uk </w:t>
      </w:r>
    </w:p>
    <w:p>
      <w:r>
        <w:rPr>
          <w:b w:val="0"/>
          <w:i w:val="0"/>
        </w:rPr>
        <w:t xml:space="preserve">Swansea &amp; DCC Open Show, advertised last autumn will be held on Saturday 8 February 2014. There will be two Labrador Retriever classes: Grad and Open: Judge Adam Rose (Kavacanne) Gundog AV Puppy, Special Veteran, Group and BIS: Anne Worth (Sarabande) JHA and Adult Handling classes: Judge Ebony Owen (Ebonize) The schedule can be downloaded from Arena Print </w:t>
      </w:r>
    </w:p>
    <w:p>
      <w:r>
        <w:rPr>
          <w:b w:val="0"/>
          <w:i w:val="0"/>
        </w:rPr>
        <w:t xml:space="preserve">Optigen are offering 30% discount off DNA tests, at Val Tiller's next Optigen 20/20 Clinic, on Tuesday, 11th February, 2014, in Epsom, Surrey.  Labradors are invited to be DNA tested for prcd-PRA, RD/OSD &amp; NARC.   You may attend the clinic, or be a Postal Participant. Contact Val direct for further details and to book places. E-mail: val.tiller@talk21.com or Tel: (01372) 273597. </w:t>
      </w:r>
    </w:p>
    <w:p>
      <w:r>
        <w:rPr>
          <w:b w:val="0"/>
          <w:i w:val="0"/>
        </w:rPr>
        <w:t>It's the time of year to review the top winners of the previous year's shows. Many thanks to Michael Hewitt for his meticulous listing of the results throughout the year. This week I list the new champions and over the following weeks, the Dog CC winners and the Bitch CC winners.</w:t>
      </w:r>
    </w:p>
    <w:p>
      <w:r>
        <w:rPr>
          <w:b w:val="0"/>
          <w:i w:val="0"/>
        </w:rPr>
        <w:t>There were fifteen new Labrador champions made up in 2013; three full Champions (one dog and two bitches) and twelve Show Champions (six dogs and six bitches).  Andy and Jo Metcalfes yellow dog Ch Bilbo Baggins by Baileydale JW ShCM was made up with Show Gundog Working certificate, under Linda Harvey Major, Penny Carpanini and Richard Edwards.</w:t>
      </w:r>
    </w:p>
    <w:p>
      <w:r>
        <w:rPr>
          <w:b w:val="0"/>
          <w:i w:val="0"/>
        </w:rPr>
        <w:t>Rachael Williams yellow bitch, Ch Millerdan Vision of Love JW ShCM won her three crowning CCs from Richard Morris, Joy Venturi-Rose and Elaine Cannon and gained her SGWC shortly afterwards I believe.  Anne Taylor's black bitch Ch Fabracken Trust in Me won her CCs from Brian Parrott, Isobel Key and Sheelin Cuthbert an obtained her SGWC some time beforehand. Congratulations to you all.</w:t>
      </w:r>
    </w:p>
    <w:p>
      <w:r>
        <w:rPr>
          <w:b w:val="0"/>
          <w:i w:val="0"/>
        </w:rPr>
        <w:t>Of the new Show Champion Dogs the details are :- Maxine Crocker Williams yellow Sh Ch Secret Moment at Alkhamhurst winning his qualifying CCs under Marion Hopkinson, Shaun Williamson and Denise Timms. Heinlo's black handled by Margharet Brown, Sh Ch Est.Fin. Ch Follies Ivar winning under Alan Porter, Richard Morris and Jackie Hodge. Franco Barberi's yellow Sh Ch Loch Mor Romeo, who with his litter sister, listed below had a tremendous year in the show ring all over Europe. He won his qualifying CCs under Elise Nolan (Crufts), Meriel Hathaway, and Richard Bott.  Marilyn Priors yellow Sh Ch Priorise Spending Time winning under Hans Leitenen, Andrew  Brace and Jane Rawlinson.</w:t>
      </w:r>
    </w:p>
    <w:p>
      <w:r>
        <w:rPr>
          <w:b w:val="0"/>
          <w:i w:val="0"/>
        </w:rPr>
        <w:t>Robin and Agnes May Pollocks black, Sh Ch Pollham Penny Royal JW winning under Arwyn Ellis, Stephen Hollings and Sian Ellis. Finally Yolande Shirtons yellow Sh Ch Woolman Cadell winning under Liz Cartledge, Maureen Floyd and Tony Floyd.</w:t>
      </w:r>
    </w:p>
    <w:p>
      <w:r>
        <w:rPr>
          <w:b w:val="0"/>
          <w:i w:val="0"/>
        </w:rPr>
        <w:t>The new Show Champion Bitches are as follows :- Judith Charltons yellow bitch Sh Ch Foxrush Remember the Time JW, won CCs under Ronwein Phillips, Marion Hopkinson and Tony Jury.  Louise Lewis' black Sh Ch Suttonpark Simone at Crammondkirk won CCs under David Coode, Tom Grant (Crufts) and Richard Edwards. Franco Barberi's yellow Sh Ch Loch Mor Giluietta won under Hans Leitenen, Heather Wiles-Fone and Richard Bott.</w:t>
      </w:r>
    </w:p>
    <w:p>
      <w:r>
        <w:rPr>
          <w:b w:val="0"/>
          <w:i w:val="0"/>
        </w:rPr>
        <w:t>Sussie Wiles yellow Sh Ch Richbourne Silver Surprise gained CCs under Val Foss, Margaret Woods and Ray Scholes. Penny Carpanini made up two bitch show champions, one yellow and one black, during the year. The first was the yellow, Sh Ch Carpenny Vassar who won under Lesley Dantinnes, Sheila Walton and Mark Rawlinson. The second was the black Sh Ch Flossfalls Monopoly of Carpenny who won under Mac Percival, Mary Cox and Tony Floyd.</w:t>
      </w:r>
    </w:p>
    <w:p>
      <w:r>
        <w:rPr>
          <w:b w:val="0"/>
          <w:i w:val="0"/>
        </w:rPr>
        <w:t>Ann britton</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