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- 04/09/2015 - ISSUE"</w:t>
      </w:r>
      <w:r>
        <w:br/>
      </w:r>
      <w:r>
        <w:rPr>
          <w:b w:val="0"/>
          <w:i w:val="0"/>
        </w:rPr>
        <w:br/>
        <w:t>date_original: "04/09/2015 - ISSUE"</w:t>
      </w:r>
      <w:r>
        <w:br/>
      </w:r>
      <w:r>
        <w:rPr>
          <w:b w:val="0"/>
          <w:i w:val="0"/>
        </w:rPr>
        <w:br/>
        <w:t>source_url: "https://www.ourdogs.co.uk/members/breednotes/RetrieverLabradorMain.php"</w:t>
      </w:r>
      <w:r>
        <w:br/>
      </w:r>
      <w:r>
        <w:rPr>
          <w:b w:val="0"/>
          <w:i w:val="0"/>
        </w:rPr>
        <w:br/>
        <w:t>scraped_at: "2026-09-13T15:30:42"</w:t>
      </w:r>
      <w:r>
        <w:br/>
      </w:r>
      <w:r>
        <w:rPr>
          <w:b w:val="0"/>
          <w:i w:val="0"/>
        </w:rPr>
        <w:br/>
        <w:t>word_count: 830</w:t>
      </w:r>
    </w:p>
    <w:p>
      <w:r>
        <w:t>――――――――――――――――――――――――――――――</w:t>
      </w:r>
    </w:p>
    <w:p>
      <w:r>
        <w:rPr>
          <w:b w:val="0"/>
          <w:i w:val="0"/>
        </w:rPr>
        <w:t>NEWS MEMBERS' AREA SHOP SUBSCRIBE UPCOMING SHOWS MORE</w:t>
      </w:r>
    </w:p>
    <w:p>
      <w:r>
        <w:rPr>
          <w:b w:val="0"/>
          <w:i w:val="0"/>
        </w:rPr>
        <w:t>RETRIEVER LABRADOR</w:t>
      </w:r>
    </w:p>
    <w:p>
      <w:r>
        <w:rPr>
          <w:b w:val="0"/>
          <w:i w:val="0"/>
        </w:rPr>
        <w:t>Issue: 04/09/2015</w:t>
      </w:r>
    </w:p>
    <w:p>
      <w:r>
        <w:rPr>
          <w:b w:val="0"/>
          <w:i w:val="0"/>
        </w:rPr>
        <w:t>I am finding it hard to keep up with my ipads inventive and very annoying predictive text correction, an amusing short example of which I will share.</w:t>
      </w:r>
    </w:p>
    <w:p>
      <w:r>
        <w:rPr>
          <w:b w:val="0"/>
          <w:i w:val="0"/>
        </w:rPr>
        <w:t xml:space="preserve">Anne Johnson, Secretary of Three Ridings Labrador Retriever </w:t>
      </w:r>
    </w:p>
    <w:p>
      <w:r>
        <w:rPr>
          <w:b w:val="0"/>
          <w:i w:val="0"/>
        </w:rPr>
        <w:t>Club sent the following important message for the breed notes "Entries for Three Ridings open show on 27th Sept are about to close. The judge is Joanne MacDonald. Entries can be made online through Fosse Data or by post to Wendy Southwell at Thornbrough House, West Lane, Burton Fleming, Driffield YO25 3PW" that is the real message. Hopefully there will be a good entry.</w:t>
      </w:r>
    </w:p>
    <w:p>
      <w:r>
        <w:rPr>
          <w:b w:val="0"/>
          <w:i w:val="0"/>
        </w:rPr>
        <w:t>I initially dictated the same message received by email, into the breed notes text through the iPads Siri voice recognition. It wrote a few odd, incorrect words which it then further elaborated on, altering the meaning alarmingly and giving its own eventual interpretation of Annes message  as follows:-</w:t>
      </w:r>
    </w:p>
    <w:p>
      <w:r>
        <w:rPr>
          <w:b w:val="0"/>
          <w:i w:val="0"/>
        </w:rPr>
        <w:t>"Rights and fish (that was meant to be "entries") for Three Ridings open show on 27 September are about to close. The judge is Joanne MacDonald. Answers can be made on the run through false data over my post ( that was meant to read "Entries can be made online through Fosse Data or by post ), to Wendy Southwell at Thornbrough House, West Lane, Burton Fleming Driffield YO25 3PW</w:t>
      </w:r>
    </w:p>
    <w:p>
      <w:r>
        <w:rPr>
          <w:b w:val="0"/>
          <w:i w:val="0"/>
        </w:rPr>
        <w:t>Does anyone else get this problem? One could get into big trouble if you forget to  check what the iPad has actually written, before you send it.</w:t>
      </w:r>
    </w:p>
    <w:p>
      <w:r>
        <w:rPr>
          <w:b w:val="0"/>
          <w:i w:val="0"/>
        </w:rPr>
        <w:t>The Pups are growing so fast. At three weeks they are wonderful to watch and each day they learn something new. Today  as I write the notes they have discovered their voices. A few days ago they all got up and wobbled about a bit, then walked, then tried a little run and started to play and roll about with each other.  They are a very happy little bunch, so far!</w:t>
      </w:r>
    </w:p>
    <w:p>
      <w:r>
        <w:rPr>
          <w:b w:val="0"/>
          <w:i w:val="0"/>
        </w:rPr>
        <w:t>Not so a few nights ago. Angry Screams from the dog room as I was about to go up to bed at 11pm, eventually needed investigating. The largest dog puppy had got his head jammed fast in the cross over of the pig rails in the corner of the whelping bed.</w:t>
      </w:r>
    </w:p>
    <w:p>
      <w:r>
        <w:rPr>
          <w:b w:val="0"/>
          <w:i w:val="0"/>
        </w:rPr>
        <w:t xml:space="preserve">I eventually prised him / dragged him, out, upwards like a cork from a bottle, and spent the next hour DIY-ing. Cutting rectangular pieces of Contiboard/ chipboard to fit and cover all four corners of the box where the pig rails are joined to each other. </w:t>
      </w:r>
    </w:p>
    <w:p>
      <w:r>
        <w:rPr>
          <w:b w:val="0"/>
          <w:i w:val="0"/>
        </w:rPr>
        <w:t>Job eventually done by well after midnight. All tools out, saw, drill, screw driver, screws, file, clamp, brackets. Kitchen sink! Oh no, all bar that!</w:t>
      </w:r>
    </w:p>
    <w:p>
      <w:r>
        <w:rPr>
          <w:b w:val="0"/>
          <w:i w:val="0"/>
        </w:rPr>
        <w:t>Always one pup that does something daft that no-one else has ever done before!</w:t>
      </w:r>
    </w:p>
    <w:p>
      <w:r>
        <w:rPr>
          <w:b w:val="0"/>
          <w:i w:val="0"/>
        </w:rPr>
        <w:t>Labrador pups are so lovely and cuddly especially when finally calmed down having been rescued from a disaster like that in their little  world. Shreakingly distraught for a while, then, short rapid breaths and whimpering, then finally relaxed and trusting with a great big lung emptying sigh and snuggling warmly into my neck.</w:t>
      </w:r>
    </w:p>
    <w:p>
      <w:r>
        <w:rPr>
          <w:b w:val="0"/>
          <w:i w:val="0"/>
        </w:rPr>
        <w:t>Mum was thoroughly NOT BOTHERED at all, not for one single second! Others Ive had would have been demented and had to be shut outside but not her! They are all different. This one seems to believe as a champion she should be employing a nanny. I think she thinks I fit that job very well.</w:t>
      </w:r>
    </w:p>
    <w:p>
      <w:r>
        <w:rPr>
          <w:b w:val="0"/>
          <w:i w:val="0"/>
        </w:rPr>
        <w:t xml:space="preserve">I KC registered the pups online, something which I have often done before. It is normally a very simple process, but not this time! Well, I have to say it was a good job it was raining and I couldn't do things outside. </w:t>
      </w:r>
    </w:p>
    <w:p>
      <w:r>
        <w:rPr>
          <w:b w:val="0"/>
          <w:i w:val="0"/>
        </w:rPr>
        <w:t xml:space="preserve">I do plenty of shopping online and am very familiar with what to do, but I think the KC computer must have been having a really bad "lets play awkward with the customers" day. </w:t>
      </w:r>
    </w:p>
    <w:p>
      <w:r>
        <w:rPr>
          <w:b w:val="0"/>
          <w:i w:val="0"/>
        </w:rPr>
        <w:t>It took over an hour to complete the pups registration and by the time I had eventually named my puppies and had the names accepted, I couldn't have cared less what they were called. Then I was so shocked that the names had finally been sorted, I filled in the correct card payment details as normal and waited.......and waited....and waited . It  all just came to a complete halt. In the end I had to start right back at the beginning and do it all again. Arrrgh!</w:t>
      </w:r>
    </w:p>
    <w:p>
      <w:r>
        <w:rPr>
          <w:b w:val="0"/>
          <w:i w:val="0"/>
        </w:rPr>
        <w:t>Good job I dont have many litters!</w:t>
      </w:r>
    </w:p>
    <w:p>
      <w:r>
        <w:rPr>
          <w:b w:val="0"/>
          <w:i w:val="0"/>
        </w:rPr>
        <w:t xml:space="preserve">Ann Britton </w:t>
      </w:r>
    </w:p>
    <w:p>
      <w:r>
        <w:rPr>
          <w:b w:val="0"/>
          <w:i w:val="0"/>
        </w:rPr>
        <w:t>01989720665</w:t>
      </w:r>
    </w:p>
    <w:p>
      <w:r>
        <w:rPr>
          <w:b w:val="0"/>
          <w:i w:val="0"/>
        </w:rPr>
        <w:t>email bowstones @btinternet.com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